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C8C" w:rsidRDefault="00703C58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DE6C8C" w:rsidRDefault="00703C58">
      <w:pPr>
        <w:spacing w:before="160" w:after="240"/>
      </w:pPr>
      <w:r>
        <w:rPr>
          <w:rFonts w:ascii="Calibri" w:hAnsi="Calibri"/>
        </w:rPr>
        <w:t>Rehberlik görevini yürütmekte olduğum Yapay Zeka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DE6C8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DE6C8C" w:rsidRDefault="00703C58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YAPAY ZEKA KULÜBÜ EYLÜL AYI FAALİYET </w:t>
            </w:r>
            <w:r>
              <w:rPr>
                <w:rFonts w:ascii="Calibri" w:hAnsi="Calibri"/>
                <w:b/>
                <w:color w:val="FFFFFF"/>
              </w:rPr>
              <w:t>RAPORU</w:t>
            </w:r>
          </w:p>
        </w:tc>
      </w:tr>
      <w:tr w:rsidR="00DE6C8C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DE6C8C" w:rsidRDefault="00703C58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E6C8C" w:rsidRDefault="00703C58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DE6C8C" w:rsidRDefault="00703C58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E6C8C" w:rsidRDefault="00703C58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DE6C8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DE6C8C" w:rsidRDefault="00703C58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DE6C8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E6C8C" w:rsidRDefault="00703C5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Yapay Zeka Kulübüne seçilen öğrencilerle ilk tanışma toplantısı yapıldı ve kulüp kuralları belirlendi.</w:t>
            </w:r>
          </w:p>
          <w:p w:rsidR="00DE6C8C" w:rsidRDefault="00703C58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2.  Kulüp iç tüzüğü oluşturuldu, sene boyunca yürütülecek faaliyet ve çalışma </w:t>
            </w:r>
            <w:r>
              <w:rPr>
                <w:rFonts w:ascii="Calibri" w:hAnsi="Calibri"/>
                <w:sz w:val="20"/>
              </w:rPr>
              <w:t>programı hazırlandı.</w:t>
            </w:r>
          </w:p>
          <w:p w:rsidR="00DE6C8C" w:rsidRDefault="00703C5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Genel Kurul toplantısı yapılarak kulüp yönetim kurulu ve denetleme kurulu üyeleri demokratik yöntemle seçildi.</w:t>
            </w:r>
          </w:p>
          <w:p w:rsidR="00DE6C8C" w:rsidRDefault="00703C5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Dijital dünyada ve yapay zeka araçlarının kullanımında dikkat edilmesi gereken sosyal medya etik kuralları anlatıldı</w:t>
            </w:r>
            <w:r>
              <w:rPr>
                <w:rFonts w:ascii="Calibri" w:hAnsi="Calibri"/>
                <w:sz w:val="20"/>
              </w:rPr>
              <w:t>.</w:t>
            </w:r>
          </w:p>
          <w:p w:rsidR="00DE6C8C" w:rsidRDefault="00703C5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"Yapay Zeka Nedir?" konusu ele alınarak temel kavramlar ve günlük yaşamdaki kullanım alanları/örnekleri incelendi.</w:t>
            </w:r>
          </w:p>
          <w:p w:rsidR="00DE6C8C" w:rsidRDefault="00703C5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Yapay zekanın tarihi gelişimi, kilometre taşları ve dünya genelindeki önemli araştırmalar hakkında bilgi verildi.</w:t>
            </w:r>
          </w:p>
          <w:p w:rsidR="00DE6C8C" w:rsidRDefault="00703C5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Kulüp öğrenci</w:t>
            </w:r>
            <w:r>
              <w:rPr>
                <w:rFonts w:ascii="Calibri" w:hAnsi="Calibri"/>
                <w:sz w:val="20"/>
              </w:rPr>
              <w:t>lerinin ilgi duydukları yapay zeka alanlarına yönelik görüşleri alınarak dönem içi projeler planlandı.</w:t>
            </w:r>
          </w:p>
        </w:tc>
      </w:tr>
      <w:tr w:rsidR="00DE6C8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DE6C8C" w:rsidRDefault="00703C58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DE6C8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DE6C8C" w:rsidRDefault="00703C58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okul genelinde yapay zeka teknolojileri, dijital etik ve geleceğin mesleklerine etkileri konusund</w:t>
            </w:r>
            <w:r>
              <w:rPr>
                <w:rFonts w:ascii="Calibri" w:hAnsi="Calibri"/>
                <w:sz w:val="20"/>
              </w:rPr>
              <w:t>a farkındalık oluşturmak amacıyla bilgilendirici pano içerikleri ve infografik materyaller hazırlandı.</w:t>
            </w:r>
          </w:p>
        </w:tc>
      </w:tr>
    </w:tbl>
    <w:p w:rsidR="00DE6C8C" w:rsidRDefault="00DE6C8C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DE6C8C">
        <w:trPr>
          <w:jc w:val="center"/>
        </w:trPr>
        <w:tc>
          <w:tcPr>
            <w:tcW w:w="4752" w:type="dxa"/>
          </w:tcPr>
          <w:p w:rsidR="00DE6C8C" w:rsidRDefault="00703C58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 w:rsidR="00A52B4F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DE6C8C" w:rsidRDefault="00703C58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703C58" w:rsidRDefault="00703C58"/>
    <w:sectPr w:rsidR="00703C58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703C58"/>
    <w:rsid w:val="00A52B4F"/>
    <w:rsid w:val="00AA1D8D"/>
    <w:rsid w:val="00B47730"/>
    <w:rsid w:val="00CB0664"/>
    <w:rsid w:val="00DE6C8C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24FC58-71AA-4519-97B1-5002D28DF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1468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sosyalciniz.net</dc:creator>
  <dc:description>generated by python-docx</dc:description>
  <cp:lastModifiedBy>Zeki</cp:lastModifiedBy>
  <cp:revision>2</cp:revision>
  <dcterms:created xsi:type="dcterms:W3CDTF">2026-10-05T16:57:00Z</dcterms:created>
  <dcterms:modified xsi:type="dcterms:W3CDTF">2026-10-05T16:57:00Z</dcterms:modified>
</cp:coreProperties>
</file>