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924" w:rsidRDefault="00CD1686">
      <w:pPr>
        <w:jc w:val="center"/>
      </w:pPr>
      <w:r>
        <w:rPr>
          <w:rFonts w:ascii="Calibri" w:hAnsi="Calibri"/>
          <w:b/>
          <w:sz w:val="24"/>
        </w:rPr>
        <w:t>BAYRAMYAZI ORTAOKULU MÜDÜRLÜĞÜ’NE</w:t>
      </w:r>
      <w:r>
        <w:rPr>
          <w:rFonts w:ascii="Calibri" w:hAnsi="Calibri"/>
          <w:b/>
          <w:sz w:val="24"/>
        </w:rPr>
        <w:br/>
      </w:r>
    </w:p>
    <w:p w:rsidR="00482924" w:rsidRDefault="00CD1686">
      <w:pPr>
        <w:spacing w:before="160" w:after="240"/>
      </w:pPr>
      <w:r>
        <w:rPr>
          <w:rFonts w:ascii="Calibri" w:hAnsi="Calibri"/>
        </w:rPr>
        <w:t>Rehberlik görevini yürütmekte olduğum Sosyal Yardımlaşma ve Dayanışma Kulübünün 2026-2027 Eğitim ve Öğretim Yılı EYLÜL ayına ait olan çalışma raporu aşağıya çıkartılmıştır.</w:t>
      </w:r>
      <w:r>
        <w:rPr>
          <w:rFonts w:ascii="Calibri" w:hAnsi="Calibri"/>
        </w:rPr>
        <w:br/>
      </w:r>
      <w:r>
        <w:rPr>
          <w:rFonts w:ascii="Calibri" w:hAnsi="Calibri"/>
        </w:rPr>
        <w:br/>
        <w:t>Bilgilerinize arz ederim.</w:t>
      </w:r>
    </w:p>
    <w:tbl>
      <w:tblPr>
        <w:tblW w:w="0" w:type="auto"/>
        <w:jc w:val="center"/>
        <w:tblLayout w:type="fixed"/>
        <w:tblLook w:val="04A0"/>
      </w:tblPr>
      <w:tblGrid>
        <w:gridCol w:w="2412"/>
        <w:gridCol w:w="2412"/>
        <w:gridCol w:w="2412"/>
        <w:gridCol w:w="2412"/>
      </w:tblGrid>
      <w:tr w:rsidR="0048292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2E4D6F"/>
            <w:vAlign w:val="center"/>
          </w:tcPr>
          <w:p w:rsidR="00482924" w:rsidRDefault="00CD1686">
            <w:pPr>
              <w:spacing w:before="120" w:after="120"/>
              <w:jc w:val="center"/>
            </w:pPr>
            <w:r>
              <w:rPr>
                <w:rFonts w:ascii="Calibri" w:hAnsi="Calibri"/>
                <w:b/>
                <w:color w:val="FFFFFF"/>
              </w:rPr>
              <w:t xml:space="preserve">SOSYAL YARDIMLAŞMA </w:t>
            </w:r>
            <w:r>
              <w:rPr>
                <w:rFonts w:ascii="Calibri" w:hAnsi="Calibri"/>
                <w:b/>
                <w:color w:val="FFFFFF"/>
              </w:rPr>
              <w:t>VE DAYANIŞMA KULÜBÜ EYLÜL AYI FAALİYET RAPORU</w:t>
            </w:r>
          </w:p>
        </w:tc>
      </w:tr>
      <w:tr w:rsidR="00482924">
        <w:trPr>
          <w:jc w:val="center"/>
        </w:trPr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482924" w:rsidRDefault="00CD1686">
            <w:r>
              <w:rPr>
                <w:rFonts w:ascii="Calibri" w:hAnsi="Calibri"/>
                <w:b/>
                <w:sz w:val="20"/>
              </w:rPr>
              <w:t>Rapor No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82924" w:rsidRDefault="00CD1686"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F0F4F8"/>
            <w:vAlign w:val="center"/>
          </w:tcPr>
          <w:p w:rsidR="00482924" w:rsidRDefault="00CD1686">
            <w:r>
              <w:rPr>
                <w:rFonts w:ascii="Calibri" w:hAnsi="Calibri"/>
                <w:b/>
                <w:sz w:val="20"/>
              </w:rPr>
              <w:t>Rapor Tarihi</w:t>
            </w:r>
          </w:p>
        </w:tc>
        <w:tc>
          <w:tcPr>
            <w:tcW w:w="2412" w:type="dxa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82924" w:rsidRDefault="00CD1686">
            <w:r>
              <w:rPr>
                <w:rFonts w:ascii="Calibri" w:hAnsi="Calibri"/>
                <w:sz w:val="20"/>
              </w:rPr>
              <w:t>01.10.2026</w:t>
            </w:r>
          </w:p>
        </w:tc>
      </w:tr>
      <w:tr w:rsidR="0048292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482924" w:rsidRDefault="00CD1686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YAPILAN ÇALIŞMALAR</w:t>
            </w:r>
          </w:p>
        </w:tc>
      </w:tr>
      <w:tr w:rsidR="0048292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1.  Sosyal Yardımlaşma ve Dayanışma Kulübü öğrencilere tanıtıldı.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2.  Kulübün kuruluş amacı, toplumsal empati, yardımlaşma, paylaşma ve kardeşlik </w:t>
            </w:r>
            <w:r>
              <w:rPr>
                <w:rFonts w:ascii="Calibri" w:hAnsi="Calibri"/>
                <w:sz w:val="20"/>
              </w:rPr>
              <w:t>bağlarının güçlendirilmesinin önemi açıklandı.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3.  Sosyal Yardımlaşma ve Dayanışma Kulübüne istekli öğrenciler arasından seçim yapılarak tanışma toplantısı gerçekleştirildi.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4.  Kulüp iç tüzüğü oluşturuldu, sene boyunca yürütülecek faaliyet ve çalışma prog</w:t>
            </w:r>
            <w:r>
              <w:rPr>
                <w:rFonts w:ascii="Calibri" w:hAnsi="Calibri"/>
                <w:sz w:val="20"/>
              </w:rPr>
              <w:t>ramı hazırlandı.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5.  Genel Kurul toplantısı yapılarak kulüp yönetim kurulu ve denetleme kurulu üyeleri demokratik yöntemle seçildi.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6.  Eğitim-öğretim yılı boyunca okul içinde ve çevresinde yürütülecek sosyal sorumluluk projeleri ile yardım kampanyaları te</w:t>
            </w:r>
            <w:r>
              <w:rPr>
                <w:rFonts w:ascii="Calibri" w:hAnsi="Calibri"/>
                <w:sz w:val="20"/>
              </w:rPr>
              <w:t>spit edildi.</w:t>
            </w:r>
          </w:p>
          <w:p w:rsidR="00482924" w:rsidRDefault="00CD1686">
            <w:pPr>
              <w:spacing w:before="40" w:after="40"/>
            </w:pPr>
            <w:r>
              <w:rPr>
                <w:rFonts w:ascii="Calibri" w:hAnsi="Calibri"/>
                <w:sz w:val="20"/>
              </w:rPr>
              <w:t>7.  İhtiyaç sahibi öğrencilerin belirlenmesi, yardım sandığı/fonu oluşturulması ve pano sorumlulukları planlandı.</w:t>
            </w:r>
          </w:p>
        </w:tc>
      </w:tr>
      <w:tr w:rsidR="0048292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shd w:val="clear" w:color="auto" w:fill="D9E2EC"/>
            <w:vAlign w:val="center"/>
          </w:tcPr>
          <w:p w:rsidR="00482924" w:rsidRDefault="00CD1686">
            <w:pPr>
              <w:spacing w:before="80" w:after="80"/>
            </w:pPr>
            <w:r>
              <w:rPr>
                <w:rFonts w:ascii="Calibri" w:hAnsi="Calibri"/>
                <w:b/>
                <w:color w:val="143250"/>
                <w:sz w:val="21"/>
              </w:rPr>
              <w:t>TOPLUM HİZMETİ ÇALIŞMASI</w:t>
            </w:r>
          </w:p>
        </w:tc>
      </w:tr>
      <w:tr w:rsidR="00482924">
        <w:trPr>
          <w:jc w:val="center"/>
        </w:trPr>
        <w:tc>
          <w:tcPr>
            <w:tcW w:w="9648" w:type="dxa"/>
            <w:gridSpan w:val="4"/>
            <w:tcBorders>
              <w:top w:val="single" w:sz="4" w:space="0" w:color="BCCCDC"/>
              <w:left w:val="single" w:sz="4" w:space="0" w:color="BCCCDC"/>
              <w:bottom w:val="single" w:sz="4" w:space="0" w:color="BCCCDC"/>
              <w:right w:val="single" w:sz="4" w:space="0" w:color="BCCCDC"/>
            </w:tcBorders>
            <w:vAlign w:val="center"/>
          </w:tcPr>
          <w:p w:rsidR="00482924" w:rsidRDefault="00CD1686">
            <w:pPr>
              <w:spacing w:before="80" w:after="80"/>
            </w:pPr>
            <w:r>
              <w:rPr>
                <w:rFonts w:ascii="Calibri" w:hAnsi="Calibri"/>
                <w:sz w:val="20"/>
              </w:rPr>
              <w:t>Kulüp öğrencileri tarafından okul genelinde yardımlaşma, dayanışma ve paylaşma kültürünü yaygınlaştırm</w:t>
            </w:r>
            <w:r>
              <w:rPr>
                <w:rFonts w:ascii="Calibri" w:hAnsi="Calibri"/>
                <w:sz w:val="20"/>
              </w:rPr>
              <w:t>ak amacıyla bilgilendirici sosyal yardım panosu içerikleri, afiş ve tanıtım materyalleri hazırlandı.</w:t>
            </w:r>
          </w:p>
        </w:tc>
      </w:tr>
    </w:tbl>
    <w:p w:rsidR="00482924" w:rsidRDefault="00482924">
      <w:pPr>
        <w:spacing w:before="480"/>
      </w:pPr>
    </w:p>
    <w:tbl>
      <w:tblPr>
        <w:tblW w:w="0" w:type="auto"/>
        <w:jc w:val="center"/>
        <w:tblLayout w:type="fixed"/>
        <w:tblLook w:val="04A0"/>
      </w:tblPr>
      <w:tblGrid>
        <w:gridCol w:w="4752"/>
        <w:gridCol w:w="4752"/>
      </w:tblGrid>
      <w:tr w:rsidR="00482924">
        <w:trPr>
          <w:jc w:val="center"/>
        </w:trPr>
        <w:tc>
          <w:tcPr>
            <w:tcW w:w="4752" w:type="dxa"/>
          </w:tcPr>
          <w:p w:rsidR="00482924" w:rsidRDefault="00CD1686">
            <w:pPr>
              <w:spacing w:line="288" w:lineRule="auto"/>
              <w:jc w:val="center"/>
            </w:pPr>
            <w:proofErr w:type="spellStart"/>
            <w:r>
              <w:rPr>
                <w:rFonts w:ascii="Calibri" w:hAnsi="Calibri"/>
                <w:b/>
                <w:sz w:val="21"/>
              </w:rPr>
              <w:t>Danışman</w:t>
            </w:r>
            <w:proofErr w:type="spellEnd"/>
            <w:r>
              <w:rPr>
                <w:rFonts w:ascii="Calibri" w:hAnsi="Calibri"/>
                <w:b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1"/>
              </w:rPr>
              <w:t>Öğretmen</w:t>
            </w:r>
            <w:proofErr w:type="spellEnd"/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 w:rsidR="00A05FEF">
              <w:rPr>
                <w:rFonts w:ascii="Calibri" w:hAnsi="Calibri"/>
                <w:b/>
                <w:sz w:val="21"/>
              </w:rPr>
              <w:t>Zeki DOĞAN</w:t>
            </w:r>
            <w:r>
              <w:rPr>
                <w:rFonts w:ascii="Calibri" w:hAnsi="Calibri"/>
                <w:b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Adı</w:t>
            </w:r>
            <w:proofErr w:type="spellEnd"/>
            <w:r>
              <w:rPr>
                <w:rFonts w:ascii="Calibri" w:hAnsi="Calibri"/>
                <w:sz w:val="21"/>
              </w:rPr>
              <w:t xml:space="preserve"> </w:t>
            </w:r>
            <w:proofErr w:type="spellStart"/>
            <w:r>
              <w:rPr>
                <w:rFonts w:ascii="Calibri" w:hAnsi="Calibri"/>
                <w:sz w:val="21"/>
              </w:rPr>
              <w:t>Soyadı</w:t>
            </w:r>
            <w:proofErr w:type="spellEnd"/>
            <w:r>
              <w:rPr>
                <w:rFonts w:ascii="Calibri" w:hAnsi="Calibri"/>
                <w:sz w:val="21"/>
              </w:rPr>
              <w:br/>
            </w:r>
            <w:proofErr w:type="spellStart"/>
            <w:r>
              <w:rPr>
                <w:rFonts w:ascii="Calibri" w:hAnsi="Calibri"/>
                <w:sz w:val="21"/>
              </w:rPr>
              <w:t>İmza</w:t>
            </w:r>
            <w:proofErr w:type="spellEnd"/>
          </w:p>
        </w:tc>
        <w:tc>
          <w:tcPr>
            <w:tcW w:w="4752" w:type="dxa"/>
          </w:tcPr>
          <w:p w:rsidR="00482924" w:rsidRDefault="00CD1686">
            <w:pPr>
              <w:spacing w:line="288" w:lineRule="auto"/>
              <w:jc w:val="center"/>
            </w:pPr>
            <w:r>
              <w:rPr>
                <w:rFonts w:ascii="Calibri" w:hAnsi="Calibri"/>
                <w:b/>
                <w:sz w:val="21"/>
              </w:rPr>
              <w:t>UYGUNDUR</w:t>
            </w:r>
            <w:r>
              <w:rPr>
                <w:rFonts w:ascii="Calibri" w:hAnsi="Calibri"/>
                <w:b/>
                <w:sz w:val="21"/>
              </w:rPr>
              <w:br/>
              <w:t>01.10.2026</w:t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b/>
                <w:sz w:val="21"/>
              </w:rPr>
              <w:br/>
            </w:r>
            <w:r>
              <w:rPr>
                <w:rFonts w:ascii="Calibri" w:hAnsi="Calibri"/>
                <w:sz w:val="21"/>
              </w:rPr>
              <w:t>MEHMET DARDAĞAN</w:t>
            </w:r>
            <w:r>
              <w:rPr>
                <w:rFonts w:ascii="Calibri" w:hAnsi="Calibri"/>
                <w:sz w:val="21"/>
              </w:rPr>
              <w:br/>
              <w:t>Okul Müdürü</w:t>
            </w:r>
          </w:p>
        </w:tc>
      </w:tr>
    </w:tbl>
    <w:p w:rsidR="00CD1686" w:rsidRDefault="00CD1686"/>
    <w:sectPr w:rsidR="00CD1686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82924"/>
    <w:rsid w:val="00A05FEF"/>
    <w:rsid w:val="00AA1D8D"/>
    <w:rsid w:val="00B47730"/>
    <w:rsid w:val="00CB0664"/>
    <w:rsid w:val="00CD1686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211BA56-485F-4E88-9A16-DC6C5FF1A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1469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dc:description>generated by python-docx</dc:description>
  <cp:lastModifiedBy>Zeki</cp:lastModifiedBy>
  <cp:revision>2</cp:revision>
  <dcterms:created xsi:type="dcterms:W3CDTF">2026-10-05T19:32:00Z</dcterms:created>
  <dcterms:modified xsi:type="dcterms:W3CDTF">2026-10-05T19:32:00Z</dcterms:modified>
</cp:coreProperties>
</file>