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A3C" w:rsidRDefault="005B2FEC">
      <w:pPr>
        <w:jc w:val="center"/>
      </w:pPr>
      <w:r>
        <w:rPr>
          <w:rFonts w:ascii="Calibri" w:hAnsi="Calibri"/>
          <w:b/>
          <w:sz w:val="24"/>
        </w:rPr>
        <w:t>BAYRAMYAZI ORTAOKULU MÜDÜRLÜĞÜ’NE</w:t>
      </w:r>
      <w:r>
        <w:rPr>
          <w:rFonts w:ascii="Calibri" w:hAnsi="Calibri"/>
          <w:b/>
          <w:sz w:val="24"/>
        </w:rPr>
        <w:br/>
      </w:r>
    </w:p>
    <w:p w:rsidR="004B4A3C" w:rsidRDefault="005B2FEC">
      <w:pPr>
        <w:spacing w:before="160" w:after="240"/>
      </w:pPr>
      <w:r>
        <w:rPr>
          <w:rFonts w:ascii="Calibri" w:hAnsi="Calibri"/>
        </w:rPr>
        <w:t>Rehberlik görevini yürütmekte olduğum Sivil Savunma / Afete Hazırlık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412"/>
        <w:gridCol w:w="2412"/>
        <w:gridCol w:w="2412"/>
        <w:gridCol w:w="2412"/>
      </w:tblGrid>
      <w:tr w:rsidR="004B4A3C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2E4D6F"/>
            <w:vAlign w:val="center"/>
          </w:tcPr>
          <w:p w:rsidR="004B4A3C" w:rsidRDefault="005B2FEC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 xml:space="preserve">SİVİL SAVUNMA (AFETE </w:t>
            </w:r>
            <w:r>
              <w:rPr>
                <w:rFonts w:ascii="Calibri" w:hAnsi="Calibri"/>
                <w:b/>
                <w:color w:val="FFFFFF"/>
              </w:rPr>
              <w:t>HAZIRLIK) KULÜBÜ EYLÜL AYI FAALİYET RAPORU</w:t>
            </w:r>
          </w:p>
        </w:tc>
      </w:tr>
      <w:tr w:rsidR="004B4A3C">
        <w:trPr>
          <w:jc w:val="center"/>
        </w:trPr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4B4A3C" w:rsidRDefault="005B2FEC">
            <w:r>
              <w:rPr>
                <w:rFonts w:ascii="Calibri" w:hAnsi="Calibri"/>
                <w:b/>
                <w:sz w:val="20"/>
              </w:rPr>
              <w:t>Rapor No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4B4A3C" w:rsidRDefault="005B2FEC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4B4A3C" w:rsidRDefault="005B2FEC">
            <w:r>
              <w:rPr>
                <w:rFonts w:ascii="Calibri" w:hAnsi="Calibri"/>
                <w:b/>
                <w:sz w:val="20"/>
              </w:rPr>
              <w:t>Rapor Tarihi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4B4A3C" w:rsidRDefault="005B2FEC">
            <w:r>
              <w:rPr>
                <w:rFonts w:ascii="Calibri" w:hAnsi="Calibri"/>
                <w:sz w:val="20"/>
              </w:rPr>
              <w:t>01.10.2026</w:t>
            </w:r>
          </w:p>
        </w:tc>
      </w:tr>
      <w:tr w:rsidR="004B4A3C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4B4A3C" w:rsidRDefault="005B2FEC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YAPILAN ÇALIŞMALAR</w:t>
            </w:r>
          </w:p>
        </w:tc>
      </w:tr>
      <w:tr w:rsidR="004B4A3C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4B4A3C" w:rsidRDefault="005B2FEC"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  Sivil Savunma ve Afete Hazırlık Kulübü öğrencilere tanıtıldı.</w:t>
            </w:r>
          </w:p>
          <w:p w:rsidR="004B4A3C" w:rsidRDefault="005B2FEC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2.  Kulübün amacı, afet öncesi tedbirler ve sivil savunmanın toplum hayatındaki önemi </w:t>
            </w:r>
            <w:r>
              <w:rPr>
                <w:rFonts w:ascii="Calibri" w:hAnsi="Calibri"/>
                <w:sz w:val="20"/>
              </w:rPr>
              <w:t>açıklandı.</w:t>
            </w:r>
          </w:p>
          <w:p w:rsidR="004B4A3C" w:rsidRDefault="005B2FEC">
            <w:pPr>
              <w:spacing w:before="40" w:after="40"/>
            </w:pPr>
            <w:r>
              <w:rPr>
                <w:rFonts w:ascii="Calibri" w:hAnsi="Calibri"/>
                <w:sz w:val="20"/>
              </w:rPr>
              <w:t>3.  Öğrencilerde görev ve sorumluluk bilincini geliştirmek amacıyla kulüp üyelerinin seçimi yapıldı.</w:t>
            </w:r>
          </w:p>
          <w:p w:rsidR="004B4A3C" w:rsidRDefault="005B2FEC">
            <w:pPr>
              <w:spacing w:before="40" w:after="40"/>
            </w:pPr>
            <w:r>
              <w:rPr>
                <w:rFonts w:ascii="Calibri" w:hAnsi="Calibri"/>
                <w:sz w:val="20"/>
              </w:rPr>
              <w:t>4.  Kulübe seçilen öğrencilerle ilk tanışma toplantısı gerçekleştirilerek kulüp kuralları belirlendi.</w:t>
            </w:r>
          </w:p>
          <w:p w:rsidR="004B4A3C" w:rsidRDefault="005B2FEC">
            <w:pPr>
              <w:spacing w:before="40" w:after="40"/>
            </w:pPr>
            <w:r>
              <w:rPr>
                <w:rFonts w:ascii="Calibri" w:hAnsi="Calibri"/>
                <w:sz w:val="20"/>
              </w:rPr>
              <w:t>5.  Kulüp iç tüzüğü oluşturuldu, sene boyu</w:t>
            </w:r>
            <w:r>
              <w:rPr>
                <w:rFonts w:ascii="Calibri" w:hAnsi="Calibri"/>
                <w:sz w:val="20"/>
              </w:rPr>
              <w:t>nca yürütülecek faaliyet ve çalışma programı hazırlandı.</w:t>
            </w:r>
          </w:p>
          <w:p w:rsidR="004B4A3C" w:rsidRDefault="005B2FEC">
            <w:pPr>
              <w:spacing w:before="40" w:after="40"/>
            </w:pPr>
            <w:r>
              <w:rPr>
                <w:rFonts w:ascii="Calibri" w:hAnsi="Calibri"/>
                <w:sz w:val="20"/>
              </w:rPr>
              <w:t>6.  Genel Kurul toplantısı yapılarak kulüp yönetim kurulu ve denetleme kurulu üyeleri seçildi.</w:t>
            </w:r>
          </w:p>
          <w:p w:rsidR="004B4A3C" w:rsidRDefault="005B2FEC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7.  Doğal afetler, tahliye planları ve okulda yapılacak acil durum tatbikatlarına yönelik yıllık takvim </w:t>
            </w:r>
            <w:r>
              <w:rPr>
                <w:rFonts w:ascii="Calibri" w:hAnsi="Calibri"/>
                <w:sz w:val="20"/>
              </w:rPr>
              <w:t>belirlendi.</w:t>
            </w:r>
          </w:p>
        </w:tc>
      </w:tr>
      <w:tr w:rsidR="004B4A3C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4B4A3C" w:rsidRDefault="005B2FEC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TOPLUM HİZMETİ ÇALIŞMASI</w:t>
            </w:r>
          </w:p>
        </w:tc>
      </w:tr>
      <w:tr w:rsidR="004B4A3C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4B4A3C" w:rsidRDefault="005B2FEC">
            <w:pPr>
              <w:spacing w:before="80" w:after="80"/>
            </w:pPr>
            <w:r>
              <w:rPr>
                <w:rFonts w:ascii="Calibri" w:hAnsi="Calibri"/>
                <w:sz w:val="20"/>
              </w:rPr>
              <w:t>Kulüp öğrencileri tarafından doğal afetlere karşı bilinç oluşturmak, afet çantası içeriği ve acil durum tahliye kuralları konusunda okul genelinde farkındalık sağlamak amacıyla bilgilendirici sivil savunma panosu içer</w:t>
            </w:r>
            <w:r>
              <w:rPr>
                <w:rFonts w:ascii="Calibri" w:hAnsi="Calibri"/>
                <w:sz w:val="20"/>
              </w:rPr>
              <w:t>ikleri ve uyarı afişleri hazırlandı.</w:t>
            </w:r>
          </w:p>
        </w:tc>
      </w:tr>
    </w:tbl>
    <w:p w:rsidR="004B4A3C" w:rsidRDefault="004B4A3C">
      <w:pPr>
        <w:spacing w:before="48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4B4A3C">
        <w:trPr>
          <w:jc w:val="center"/>
        </w:trPr>
        <w:tc>
          <w:tcPr>
            <w:tcW w:w="4752" w:type="dxa"/>
          </w:tcPr>
          <w:p w:rsidR="004B4A3C" w:rsidRDefault="005B2FEC">
            <w:pPr>
              <w:spacing w:line="288" w:lineRule="auto"/>
              <w:jc w:val="center"/>
            </w:pPr>
            <w:proofErr w:type="spellStart"/>
            <w:r>
              <w:rPr>
                <w:rFonts w:ascii="Calibri" w:hAnsi="Calibri"/>
                <w:b/>
                <w:sz w:val="21"/>
              </w:rPr>
              <w:t>Danışman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Öğretmen</w:t>
            </w:r>
            <w:proofErr w:type="spellEnd"/>
            <w:r>
              <w:rPr>
                <w:rFonts w:ascii="Calibri" w:hAnsi="Calibri"/>
                <w:b/>
                <w:sz w:val="21"/>
              </w:rPr>
              <w:br/>
            </w:r>
            <w:r w:rsidR="00562CEB">
              <w:rPr>
                <w:rFonts w:ascii="Calibri" w:hAnsi="Calibri"/>
                <w:b/>
                <w:sz w:val="21"/>
              </w:rPr>
              <w:t>Zeki DOĞAN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Adı</w:t>
            </w:r>
            <w:proofErr w:type="spellEnd"/>
            <w:r>
              <w:rPr>
                <w:rFonts w:ascii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sz w:val="21"/>
              </w:rPr>
              <w:t>Soyadı</w:t>
            </w:r>
            <w:proofErr w:type="spellEnd"/>
            <w:r>
              <w:rPr>
                <w:rFonts w:ascii="Calibri" w:hAnsi="Calibri"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İmza</w:t>
            </w:r>
            <w:proofErr w:type="spellEnd"/>
          </w:p>
        </w:tc>
        <w:tc>
          <w:tcPr>
            <w:tcW w:w="4752" w:type="dxa"/>
          </w:tcPr>
          <w:p w:rsidR="004B4A3C" w:rsidRDefault="005B2FEC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>MEHMET 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5B2FEC" w:rsidRDefault="005B2FEC"/>
    <w:sectPr w:rsidR="005B2FE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4B4A3C"/>
    <w:rsid w:val="00562CEB"/>
    <w:rsid w:val="005B2FEC"/>
    <w:rsid w:val="00AA1D8D"/>
    <w:rsid w:val="00B4773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CE98520-C825-4287-A9EF-93A9642DF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1409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dc:description>generated by python-docx</dc:description>
  <cp:lastModifiedBy>Zeki</cp:lastModifiedBy>
  <cp:revision>2</cp:revision>
  <dcterms:created xsi:type="dcterms:W3CDTF">2026-10-05T17:58:00Z</dcterms:created>
  <dcterms:modified xsi:type="dcterms:W3CDTF">2026-10-05T17:58:00Z</dcterms:modified>
</cp:coreProperties>
</file>