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AB8" w:rsidRDefault="0032499A">
      <w:pPr>
        <w:jc w:val="center"/>
      </w:pPr>
      <w:r>
        <w:rPr>
          <w:rFonts w:ascii="Calibri" w:hAnsi="Calibri"/>
          <w:b/>
          <w:sz w:val="24"/>
        </w:rPr>
        <w:t>BAYRAMYAZI ORTAOKULU MÜDÜRLÜĞÜ’NE</w:t>
      </w:r>
      <w:r>
        <w:rPr>
          <w:rFonts w:ascii="Calibri" w:hAnsi="Calibri"/>
          <w:b/>
          <w:sz w:val="24"/>
        </w:rPr>
        <w:br/>
      </w:r>
    </w:p>
    <w:p w:rsidR="00C40AB8" w:rsidRDefault="0032499A">
      <w:pPr>
        <w:spacing w:before="160" w:after="240"/>
      </w:pPr>
      <w:r>
        <w:rPr>
          <w:rFonts w:ascii="Calibri" w:hAnsi="Calibri"/>
        </w:rPr>
        <w:t>Rehberlik görevini yürütmekte olduğum Meslek Tanıtma Kulübünün 2026-2027 Eğitim ve Öğretim Yılı EYLÜL ayına ait olan çalışma raporu aşağıya çıkartılmıştır.</w:t>
      </w:r>
      <w:r>
        <w:rPr>
          <w:rFonts w:ascii="Calibri" w:hAnsi="Calibri"/>
        </w:rPr>
        <w:br/>
      </w:r>
      <w:r>
        <w:rPr>
          <w:rFonts w:ascii="Calibri" w:hAnsi="Calibri"/>
        </w:rPr>
        <w:br/>
        <w:t>Bilgilerinize arz ederim.</w:t>
      </w:r>
    </w:p>
    <w:tbl>
      <w:tblPr>
        <w:tblW w:w="0" w:type="auto"/>
        <w:jc w:val="center"/>
        <w:tblLayout w:type="fixed"/>
        <w:tblLook w:val="04A0"/>
      </w:tblPr>
      <w:tblGrid>
        <w:gridCol w:w="2412"/>
        <w:gridCol w:w="2412"/>
        <w:gridCol w:w="2412"/>
        <w:gridCol w:w="2412"/>
      </w:tblGrid>
      <w:tr w:rsidR="00C40AB8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2E4D6F"/>
            <w:vAlign w:val="center"/>
          </w:tcPr>
          <w:p w:rsidR="00C40AB8" w:rsidRDefault="0032499A">
            <w:pPr>
              <w:spacing w:before="120" w:after="120"/>
              <w:jc w:val="center"/>
            </w:pPr>
            <w:r>
              <w:rPr>
                <w:rFonts w:ascii="Calibri" w:hAnsi="Calibri"/>
                <w:b/>
                <w:color w:val="FFFFFF"/>
              </w:rPr>
              <w:t xml:space="preserve">MESLEK TANITMA KULÜBÜ EYLÜL AYI </w:t>
            </w:r>
            <w:r>
              <w:rPr>
                <w:rFonts w:ascii="Calibri" w:hAnsi="Calibri"/>
                <w:b/>
                <w:color w:val="FFFFFF"/>
              </w:rPr>
              <w:t>FAALİYET RAPORU</w:t>
            </w:r>
          </w:p>
        </w:tc>
      </w:tr>
      <w:tr w:rsidR="00C40AB8">
        <w:trPr>
          <w:jc w:val="center"/>
        </w:trPr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C40AB8" w:rsidRDefault="0032499A">
            <w:r>
              <w:rPr>
                <w:rFonts w:ascii="Calibri" w:hAnsi="Calibri"/>
                <w:b/>
                <w:sz w:val="20"/>
              </w:rPr>
              <w:t>Rapor No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C40AB8" w:rsidRDefault="0032499A"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C40AB8" w:rsidRDefault="0032499A">
            <w:r>
              <w:rPr>
                <w:rFonts w:ascii="Calibri" w:hAnsi="Calibri"/>
                <w:b/>
                <w:sz w:val="20"/>
              </w:rPr>
              <w:t>Rapor Tarihi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C40AB8" w:rsidRDefault="0032499A">
            <w:r>
              <w:rPr>
                <w:rFonts w:ascii="Calibri" w:hAnsi="Calibri"/>
                <w:sz w:val="20"/>
              </w:rPr>
              <w:t>01.10.2026</w:t>
            </w:r>
          </w:p>
        </w:tc>
      </w:tr>
      <w:tr w:rsidR="00C40AB8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C40AB8" w:rsidRDefault="0032499A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YAPILAN ÇALIŞMALAR</w:t>
            </w:r>
          </w:p>
        </w:tc>
      </w:tr>
      <w:tr w:rsidR="00C40AB8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C40AB8" w:rsidRDefault="0032499A">
            <w:pPr>
              <w:spacing w:before="40" w:after="40"/>
            </w:pPr>
            <w:r>
              <w:rPr>
                <w:rFonts w:ascii="Calibri" w:hAnsi="Calibri"/>
                <w:sz w:val="20"/>
              </w:rPr>
              <w:t>1.  Meslek Tanıtma Kulübü öğrencilere tanıtıldı.</w:t>
            </w:r>
          </w:p>
          <w:p w:rsidR="00C40AB8" w:rsidRDefault="0032499A">
            <w:pPr>
              <w:spacing w:before="40" w:after="40"/>
            </w:pPr>
            <w:r>
              <w:rPr>
                <w:rFonts w:ascii="Calibri" w:hAnsi="Calibri"/>
                <w:sz w:val="20"/>
              </w:rPr>
              <w:t>2.  Meslek Tanıtma Kulübüne istekli öğrenciler arasından seçim yapıldı.</w:t>
            </w:r>
          </w:p>
          <w:p w:rsidR="00C40AB8" w:rsidRDefault="0032499A"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3.  Meslek Tanıtma Kulübüne seçilen öğrencilerle tanışma </w:t>
            </w:r>
            <w:r>
              <w:rPr>
                <w:rFonts w:ascii="Calibri" w:hAnsi="Calibri"/>
                <w:sz w:val="20"/>
              </w:rPr>
              <w:t>toplantısı yapıldı.</w:t>
            </w:r>
          </w:p>
          <w:p w:rsidR="00C40AB8" w:rsidRDefault="0032499A">
            <w:pPr>
              <w:spacing w:before="40" w:after="40"/>
            </w:pPr>
            <w:r>
              <w:rPr>
                <w:rFonts w:ascii="Calibri" w:hAnsi="Calibri"/>
                <w:sz w:val="20"/>
              </w:rPr>
              <w:t>4.  Mesleklerin bireysel gelişim, günlük ve ekonomik hayatımızdaki rolü ve önemine değinildi.</w:t>
            </w:r>
          </w:p>
          <w:p w:rsidR="00C40AB8" w:rsidRDefault="0032499A">
            <w:pPr>
              <w:spacing w:before="40" w:after="40"/>
            </w:pPr>
            <w:r>
              <w:rPr>
                <w:rFonts w:ascii="Calibri" w:hAnsi="Calibri"/>
                <w:sz w:val="20"/>
              </w:rPr>
              <w:t>5.  Öğrencilerin kulüp hakkındaki görüşleri ve yıl içinde tanımak istedikleri mesleklere yönelik önerileri alındı.</w:t>
            </w:r>
          </w:p>
          <w:p w:rsidR="00C40AB8" w:rsidRDefault="0032499A">
            <w:pPr>
              <w:spacing w:before="40" w:after="40"/>
            </w:pPr>
            <w:r>
              <w:rPr>
                <w:rFonts w:ascii="Calibri" w:hAnsi="Calibri"/>
                <w:sz w:val="20"/>
              </w:rPr>
              <w:t>6.  Meslek Tanıtma Kulübünü</w:t>
            </w:r>
            <w:r>
              <w:rPr>
                <w:rFonts w:ascii="Calibri" w:hAnsi="Calibri"/>
                <w:sz w:val="20"/>
              </w:rPr>
              <w:t>n amaçları, hedefleri ve çalışma ilkeleri hakkında detaylı bilgi verildi.</w:t>
            </w:r>
          </w:p>
          <w:p w:rsidR="00C40AB8" w:rsidRDefault="0032499A">
            <w:pPr>
              <w:spacing w:before="40" w:after="40"/>
            </w:pPr>
            <w:r>
              <w:rPr>
                <w:rFonts w:ascii="Calibri" w:hAnsi="Calibri"/>
                <w:sz w:val="20"/>
              </w:rPr>
              <w:t>7.  Kulüp organlarının ve yönetiminin belirleneceği Genel Kurul toplantı tarihi belirlendi.</w:t>
            </w:r>
          </w:p>
        </w:tc>
      </w:tr>
      <w:tr w:rsidR="00C40AB8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C40AB8" w:rsidRDefault="0032499A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TOPLUM HİZMETİ ÇALIŞMASI</w:t>
            </w:r>
          </w:p>
        </w:tc>
      </w:tr>
      <w:tr w:rsidR="00C40AB8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C40AB8" w:rsidRDefault="0032499A">
            <w:pPr>
              <w:spacing w:before="80" w:after="80"/>
            </w:pPr>
            <w:r>
              <w:rPr>
                <w:rFonts w:ascii="Calibri" w:hAnsi="Calibri"/>
                <w:sz w:val="20"/>
              </w:rPr>
              <w:t>Kulüp öğrencileri tarafından geleceğin meslekleri ve kariyer pl</w:t>
            </w:r>
            <w:r>
              <w:rPr>
                <w:rFonts w:ascii="Calibri" w:hAnsi="Calibri"/>
                <w:sz w:val="20"/>
              </w:rPr>
              <w:t>anlaması konusunda okul genelinde farkındalık oluşturmak amacıyla bilgilendirici pano içerikleri, meslek tanıtım kartları ve rehber materyal hazırlıklarına başlandı.</w:t>
            </w:r>
          </w:p>
        </w:tc>
      </w:tr>
    </w:tbl>
    <w:p w:rsidR="00C40AB8" w:rsidRDefault="00C40AB8">
      <w:pPr>
        <w:spacing w:before="480"/>
      </w:pPr>
    </w:p>
    <w:tbl>
      <w:tblPr>
        <w:tblW w:w="0" w:type="auto"/>
        <w:jc w:val="center"/>
        <w:tblLayout w:type="fixed"/>
        <w:tblLook w:val="04A0"/>
      </w:tblPr>
      <w:tblGrid>
        <w:gridCol w:w="4752"/>
        <w:gridCol w:w="4752"/>
      </w:tblGrid>
      <w:tr w:rsidR="00C40AB8">
        <w:trPr>
          <w:jc w:val="center"/>
        </w:trPr>
        <w:tc>
          <w:tcPr>
            <w:tcW w:w="4752" w:type="dxa"/>
          </w:tcPr>
          <w:p w:rsidR="00C40AB8" w:rsidRDefault="0032499A">
            <w:pPr>
              <w:spacing w:line="288" w:lineRule="auto"/>
              <w:jc w:val="center"/>
            </w:pPr>
            <w:proofErr w:type="spellStart"/>
            <w:r>
              <w:rPr>
                <w:rFonts w:ascii="Calibri" w:hAnsi="Calibri"/>
                <w:b/>
                <w:sz w:val="21"/>
              </w:rPr>
              <w:t>Danışman</w:t>
            </w:r>
            <w:proofErr w:type="spellEnd"/>
            <w:r>
              <w:rPr>
                <w:rFonts w:ascii="Calibri" w:hAnsi="Calibri"/>
                <w:b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z w:val="21"/>
              </w:rPr>
              <w:t>Öğretmen</w:t>
            </w:r>
            <w:proofErr w:type="spellEnd"/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r w:rsidR="0042706A">
              <w:rPr>
                <w:rFonts w:ascii="Calibri" w:hAnsi="Calibri"/>
                <w:b/>
                <w:sz w:val="21"/>
              </w:rPr>
              <w:t>Zeki DOĞAN</w:t>
            </w:r>
            <w:r>
              <w:rPr>
                <w:rFonts w:ascii="Calibri" w:hAnsi="Calibri"/>
                <w:b/>
                <w:sz w:val="21"/>
              </w:rPr>
              <w:br/>
            </w:r>
            <w:proofErr w:type="spellStart"/>
            <w:r>
              <w:rPr>
                <w:rFonts w:ascii="Calibri" w:hAnsi="Calibri"/>
                <w:sz w:val="21"/>
              </w:rPr>
              <w:t>Adı</w:t>
            </w:r>
            <w:proofErr w:type="spellEnd"/>
            <w:r>
              <w:rPr>
                <w:rFonts w:ascii="Calibri" w:hAnsi="Calibri"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sz w:val="21"/>
              </w:rPr>
              <w:t>Soyadı</w:t>
            </w:r>
            <w:proofErr w:type="spellEnd"/>
            <w:r>
              <w:rPr>
                <w:rFonts w:ascii="Calibri" w:hAnsi="Calibri"/>
                <w:sz w:val="21"/>
              </w:rPr>
              <w:br/>
            </w:r>
            <w:proofErr w:type="spellStart"/>
            <w:r>
              <w:rPr>
                <w:rFonts w:ascii="Calibri" w:hAnsi="Calibri"/>
                <w:sz w:val="21"/>
              </w:rPr>
              <w:t>İmza</w:t>
            </w:r>
            <w:proofErr w:type="spellEnd"/>
          </w:p>
        </w:tc>
        <w:tc>
          <w:tcPr>
            <w:tcW w:w="4752" w:type="dxa"/>
          </w:tcPr>
          <w:p w:rsidR="00C40AB8" w:rsidRDefault="0032499A">
            <w:pPr>
              <w:spacing w:line="288" w:lineRule="auto"/>
              <w:jc w:val="center"/>
            </w:pPr>
            <w:r>
              <w:rPr>
                <w:rFonts w:ascii="Calibri" w:hAnsi="Calibri"/>
                <w:b/>
                <w:sz w:val="21"/>
              </w:rPr>
              <w:t>UYGUNDUR</w:t>
            </w:r>
            <w:r>
              <w:rPr>
                <w:rFonts w:ascii="Calibri" w:hAnsi="Calibri"/>
                <w:b/>
                <w:sz w:val="21"/>
              </w:rPr>
              <w:br/>
              <w:t>01.10.2026</w:t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sz w:val="21"/>
              </w:rPr>
              <w:t>MEHMET DARDAĞAN</w:t>
            </w:r>
            <w:r>
              <w:rPr>
                <w:rFonts w:ascii="Calibri" w:hAnsi="Calibri"/>
                <w:sz w:val="21"/>
              </w:rPr>
              <w:br/>
              <w:t>Okul Müdürü</w:t>
            </w:r>
          </w:p>
        </w:tc>
      </w:tr>
    </w:tbl>
    <w:p w:rsidR="0032499A" w:rsidRDefault="0032499A"/>
    <w:sectPr w:rsidR="0032499A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499A"/>
    <w:rsid w:val="00326F90"/>
    <w:rsid w:val="0042706A"/>
    <w:rsid w:val="00AA1D8D"/>
    <w:rsid w:val="00B47730"/>
    <w:rsid w:val="00C40AB8"/>
    <w:rsid w:val="00CB0664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76509FB-DCDB-4AA1-B589-4277D4C11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1276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SOSYALCİNİZ.NET</dc:creator>
  <dc:description>generated by python-docx</dc:description>
  <cp:lastModifiedBy>Zeki</cp:lastModifiedBy>
  <cp:revision>2</cp:revision>
  <dcterms:created xsi:type="dcterms:W3CDTF">2026-10-05T17:02:00Z</dcterms:created>
  <dcterms:modified xsi:type="dcterms:W3CDTF">2026-10-05T17:02:00Z</dcterms:modified>
</cp:coreProperties>
</file>