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CCE" w:rsidRDefault="00152FA1">
      <w:pPr>
        <w:jc w:val="center"/>
      </w:pPr>
      <w:r>
        <w:rPr>
          <w:rFonts w:ascii="Calibri" w:hAnsi="Calibri"/>
          <w:b/>
          <w:sz w:val="24"/>
        </w:rPr>
        <w:t>BAYRAMYAZI ORTAOKULU MÜDÜRLÜĞÜ’NE</w:t>
      </w:r>
      <w:r>
        <w:rPr>
          <w:rFonts w:ascii="Calibri" w:hAnsi="Calibri"/>
          <w:b/>
          <w:sz w:val="24"/>
        </w:rPr>
        <w:br/>
      </w:r>
    </w:p>
    <w:p w:rsidR="00A00CCE" w:rsidRDefault="00152FA1">
      <w:pPr>
        <w:spacing w:before="160" w:after="240"/>
      </w:pPr>
      <w:r>
        <w:rPr>
          <w:rFonts w:ascii="Calibri" w:hAnsi="Calibri"/>
        </w:rPr>
        <w:t>Rehberlik görevini yürütmekte olduğum İzcilik Kulübünün 2026-2027 Eğitim ve Öğretim Yılı EYLÜL ayına ait olan çalışma raporu aşağıya çıkartılmıştır.</w:t>
      </w:r>
      <w:r>
        <w:rPr>
          <w:rFonts w:ascii="Calibri" w:hAnsi="Calibri"/>
        </w:rPr>
        <w:br/>
      </w:r>
      <w:r>
        <w:rPr>
          <w:rFonts w:ascii="Calibri" w:hAnsi="Calibri"/>
        </w:rPr>
        <w:br/>
        <w:t>Bilgilerinize arz ederim.</w:t>
      </w:r>
    </w:p>
    <w:tbl>
      <w:tblPr>
        <w:tblW w:w="0" w:type="auto"/>
        <w:jc w:val="center"/>
        <w:tblLayout w:type="fixed"/>
        <w:tblLook w:val="04A0"/>
      </w:tblPr>
      <w:tblGrid>
        <w:gridCol w:w="2412"/>
        <w:gridCol w:w="2412"/>
        <w:gridCol w:w="2412"/>
        <w:gridCol w:w="2412"/>
      </w:tblGrid>
      <w:tr w:rsidR="00A00CCE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2E4D6F"/>
            <w:vAlign w:val="center"/>
          </w:tcPr>
          <w:p w:rsidR="00A00CCE" w:rsidRDefault="00152FA1">
            <w:pPr>
              <w:spacing w:before="120" w:after="120"/>
              <w:jc w:val="center"/>
            </w:pPr>
            <w:r>
              <w:rPr>
                <w:rFonts w:ascii="Calibri" w:hAnsi="Calibri"/>
                <w:b/>
                <w:color w:val="FFFFFF"/>
              </w:rPr>
              <w:t>İZCİLİK KULÜBÜ EYLÜL AYI FAALİYET RAPORU</w:t>
            </w:r>
          </w:p>
        </w:tc>
      </w:tr>
      <w:tr w:rsidR="00A00CCE">
        <w:trPr>
          <w:jc w:val="center"/>
        </w:trPr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A00CCE" w:rsidRDefault="00152FA1">
            <w:r>
              <w:rPr>
                <w:rFonts w:ascii="Calibri" w:hAnsi="Calibri"/>
                <w:b/>
                <w:sz w:val="20"/>
              </w:rPr>
              <w:t>Rapor No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A00CCE" w:rsidRDefault="00152FA1"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A00CCE" w:rsidRDefault="00152FA1">
            <w:r>
              <w:rPr>
                <w:rFonts w:ascii="Calibri" w:hAnsi="Calibri"/>
                <w:b/>
                <w:sz w:val="20"/>
              </w:rPr>
              <w:t>Rapor Tarihi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A00CCE" w:rsidRDefault="00152FA1">
            <w:r>
              <w:rPr>
                <w:rFonts w:ascii="Calibri" w:hAnsi="Calibri"/>
                <w:sz w:val="20"/>
              </w:rPr>
              <w:t>01.10.2026</w:t>
            </w:r>
          </w:p>
        </w:tc>
      </w:tr>
      <w:tr w:rsidR="00A00CCE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A00CCE" w:rsidRDefault="00152FA1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YAPILAN ÇALIŞMALAR</w:t>
            </w:r>
          </w:p>
        </w:tc>
      </w:tr>
      <w:tr w:rsidR="00A00CCE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A00CCE" w:rsidRDefault="00152FA1">
            <w:pPr>
              <w:spacing w:before="40" w:after="40"/>
            </w:pPr>
            <w:r>
              <w:rPr>
                <w:rFonts w:ascii="Calibri" w:hAnsi="Calibri"/>
                <w:sz w:val="20"/>
              </w:rPr>
              <w:t>1.  İzcilik Kulübü öğrencilere tanıtıldı.</w:t>
            </w:r>
          </w:p>
          <w:p w:rsidR="00A00CCE" w:rsidRDefault="00152FA1">
            <w:pPr>
              <w:spacing w:before="40" w:after="40"/>
            </w:pPr>
            <w:r>
              <w:rPr>
                <w:rFonts w:ascii="Calibri" w:hAnsi="Calibri"/>
                <w:sz w:val="20"/>
              </w:rPr>
              <w:t>2.  Kulübün kuruluş amacı, izcilik türesi, doğa sevgisi ve yardımlaşma ilkeleri öğrencilere açıklandı.</w:t>
            </w:r>
          </w:p>
          <w:p w:rsidR="00A00CCE" w:rsidRDefault="00152FA1"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3.  İzcilik Kulübüne istekli öğrenciler arasından üye </w:t>
            </w:r>
            <w:r>
              <w:rPr>
                <w:rFonts w:ascii="Calibri" w:hAnsi="Calibri"/>
                <w:sz w:val="20"/>
              </w:rPr>
              <w:t>seçimi yapılarak tanışma toplantısı gerçekleştirildi.</w:t>
            </w:r>
          </w:p>
          <w:p w:rsidR="00A00CCE" w:rsidRDefault="00152FA1">
            <w:pPr>
              <w:spacing w:before="40" w:after="40"/>
            </w:pPr>
            <w:r>
              <w:rPr>
                <w:rFonts w:ascii="Calibri" w:hAnsi="Calibri"/>
                <w:sz w:val="20"/>
              </w:rPr>
              <w:t>4.  Kulüp iç tüzüğü oluşturuldu, sene boyunca yürütülecek faaliyet ve çalışma programı hazırlandı.</w:t>
            </w:r>
          </w:p>
          <w:p w:rsidR="00A00CCE" w:rsidRDefault="00152FA1">
            <w:pPr>
              <w:spacing w:before="40" w:after="40"/>
            </w:pPr>
            <w:r>
              <w:rPr>
                <w:rFonts w:ascii="Calibri" w:hAnsi="Calibri"/>
                <w:sz w:val="20"/>
              </w:rPr>
              <w:t>5.  Genel Kurul toplantısı yapılarak kulüp yönetim kurulu ve denetleme kurulu üyeleri demokratik yöntem</w:t>
            </w:r>
            <w:r>
              <w:rPr>
                <w:rFonts w:ascii="Calibri" w:hAnsi="Calibri"/>
                <w:sz w:val="20"/>
              </w:rPr>
              <w:t>le seçildi.</w:t>
            </w:r>
          </w:p>
          <w:p w:rsidR="00A00CCE" w:rsidRDefault="00152FA1">
            <w:pPr>
              <w:spacing w:before="40" w:after="40"/>
            </w:pPr>
            <w:r>
              <w:rPr>
                <w:rFonts w:ascii="Calibri" w:hAnsi="Calibri"/>
                <w:sz w:val="20"/>
              </w:rPr>
              <w:t>6.  Eğitim-öğretim yılı boyunca yapılacak doğa yürüyüşleri, kampçılık temel eğitimleri ve pano sorumlulukları tespit edildi.</w:t>
            </w:r>
          </w:p>
          <w:p w:rsidR="00A00CCE" w:rsidRDefault="00152FA1">
            <w:pPr>
              <w:spacing w:before="40" w:after="40"/>
            </w:pPr>
            <w:r>
              <w:rPr>
                <w:rFonts w:ascii="Calibri" w:hAnsi="Calibri"/>
                <w:sz w:val="20"/>
              </w:rPr>
              <w:t>7.  İzci andı, temel düğüm teknikleri ve ekip ruhunun kişisel gelişime katkısı üzerine değerlendirmelerde bulunuldu.</w:t>
            </w:r>
          </w:p>
        </w:tc>
      </w:tr>
      <w:tr w:rsidR="00A00CCE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A00CCE" w:rsidRDefault="00152FA1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T</w:t>
            </w:r>
            <w:r>
              <w:rPr>
                <w:rFonts w:ascii="Calibri" w:hAnsi="Calibri"/>
                <w:b/>
                <w:color w:val="143250"/>
                <w:sz w:val="21"/>
              </w:rPr>
              <w:t>OPLUM HİZMETİ ÇALIŞMASI</w:t>
            </w:r>
          </w:p>
        </w:tc>
      </w:tr>
      <w:tr w:rsidR="00A00CCE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A00CCE" w:rsidRDefault="00152FA1">
            <w:pPr>
              <w:spacing w:before="80" w:after="80"/>
            </w:pPr>
            <w:r>
              <w:rPr>
                <w:rFonts w:ascii="Calibri" w:hAnsi="Calibri"/>
                <w:sz w:val="20"/>
              </w:rPr>
              <w:t>Kulüp öğrencileri tarafından doğayı koruma bilinci, çevre temizliği ve izcilik felsefesini okul genelinde yaygınlaştırmak amacıyla bilgilendirici izcilik panosu içerikleri, izci türesi afişleri ve görsel materyaller hazırlandı.</w:t>
            </w:r>
          </w:p>
        </w:tc>
      </w:tr>
    </w:tbl>
    <w:p w:rsidR="00A00CCE" w:rsidRDefault="00A00CCE">
      <w:pPr>
        <w:spacing w:before="480"/>
      </w:pPr>
    </w:p>
    <w:tbl>
      <w:tblPr>
        <w:tblW w:w="0" w:type="auto"/>
        <w:jc w:val="center"/>
        <w:tblLayout w:type="fixed"/>
        <w:tblLook w:val="04A0"/>
      </w:tblPr>
      <w:tblGrid>
        <w:gridCol w:w="4752"/>
        <w:gridCol w:w="4752"/>
      </w:tblGrid>
      <w:tr w:rsidR="00A00CCE">
        <w:trPr>
          <w:jc w:val="center"/>
        </w:trPr>
        <w:tc>
          <w:tcPr>
            <w:tcW w:w="4752" w:type="dxa"/>
          </w:tcPr>
          <w:p w:rsidR="00A00CCE" w:rsidRDefault="00152FA1">
            <w:pPr>
              <w:spacing w:line="288" w:lineRule="auto"/>
              <w:jc w:val="center"/>
            </w:pPr>
            <w:proofErr w:type="spellStart"/>
            <w:r>
              <w:rPr>
                <w:rFonts w:ascii="Calibri" w:hAnsi="Calibri"/>
                <w:b/>
                <w:sz w:val="21"/>
              </w:rPr>
              <w:t>Danışman</w:t>
            </w:r>
            <w:proofErr w:type="spellEnd"/>
            <w:r>
              <w:rPr>
                <w:rFonts w:ascii="Calibri" w:hAnsi="Calibri"/>
                <w:b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z w:val="21"/>
              </w:rPr>
              <w:t>Öğretmen</w:t>
            </w:r>
            <w:proofErr w:type="spellEnd"/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 w:rsidR="00372309">
              <w:rPr>
                <w:rFonts w:ascii="Calibri" w:hAnsi="Calibri"/>
                <w:b/>
                <w:sz w:val="21"/>
              </w:rPr>
              <w:t>Zeki DOĞAN</w:t>
            </w:r>
            <w:r>
              <w:rPr>
                <w:rFonts w:ascii="Calibri" w:hAnsi="Calibri"/>
                <w:b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Adı</w:t>
            </w:r>
            <w:proofErr w:type="spellEnd"/>
            <w:r>
              <w:rPr>
                <w:rFonts w:ascii="Calibri" w:hAnsi="Calibri"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sz w:val="21"/>
              </w:rPr>
              <w:t>Soyadı</w:t>
            </w:r>
            <w:proofErr w:type="spellEnd"/>
            <w:r>
              <w:rPr>
                <w:rFonts w:ascii="Calibri" w:hAnsi="Calibri"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İmza</w:t>
            </w:r>
            <w:proofErr w:type="spellEnd"/>
          </w:p>
        </w:tc>
        <w:tc>
          <w:tcPr>
            <w:tcW w:w="4752" w:type="dxa"/>
          </w:tcPr>
          <w:p w:rsidR="00A00CCE" w:rsidRDefault="00152FA1">
            <w:pPr>
              <w:spacing w:line="288" w:lineRule="auto"/>
              <w:jc w:val="center"/>
            </w:pPr>
            <w:r>
              <w:rPr>
                <w:rFonts w:ascii="Calibri" w:hAnsi="Calibri"/>
                <w:b/>
                <w:sz w:val="21"/>
              </w:rPr>
              <w:t>UYGUNDUR</w:t>
            </w:r>
            <w:r>
              <w:rPr>
                <w:rFonts w:ascii="Calibri" w:hAnsi="Calibri"/>
                <w:b/>
                <w:sz w:val="21"/>
              </w:rPr>
              <w:br/>
              <w:t>01.10.2026</w:t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sz w:val="21"/>
              </w:rPr>
              <w:t>MEHMET DARDAĞAN</w:t>
            </w:r>
            <w:r>
              <w:rPr>
                <w:rFonts w:ascii="Calibri" w:hAnsi="Calibri"/>
                <w:sz w:val="21"/>
              </w:rPr>
              <w:br/>
              <w:t>Okul Müdürü</w:t>
            </w:r>
          </w:p>
        </w:tc>
      </w:tr>
    </w:tbl>
    <w:p w:rsidR="00152FA1" w:rsidRDefault="00152FA1"/>
    <w:sectPr w:rsidR="00152FA1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152FA1"/>
    <w:rsid w:val="0029639D"/>
    <w:rsid w:val="00326F90"/>
    <w:rsid w:val="00372309"/>
    <w:rsid w:val="00A00CCE"/>
    <w:rsid w:val="00AA1D8D"/>
    <w:rsid w:val="00B47730"/>
    <w:rsid w:val="00CB0664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0F233AB-82F5-494E-A2E1-E86FE42B2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1370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SOSYALCİNİZ.NET</dc:creator>
  <dc:description>generated by python-docx</dc:description>
  <cp:lastModifiedBy>Zeki</cp:lastModifiedBy>
  <cp:revision>2</cp:revision>
  <dcterms:created xsi:type="dcterms:W3CDTF">2026-10-05T19:34:00Z</dcterms:created>
  <dcterms:modified xsi:type="dcterms:W3CDTF">2026-10-05T19:34:00Z</dcterms:modified>
</cp:coreProperties>
</file>