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389" w:rsidRDefault="005C082D">
      <w:pPr>
        <w:jc w:val="center"/>
      </w:pPr>
      <w:r>
        <w:rPr>
          <w:rFonts w:ascii="Calibri" w:hAnsi="Calibri"/>
          <w:b/>
          <w:sz w:val="24"/>
        </w:rPr>
        <w:t>BAYRAMYAZI ORTAOKULU MÜDÜRLÜĞÜ’NE</w:t>
      </w:r>
      <w:r>
        <w:rPr>
          <w:rFonts w:ascii="Calibri" w:hAnsi="Calibri"/>
          <w:b/>
          <w:sz w:val="24"/>
        </w:rPr>
        <w:br/>
      </w:r>
    </w:p>
    <w:p w:rsidR="00DB3389" w:rsidRDefault="005C082D">
      <w:pPr>
        <w:spacing w:before="160" w:after="240"/>
      </w:pPr>
      <w:r>
        <w:rPr>
          <w:rFonts w:ascii="Calibri" w:hAnsi="Calibri"/>
        </w:rPr>
        <w:t>Rehberlik görevini yürütmekte olduğum Girişimcilik ve İnovasyon Kulübünün 2026-2027 Eğitim ve Öğretim Yılı EYLÜL ayına ait olan çalışma raporu aşağıya çıkartılmıştır.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Bilgilerinize arz ederim.</w:t>
      </w:r>
    </w:p>
    <w:tbl>
      <w:tblPr>
        <w:tblW w:w="0" w:type="auto"/>
        <w:jc w:val="center"/>
        <w:tblLayout w:type="fixed"/>
        <w:tblLook w:val="04A0"/>
      </w:tblPr>
      <w:tblGrid>
        <w:gridCol w:w="2412"/>
        <w:gridCol w:w="2412"/>
        <w:gridCol w:w="2412"/>
        <w:gridCol w:w="2412"/>
      </w:tblGrid>
      <w:tr w:rsidR="00DB3389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2E4D6F"/>
            <w:vAlign w:val="center"/>
          </w:tcPr>
          <w:p w:rsidR="00DB3389" w:rsidRDefault="005C082D">
            <w:pPr>
              <w:spacing w:before="120" w:after="120"/>
              <w:jc w:val="center"/>
            </w:pPr>
            <w:r>
              <w:rPr>
                <w:rFonts w:ascii="Calibri" w:hAnsi="Calibri"/>
                <w:b/>
                <w:color w:val="FFFFFF"/>
              </w:rPr>
              <w:t xml:space="preserve">GİRİŞİMCİLİK VE İNOVASYON </w:t>
            </w:r>
            <w:r>
              <w:rPr>
                <w:rFonts w:ascii="Calibri" w:hAnsi="Calibri"/>
                <w:b/>
                <w:color w:val="FFFFFF"/>
              </w:rPr>
              <w:t>KULÜBÜ EYLÜL AYI FAALİYET RAPORU</w:t>
            </w:r>
          </w:p>
        </w:tc>
      </w:tr>
      <w:tr w:rsidR="00DB3389">
        <w:trPr>
          <w:jc w:val="center"/>
        </w:trPr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DB3389" w:rsidRDefault="005C082D">
            <w:r>
              <w:rPr>
                <w:rFonts w:ascii="Calibri" w:hAnsi="Calibri"/>
                <w:b/>
                <w:sz w:val="20"/>
              </w:rPr>
              <w:t>Rapor No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DB3389" w:rsidRDefault="005C082D"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DB3389" w:rsidRDefault="005C082D">
            <w:r>
              <w:rPr>
                <w:rFonts w:ascii="Calibri" w:hAnsi="Calibri"/>
                <w:b/>
                <w:sz w:val="20"/>
              </w:rPr>
              <w:t>Rapor Tarihi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DB3389" w:rsidRDefault="005C082D">
            <w:r>
              <w:rPr>
                <w:rFonts w:ascii="Calibri" w:hAnsi="Calibri"/>
                <w:sz w:val="20"/>
              </w:rPr>
              <w:t>01.10.2026</w:t>
            </w:r>
          </w:p>
        </w:tc>
      </w:tr>
      <w:tr w:rsidR="00DB3389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DB3389" w:rsidRDefault="005C082D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YAPILAN ÇALIŞMALAR</w:t>
            </w:r>
          </w:p>
        </w:tc>
      </w:tr>
      <w:tr w:rsidR="00DB3389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DB3389" w:rsidRDefault="005C082D"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  Girişimcilik ve İnovasyon Kulübüne seçilen öğrencilerle ilk tanışma toplantısı yapıldı ve kulüp kuralları belirlendi.</w:t>
            </w:r>
          </w:p>
          <w:p w:rsidR="00DB3389" w:rsidRDefault="005C082D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2.  Dijital dünyada ve projelerde dikkat </w:t>
            </w:r>
            <w:r>
              <w:rPr>
                <w:rFonts w:ascii="Calibri" w:hAnsi="Calibri"/>
                <w:sz w:val="20"/>
              </w:rPr>
              <w:t>edilmesi gereken sosyal medya etik kuralları öğrencilere anlatıldı.</w:t>
            </w:r>
          </w:p>
          <w:p w:rsidR="00DB3389" w:rsidRDefault="005C082D">
            <w:pPr>
              <w:spacing w:before="40" w:after="40"/>
            </w:pPr>
            <w:r>
              <w:rPr>
                <w:rFonts w:ascii="Calibri" w:hAnsi="Calibri"/>
                <w:sz w:val="20"/>
              </w:rPr>
              <w:t>3.  Kulüp iç tüzüğü oluşturuldu, sene boyunca yürütülecek faaliyet ve çalışma programı hazırlandı.</w:t>
            </w:r>
          </w:p>
          <w:p w:rsidR="00DB3389" w:rsidRDefault="005C082D">
            <w:pPr>
              <w:spacing w:before="40" w:after="40"/>
            </w:pPr>
            <w:r>
              <w:rPr>
                <w:rFonts w:ascii="Calibri" w:hAnsi="Calibri"/>
                <w:sz w:val="20"/>
              </w:rPr>
              <w:t>4.  Genel Kurul toplantısı yapılarak kulüp yönetim kurulu ve denetleme kurulu üyeleri dem</w:t>
            </w:r>
            <w:r>
              <w:rPr>
                <w:rFonts w:ascii="Calibri" w:hAnsi="Calibri"/>
                <w:sz w:val="20"/>
              </w:rPr>
              <w:t>okratik yöntemle seçildi.</w:t>
            </w:r>
          </w:p>
          <w:p w:rsidR="00DB3389" w:rsidRDefault="005C082D">
            <w:pPr>
              <w:spacing w:before="40" w:after="40"/>
            </w:pPr>
            <w:r>
              <w:rPr>
                <w:rFonts w:ascii="Calibri" w:hAnsi="Calibri"/>
                <w:sz w:val="20"/>
              </w:rPr>
              <w:t>5.  "Girişimcilik Nedir?" konusu ele alınarak temel kavramlar ve günlük yaşamdan ilham verici girişimcilik örnekleri incelendi.</w:t>
            </w:r>
          </w:p>
          <w:p w:rsidR="00DB3389" w:rsidRDefault="005C082D">
            <w:pPr>
              <w:spacing w:before="40" w:after="40"/>
            </w:pPr>
            <w:r>
              <w:rPr>
                <w:rFonts w:ascii="Calibri" w:hAnsi="Calibri"/>
                <w:sz w:val="20"/>
              </w:rPr>
              <w:t>6.  İnovasyon kavramı ve önemi tartışılarak, inovasyonun tanımı ile dünyadan/ülkemizden örnek başarı h</w:t>
            </w:r>
            <w:r>
              <w:rPr>
                <w:rFonts w:ascii="Calibri" w:hAnsi="Calibri"/>
                <w:sz w:val="20"/>
              </w:rPr>
              <w:t>ikayeleri paylaşıldı.</w:t>
            </w:r>
          </w:p>
          <w:p w:rsidR="00DB3389" w:rsidRDefault="005C082D">
            <w:pPr>
              <w:spacing w:before="40" w:after="40"/>
            </w:pPr>
            <w:r>
              <w:rPr>
                <w:rFonts w:ascii="Calibri" w:hAnsi="Calibri"/>
                <w:sz w:val="20"/>
              </w:rPr>
              <w:t>7.  Öğrencilerin proje fikirleri ve yıl içinde gerçekleştirilebilecek inovatif çalışmalar üzerine görüşleri alınarak takvim planlandı.</w:t>
            </w:r>
          </w:p>
        </w:tc>
      </w:tr>
      <w:tr w:rsidR="00DB3389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DB3389" w:rsidRDefault="005C082D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TOPLUM HİZMETİ ÇALIŞMASI</w:t>
            </w:r>
          </w:p>
        </w:tc>
      </w:tr>
      <w:tr w:rsidR="00DB3389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DB3389" w:rsidRDefault="005C082D">
            <w:pPr>
              <w:spacing w:before="80" w:after="80"/>
            </w:pPr>
            <w:r>
              <w:rPr>
                <w:rFonts w:ascii="Calibri" w:hAnsi="Calibri"/>
                <w:sz w:val="20"/>
              </w:rPr>
              <w:t>Kulüp öğrencileri tarafından okul genelinde yenilikçi fikirler, girişimc</w:t>
            </w:r>
            <w:r>
              <w:rPr>
                <w:rFonts w:ascii="Calibri" w:hAnsi="Calibri"/>
                <w:sz w:val="20"/>
              </w:rPr>
              <w:t>ilik kültürü ve inovasyon bilincini yaygınlaştırmak amacıyla bilgilendirici pano içerikleri, ilham veren başarı hikayeleri ve görsel materyaller hazırlandı.</w:t>
            </w:r>
          </w:p>
        </w:tc>
      </w:tr>
    </w:tbl>
    <w:p w:rsidR="00DB3389" w:rsidRDefault="00DB3389">
      <w:pPr>
        <w:spacing w:before="480"/>
      </w:pPr>
    </w:p>
    <w:tbl>
      <w:tblPr>
        <w:tblW w:w="0" w:type="auto"/>
        <w:jc w:val="center"/>
        <w:tblLayout w:type="fixed"/>
        <w:tblLook w:val="04A0"/>
      </w:tblPr>
      <w:tblGrid>
        <w:gridCol w:w="4752"/>
        <w:gridCol w:w="4752"/>
      </w:tblGrid>
      <w:tr w:rsidR="00DB3389">
        <w:trPr>
          <w:jc w:val="center"/>
        </w:trPr>
        <w:tc>
          <w:tcPr>
            <w:tcW w:w="4752" w:type="dxa"/>
          </w:tcPr>
          <w:p w:rsidR="00DB3389" w:rsidRDefault="005C082D" w:rsidP="00E34341">
            <w:pPr>
              <w:spacing w:line="288" w:lineRule="auto"/>
              <w:jc w:val="center"/>
            </w:pPr>
            <w:r>
              <w:rPr>
                <w:rFonts w:ascii="Calibri" w:hAnsi="Calibri"/>
                <w:b/>
                <w:sz w:val="21"/>
              </w:rPr>
              <w:t>Danışman Öğretmen</w:t>
            </w:r>
            <w:r>
              <w:rPr>
                <w:rFonts w:ascii="Calibri" w:hAnsi="Calibri"/>
                <w:b/>
                <w:sz w:val="21"/>
              </w:rPr>
              <w:br/>
            </w:r>
            <w:r w:rsidR="00E34341">
              <w:rPr>
                <w:rFonts w:ascii="Calibri" w:hAnsi="Calibri"/>
                <w:b/>
                <w:sz w:val="21"/>
              </w:rPr>
              <w:t>Zeki DOĞAN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sz w:val="21"/>
              </w:rPr>
              <w:t>Adı Soyadı</w:t>
            </w:r>
            <w:r>
              <w:rPr>
                <w:rFonts w:ascii="Calibri" w:hAnsi="Calibri"/>
                <w:sz w:val="21"/>
              </w:rPr>
              <w:br/>
              <w:t>İmza</w:t>
            </w:r>
          </w:p>
        </w:tc>
        <w:tc>
          <w:tcPr>
            <w:tcW w:w="4752" w:type="dxa"/>
          </w:tcPr>
          <w:p w:rsidR="00DB3389" w:rsidRDefault="005C082D">
            <w:pPr>
              <w:spacing w:line="288" w:lineRule="auto"/>
              <w:jc w:val="center"/>
            </w:pPr>
            <w:r>
              <w:rPr>
                <w:rFonts w:ascii="Calibri" w:hAnsi="Calibri"/>
                <w:b/>
                <w:sz w:val="21"/>
              </w:rPr>
              <w:t>UYGUNDUR</w:t>
            </w:r>
            <w:r>
              <w:rPr>
                <w:rFonts w:ascii="Calibri" w:hAnsi="Calibri"/>
                <w:b/>
                <w:sz w:val="21"/>
              </w:rPr>
              <w:br/>
              <w:t>01.10.2026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sz w:val="21"/>
              </w:rPr>
              <w:t>MEHMET DARDAĞAN</w:t>
            </w:r>
            <w:r>
              <w:rPr>
                <w:rFonts w:ascii="Calibri" w:hAnsi="Calibri"/>
                <w:sz w:val="21"/>
              </w:rPr>
              <w:br/>
              <w:t>Okul Müdürü</w:t>
            </w:r>
          </w:p>
        </w:tc>
      </w:tr>
    </w:tbl>
    <w:p w:rsidR="005C082D" w:rsidRDefault="005C082D"/>
    <w:sectPr w:rsidR="005C082D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1D3A04"/>
    <w:rsid w:val="0029639D"/>
    <w:rsid w:val="00326F90"/>
    <w:rsid w:val="005C082D"/>
    <w:rsid w:val="00AA1D8D"/>
    <w:rsid w:val="00B47730"/>
    <w:rsid w:val="00CB0664"/>
    <w:rsid w:val="00DB3389"/>
    <w:rsid w:val="00E34341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736BAB0-2EF3-4F39-BCD0-96CC4B868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1528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dc:description>generated by python-docx</dc:description>
  <cp:lastModifiedBy>Zeki</cp:lastModifiedBy>
  <cp:revision>4</cp:revision>
  <dcterms:created xsi:type="dcterms:W3CDTF">2026-10-05T19:43:00Z</dcterms:created>
  <dcterms:modified xsi:type="dcterms:W3CDTF">2026-10-05T19:43:00Z</dcterms:modified>
</cp:coreProperties>
</file>