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423" w:rsidRDefault="00316C7A">
      <w:pPr>
        <w:jc w:val="center"/>
        <w:rPr>
          <w:rFonts w:ascii="Arial" w:hAnsi="Arial" w:cs="Arial"/>
          <w:b/>
        </w:rPr>
      </w:pPr>
      <w:r w:rsidRPr="008161EF">
        <w:rPr>
          <w:rFonts w:ascii="Arial" w:hAnsi="Arial" w:cs="Arial"/>
          <w:b/>
        </w:rPr>
        <w:t>BAYRAMYAZI ORTAOKULU</w:t>
      </w:r>
    </w:p>
    <w:p w:rsidR="00A34423" w:rsidRDefault="00316C7A">
      <w:pPr>
        <w:jc w:val="center"/>
        <w:rPr>
          <w:rFonts w:ascii="Arial" w:hAnsi="Arial" w:cs="Arial"/>
          <w:b/>
        </w:rPr>
      </w:pPr>
      <w:r w:rsidRPr="008161EF">
        <w:rPr>
          <w:rFonts w:ascii="Arial" w:hAnsi="Arial" w:cs="Arial"/>
          <w:b/>
        </w:rPr>
        <w:br/>
        <w:t xml:space="preserve">TÜRKİYE YÜZYILI MAARİF MODELİ (TYMM) EĞİTİM PAYDAŞLARI </w:t>
      </w:r>
    </w:p>
    <w:p w:rsidR="00C41A3C" w:rsidRPr="008161EF" w:rsidRDefault="00316C7A">
      <w:pPr>
        <w:jc w:val="center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>UYGULAMA VE EYLEM PLANI</w:t>
      </w:r>
    </w:p>
    <w:p w:rsidR="00C41A3C" w:rsidRPr="008161EF" w:rsidRDefault="00316C7A">
      <w:pPr>
        <w:jc w:val="center"/>
        <w:rPr>
          <w:rFonts w:ascii="Arial" w:hAnsi="Arial" w:cs="Arial"/>
        </w:rPr>
      </w:pPr>
      <w:r w:rsidRPr="008161EF">
        <w:rPr>
          <w:rFonts w:ascii="Arial" w:hAnsi="Arial" w:cs="Arial"/>
          <w:i/>
        </w:rPr>
        <w:t>Okul Bazlı Paydaş Analizi, İş Birliği Protokolü Tasarımı ve Süreç Takvimi</w:t>
      </w:r>
    </w:p>
    <w:p w:rsidR="00C41A3C" w:rsidRPr="008161EF" w:rsidRDefault="00C41A3C">
      <w:pPr>
        <w:spacing w:after="240"/>
        <w:rPr>
          <w:rFonts w:ascii="Arial" w:hAnsi="Arial" w:cs="Arial"/>
        </w:rPr>
      </w:pPr>
    </w:p>
    <w:p w:rsidR="00C41A3C" w:rsidRPr="008161EF" w:rsidRDefault="00316C7A">
      <w:pPr>
        <w:keepNext/>
        <w:spacing w:before="280"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>1. GİRİŞ VE OKUL BAZLI AMAÇ</w:t>
      </w:r>
    </w:p>
    <w:p w:rsidR="00C41A3C" w:rsidRPr="008161EF" w:rsidRDefault="00316C7A">
      <w:pPr>
        <w:spacing w:after="120"/>
        <w:rPr>
          <w:rFonts w:ascii="Arial" w:hAnsi="Arial" w:cs="Arial"/>
        </w:rPr>
      </w:pPr>
      <w:proofErr w:type="gramStart"/>
      <w:r w:rsidRPr="008161EF">
        <w:rPr>
          <w:rFonts w:ascii="Arial" w:hAnsi="Arial" w:cs="Arial"/>
        </w:rPr>
        <w:t xml:space="preserve">Bu eylem planı, Bayramyazı Ortaokulu bünyesinde </w:t>
      </w:r>
      <w:r w:rsidRPr="008161EF">
        <w:rPr>
          <w:rFonts w:ascii="Arial" w:hAnsi="Arial" w:cs="Arial"/>
        </w:rPr>
        <w:t>Türkiye Yüzyılı Maarif Modeli'nin (TYMM) etkin bir şekilde hayata geçirilmesi amacıyla hazırlanmıştır.</w:t>
      </w:r>
      <w:proofErr w:type="gramEnd"/>
      <w:r w:rsidRPr="008161EF">
        <w:rPr>
          <w:rFonts w:ascii="Arial" w:hAnsi="Arial" w:cs="Arial"/>
        </w:rPr>
        <w:t xml:space="preserve"> Okulumuzun yerel imkânları, öğrenci profilimiz ve çevre koşullarımız dikkate alınarak iç ve dış paydaşların sürece aktif katılımını sağlamak hedeflenmekt</w:t>
      </w:r>
      <w:r w:rsidRPr="008161EF">
        <w:rPr>
          <w:rFonts w:ascii="Arial" w:hAnsi="Arial" w:cs="Arial"/>
        </w:rPr>
        <w:t>edir.</w:t>
      </w:r>
    </w:p>
    <w:p w:rsidR="00C41A3C" w:rsidRPr="008161EF" w:rsidRDefault="00316C7A">
      <w:pPr>
        <w:keepNext/>
        <w:spacing w:before="280"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>2. BAYRAMYAZI ORTAOKULU PAYDAŞ HARİTASI</w:t>
      </w:r>
    </w:p>
    <w:p w:rsidR="00C41A3C" w:rsidRPr="008161EF" w:rsidRDefault="00316C7A">
      <w:pPr>
        <w:keepNext/>
        <w:spacing w:before="280"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>2.1. İç Paydaşlar</w:t>
      </w:r>
    </w:p>
    <w:p w:rsidR="00C41A3C" w:rsidRPr="008161EF" w:rsidRDefault="00316C7A">
      <w:pPr>
        <w:spacing w:after="120"/>
        <w:rPr>
          <w:rFonts w:ascii="Arial" w:hAnsi="Arial" w:cs="Arial"/>
        </w:rPr>
      </w:pPr>
      <w:proofErr w:type="gramStart"/>
      <w:r w:rsidRPr="008161EF">
        <w:rPr>
          <w:rFonts w:ascii="Arial" w:hAnsi="Arial" w:cs="Arial"/>
        </w:rPr>
        <w:t>Okul yönetimi, Branş ve Rehber Öğretmenler, Okul Personeli ve Öğrenciler.</w:t>
      </w:r>
      <w:proofErr w:type="gramEnd"/>
    </w:p>
    <w:p w:rsidR="00C41A3C" w:rsidRPr="008161EF" w:rsidRDefault="00316C7A">
      <w:pPr>
        <w:keepNext/>
        <w:spacing w:before="280"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>2.2. Dış Paydaşlar</w:t>
      </w:r>
    </w:p>
    <w:p w:rsidR="00C41A3C" w:rsidRPr="008161EF" w:rsidRDefault="00316C7A">
      <w:pPr>
        <w:spacing w:after="120"/>
        <w:rPr>
          <w:rFonts w:ascii="Arial" w:hAnsi="Arial" w:cs="Arial"/>
        </w:rPr>
      </w:pPr>
      <w:r w:rsidRPr="008161EF">
        <w:rPr>
          <w:rFonts w:ascii="Arial" w:hAnsi="Arial" w:cs="Arial"/>
        </w:rPr>
        <w:t>Veliler (Okul-Aile Birliği), İl/İlçe Milli Eğitim Müdürlüğü, Yakın İlkokul ve Liseler, Muhtarlık ve</w:t>
      </w:r>
      <w:r w:rsidRPr="008161EF">
        <w:rPr>
          <w:rFonts w:ascii="Arial" w:hAnsi="Arial" w:cs="Arial"/>
        </w:rPr>
        <w:t xml:space="preserve"> Yerel Yönetimler, Sağlık Ocağı/Jandarma (Güvenli Okul), Yerel Esnaf ve STK'lar.</w:t>
      </w:r>
    </w:p>
    <w:p w:rsidR="00C41A3C" w:rsidRPr="008161EF" w:rsidRDefault="00316C7A">
      <w:pPr>
        <w:keepNext/>
        <w:spacing w:before="280"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>3. BAYRAMYAZI ORTAOKULU'NA ÖZEL ODAK UYGULAMALARI</w:t>
      </w:r>
    </w:p>
    <w:p w:rsidR="00C41A3C" w:rsidRPr="008161EF" w:rsidRDefault="00316C7A">
      <w:pPr>
        <w:spacing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 xml:space="preserve">• Veli Katılımı ve Bilinçlendirme: </w:t>
      </w:r>
      <w:r w:rsidRPr="008161EF">
        <w:rPr>
          <w:rFonts w:ascii="Arial" w:hAnsi="Arial" w:cs="Arial"/>
        </w:rPr>
        <w:t xml:space="preserve"> Okul-Aile Birliği aracılığıyla velilerin okul içi eğitim seminerlerine katılımı sağlanaca</w:t>
      </w:r>
      <w:r w:rsidRPr="008161EF">
        <w:rPr>
          <w:rFonts w:ascii="Arial" w:hAnsi="Arial" w:cs="Arial"/>
        </w:rPr>
        <w:t>k, veli-okul iletişimi güçlendirilecektir.</w:t>
      </w:r>
    </w:p>
    <w:p w:rsidR="00C41A3C" w:rsidRPr="008161EF" w:rsidRDefault="00316C7A">
      <w:pPr>
        <w:spacing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 xml:space="preserve">• Öğretmen Mesleki Gelişim Zümreleri: </w:t>
      </w:r>
      <w:r w:rsidRPr="008161EF">
        <w:rPr>
          <w:rFonts w:ascii="Arial" w:hAnsi="Arial" w:cs="Arial"/>
        </w:rPr>
        <w:t xml:space="preserve"> TYMM'nin beceri temelli yapısına uygun olarak sınıf içi uygulamalar ve zümre toplantıları düzenlenecektir.</w:t>
      </w:r>
    </w:p>
    <w:p w:rsidR="00C41A3C" w:rsidRPr="008161EF" w:rsidRDefault="00316C7A">
      <w:pPr>
        <w:spacing w:after="120"/>
        <w:rPr>
          <w:rFonts w:ascii="Arial" w:hAnsi="Arial" w:cs="Arial"/>
        </w:rPr>
      </w:pPr>
      <w:r w:rsidRPr="008161EF">
        <w:rPr>
          <w:rFonts w:ascii="Arial" w:hAnsi="Arial" w:cs="Arial"/>
          <w:b/>
        </w:rPr>
        <w:t xml:space="preserve">• </w:t>
      </w:r>
      <w:proofErr w:type="spellStart"/>
      <w:r w:rsidRPr="008161EF">
        <w:rPr>
          <w:rFonts w:ascii="Arial" w:hAnsi="Arial" w:cs="Arial"/>
          <w:b/>
        </w:rPr>
        <w:t>Çevre</w:t>
      </w:r>
      <w:proofErr w:type="spellEnd"/>
      <w:r w:rsidRPr="008161EF">
        <w:rPr>
          <w:rFonts w:ascii="Arial" w:hAnsi="Arial" w:cs="Arial"/>
          <w:b/>
        </w:rPr>
        <w:t xml:space="preserve"> </w:t>
      </w:r>
      <w:proofErr w:type="spellStart"/>
      <w:r w:rsidRPr="008161EF">
        <w:rPr>
          <w:rFonts w:ascii="Arial" w:hAnsi="Arial" w:cs="Arial"/>
          <w:b/>
        </w:rPr>
        <w:t>Kurumlar</w:t>
      </w:r>
      <w:proofErr w:type="spellEnd"/>
      <w:r w:rsidRPr="008161EF">
        <w:rPr>
          <w:rFonts w:ascii="Arial" w:hAnsi="Arial" w:cs="Arial"/>
          <w:b/>
        </w:rPr>
        <w:t xml:space="preserve"> </w:t>
      </w:r>
      <w:proofErr w:type="spellStart"/>
      <w:r w:rsidRPr="008161EF">
        <w:rPr>
          <w:rFonts w:ascii="Arial" w:hAnsi="Arial" w:cs="Arial"/>
          <w:b/>
        </w:rPr>
        <w:t>ile</w:t>
      </w:r>
      <w:proofErr w:type="spellEnd"/>
      <w:r w:rsidRPr="008161EF">
        <w:rPr>
          <w:rFonts w:ascii="Arial" w:hAnsi="Arial" w:cs="Arial"/>
          <w:b/>
        </w:rPr>
        <w:t xml:space="preserve"> Sosyal Dayanışma: </w:t>
      </w:r>
      <w:r w:rsidRPr="008161EF">
        <w:rPr>
          <w:rFonts w:ascii="Arial" w:hAnsi="Arial" w:cs="Arial"/>
        </w:rPr>
        <w:t xml:space="preserve"> Öğrencilerin sosyal, sporti</w:t>
      </w:r>
      <w:r w:rsidRPr="008161EF">
        <w:rPr>
          <w:rFonts w:ascii="Arial" w:hAnsi="Arial" w:cs="Arial"/>
        </w:rPr>
        <w:t>f ve kültürel etkinliklere katılımını artırmak için çevredeki kurumlarla koordinasyon kurulacaktır.</w:t>
      </w:r>
    </w:p>
    <w:p w:rsidR="008161EF" w:rsidRDefault="008161EF">
      <w:pPr>
        <w:keepNext/>
        <w:spacing w:before="280" w:after="120"/>
        <w:rPr>
          <w:rFonts w:ascii="Arial" w:hAnsi="Arial" w:cs="Arial"/>
          <w:b/>
        </w:rPr>
      </w:pPr>
    </w:p>
    <w:p w:rsidR="008161EF" w:rsidRDefault="008161EF">
      <w:pPr>
        <w:keepNext/>
        <w:spacing w:before="280" w:after="120"/>
        <w:rPr>
          <w:rFonts w:ascii="Arial" w:hAnsi="Arial" w:cs="Arial"/>
          <w:b/>
        </w:rPr>
      </w:pPr>
    </w:p>
    <w:p w:rsidR="008161EF" w:rsidRDefault="008161EF">
      <w:pPr>
        <w:keepNext/>
        <w:spacing w:before="280" w:after="120"/>
        <w:rPr>
          <w:rFonts w:ascii="Arial" w:hAnsi="Arial" w:cs="Arial"/>
          <w:b/>
        </w:rPr>
      </w:pPr>
    </w:p>
    <w:p w:rsidR="008161EF" w:rsidRDefault="008161EF">
      <w:pPr>
        <w:keepNext/>
        <w:spacing w:before="280" w:after="120"/>
        <w:rPr>
          <w:rFonts w:ascii="Arial" w:hAnsi="Arial" w:cs="Arial"/>
          <w:b/>
        </w:rPr>
      </w:pPr>
    </w:p>
    <w:p w:rsidR="00C41A3C" w:rsidRPr="008161EF" w:rsidRDefault="008161EF">
      <w:pPr>
        <w:keepNext/>
        <w:spacing w:before="280" w:after="120"/>
        <w:rPr>
          <w:rFonts w:ascii="Arial" w:hAnsi="Arial" w:cs="Arial"/>
        </w:rPr>
      </w:pPr>
      <w:r>
        <w:rPr>
          <w:rFonts w:ascii="Arial" w:hAnsi="Arial" w:cs="Arial"/>
          <w:b/>
        </w:rPr>
        <w:br/>
      </w:r>
      <w:r w:rsidR="00316C7A" w:rsidRPr="008161EF">
        <w:rPr>
          <w:rFonts w:ascii="Arial" w:hAnsi="Arial" w:cs="Arial"/>
          <w:b/>
        </w:rPr>
        <w:t>4. OKUL EYLEM VE UYGULAMA TAKVİMİ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43"/>
        <w:gridCol w:w="3111"/>
        <w:gridCol w:w="1845"/>
        <w:gridCol w:w="1550"/>
        <w:gridCol w:w="1451"/>
      </w:tblGrid>
      <w:tr w:rsidR="00C41A3C" w:rsidRPr="008161EF" w:rsidTr="00A34423">
        <w:trPr>
          <w:jc w:val="center"/>
        </w:trPr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  <w:b/>
              </w:rPr>
              <w:t>Aşama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  <w:b/>
              </w:rPr>
              <w:t>Faaliyet / Çalışma Detayı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  <w:b/>
              </w:rPr>
              <w:t>Sorumlu Ekip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  <w:b/>
              </w:rPr>
              <w:t>Hedef Çıktı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  <w:b/>
              </w:rPr>
              <w:t>Zamanlama</w:t>
            </w:r>
          </w:p>
        </w:tc>
      </w:tr>
      <w:tr w:rsidR="00C41A3C" w:rsidRPr="008161EF" w:rsidTr="00A34423">
        <w:trPr>
          <w:jc w:val="center"/>
        </w:trPr>
        <w:tc>
          <w:tcPr>
            <w:tcW w:w="1584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1. Tespit &amp; Envanter</w:t>
            </w:r>
          </w:p>
        </w:tc>
        <w:tc>
          <w:tcPr>
            <w:tcW w:w="331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 xml:space="preserve">Bayramyazı Ortaokulu paydaş </w:t>
            </w:r>
            <w:r w:rsidRPr="008161EF">
              <w:rPr>
                <w:rFonts w:ascii="Arial" w:hAnsi="Arial" w:cs="Arial"/>
              </w:rPr>
              <w:t>listesinin ve iletişim rehberinin oluşturulması.</w:t>
            </w:r>
          </w:p>
        </w:tc>
        <w:tc>
          <w:tcPr>
            <w:tcW w:w="187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Okul Yönetimi &amp; Bilişim Öğr.</w:t>
            </w:r>
          </w:p>
        </w:tc>
        <w:tc>
          <w:tcPr>
            <w:tcW w:w="1584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Paydaş Veritabanı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Eylül - Ekim</w:t>
            </w:r>
          </w:p>
        </w:tc>
      </w:tr>
      <w:tr w:rsidR="00C41A3C" w:rsidRPr="008161EF" w:rsidTr="00A34423">
        <w:trPr>
          <w:jc w:val="center"/>
        </w:trPr>
        <w:tc>
          <w:tcPr>
            <w:tcW w:w="15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2. Bilgilendirme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Öğretmen kurul toplantıları ve veli bilgilendirme seminerlerinin düzenlenmesi.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Okul Müdürü &amp; Rehberlik Servisi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 xml:space="preserve">Toplantı </w:t>
            </w:r>
            <w:r w:rsidRPr="008161EF">
              <w:rPr>
                <w:rFonts w:ascii="Arial" w:hAnsi="Arial" w:cs="Arial"/>
              </w:rPr>
              <w:t>Tutanakları &amp; Sunumlar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Ekim - Kasım</w:t>
            </w:r>
          </w:p>
        </w:tc>
      </w:tr>
      <w:tr w:rsidR="00C41A3C" w:rsidRPr="008161EF" w:rsidTr="00A34423">
        <w:trPr>
          <w:jc w:val="center"/>
        </w:trPr>
        <w:tc>
          <w:tcPr>
            <w:tcW w:w="1584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3. Kurul &amp; Komisyonlar</w:t>
            </w:r>
          </w:p>
        </w:tc>
        <w:tc>
          <w:tcPr>
            <w:tcW w:w="331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Okul Danışma Kurulu ve TYMM Zümre Çalışma Grubunun kurulması.</w:t>
            </w:r>
          </w:p>
        </w:tc>
        <w:tc>
          <w:tcPr>
            <w:tcW w:w="187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Zümre Başkanları &amp; OAB Başkanı</w:t>
            </w:r>
          </w:p>
        </w:tc>
        <w:tc>
          <w:tcPr>
            <w:tcW w:w="1584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Kurul Kararları &amp; Protokoller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Kasım</w:t>
            </w:r>
          </w:p>
        </w:tc>
      </w:tr>
      <w:tr w:rsidR="00C41A3C" w:rsidRPr="008161EF" w:rsidTr="00A34423">
        <w:trPr>
          <w:jc w:val="center"/>
        </w:trPr>
        <w:tc>
          <w:tcPr>
            <w:tcW w:w="15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4. Etkinlik &amp; Etkileşim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 xml:space="preserve">Veli-öğrenci ortak atölyeleri, kariyer </w:t>
            </w:r>
            <w:r w:rsidRPr="008161EF">
              <w:rPr>
                <w:rFonts w:ascii="Arial" w:hAnsi="Arial" w:cs="Arial"/>
              </w:rPr>
              <w:t>günleri ve kurum ziyaretlerinin yapılması.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Sınıf Rehber Öğretmenleri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Etkinlik Raporları &amp; Fotoğraflar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Aralık - Nisan</w:t>
            </w:r>
          </w:p>
        </w:tc>
      </w:tr>
      <w:tr w:rsidR="00C41A3C" w:rsidRPr="008161EF" w:rsidTr="00A34423">
        <w:trPr>
          <w:jc w:val="center"/>
        </w:trPr>
        <w:tc>
          <w:tcPr>
            <w:tcW w:w="1584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5. Değerlendirme</w:t>
            </w:r>
          </w:p>
        </w:tc>
        <w:tc>
          <w:tcPr>
            <w:tcW w:w="331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Yıl sonu paydaş memnuniyet anketi ve TYMM okul değerlendirme raporu.</w:t>
            </w:r>
          </w:p>
        </w:tc>
        <w:tc>
          <w:tcPr>
            <w:tcW w:w="187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İzleme ve Değerlendirme Kurulu</w:t>
            </w:r>
          </w:p>
        </w:tc>
        <w:tc>
          <w:tcPr>
            <w:tcW w:w="1584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Yıl Sonu TYMM Raporu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1A3C" w:rsidRPr="008161EF" w:rsidRDefault="00316C7A">
            <w:pPr>
              <w:rPr>
                <w:rFonts w:ascii="Arial" w:hAnsi="Arial" w:cs="Arial"/>
              </w:rPr>
            </w:pPr>
            <w:r w:rsidRPr="008161EF">
              <w:rPr>
                <w:rFonts w:ascii="Arial" w:hAnsi="Arial" w:cs="Arial"/>
              </w:rPr>
              <w:t>Mayıs - Haziran</w:t>
            </w:r>
          </w:p>
        </w:tc>
      </w:tr>
    </w:tbl>
    <w:p w:rsidR="00316C7A" w:rsidRPr="008161EF" w:rsidRDefault="00316C7A">
      <w:pPr>
        <w:rPr>
          <w:rFonts w:ascii="Arial" w:hAnsi="Arial" w:cs="Arial"/>
        </w:rPr>
      </w:pPr>
    </w:p>
    <w:sectPr w:rsidR="00316C7A" w:rsidRPr="008161E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16C7A"/>
    <w:rsid w:val="00326F90"/>
    <w:rsid w:val="008161EF"/>
    <w:rsid w:val="00A34423"/>
    <w:rsid w:val="00AA1D8D"/>
    <w:rsid w:val="00B47730"/>
    <w:rsid w:val="00C41A3C"/>
    <w:rsid w:val="00CB0664"/>
    <w:rsid w:val="00FC693F"/>
    <w:rsid w:val="00FF2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60C761-5436-4B34-894B-3E4BC354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2303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2026-10-20T01:18:00Z</dcterms:created>
  <dcterms:modified xsi:type="dcterms:W3CDTF">2026-10-20T01:18:00Z</dcterms:modified>
</cp:coreProperties>
</file>