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C7E" w:rsidRDefault="00476618">
      <w:pPr>
        <w:spacing w:after="240"/>
        <w:jc w:val="center"/>
      </w:pPr>
      <w:r>
        <w:rPr>
          <w:b/>
          <w:sz w:val="24"/>
        </w:rPr>
        <w:t>BAYRAMYAZI ORTAOKULU MÜDÜRLÜĞÜ’NE</w:t>
      </w:r>
    </w:p>
    <w:p w:rsidR="007A1C7E" w:rsidRDefault="00476618">
      <w:pPr>
        <w:spacing w:after="240"/>
      </w:pPr>
      <w:r>
        <w:t>Rehberlik görevini yürütmekte olduğum Afete Hazırlık Kulübünün 2026-2027 Eğitim ve Öğretim Yılı EYLÜL ayına ait olan çalışma raporu aşağıya çıkartılmıştır.</w:t>
      </w:r>
      <w:r>
        <w:br/>
      </w:r>
      <w:r>
        <w:br/>
        <w:t>Bilgilerinize arz ederim.</w:t>
      </w:r>
    </w:p>
    <w:tbl>
      <w:tblPr>
        <w:tblW w:w="0" w:type="auto"/>
        <w:jc w:val="center"/>
        <w:tblLook w:val="04A0"/>
      </w:tblPr>
      <w:tblGrid>
        <w:gridCol w:w="9634"/>
      </w:tblGrid>
      <w:tr w:rsidR="007A1C7E">
        <w:trPr>
          <w:jc w:val="center"/>
        </w:trPr>
        <w:tc>
          <w:tcPr>
            <w:tcW w:w="963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A1C7E" w:rsidRDefault="00476618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 xml:space="preserve">AFETE HAZIRLIK KULÜBÜ EYLÜL AYI </w:t>
            </w:r>
            <w:r>
              <w:rPr>
                <w:b/>
                <w:color w:val="FFFFFF"/>
                <w:sz w:val="24"/>
              </w:rPr>
              <w:t>FAALİYET RAPORU</w:t>
            </w:r>
          </w:p>
        </w:tc>
      </w:tr>
    </w:tbl>
    <w:p w:rsidR="007A1C7E" w:rsidRDefault="007A1C7E">
      <w:pPr>
        <w:spacing w:after="80"/>
      </w:pPr>
    </w:p>
    <w:tbl>
      <w:tblPr>
        <w:tblW w:w="0" w:type="auto"/>
        <w:jc w:val="center"/>
        <w:tblLook w:val="04A0"/>
      </w:tblPr>
      <w:tblGrid>
        <w:gridCol w:w="1728"/>
        <w:gridCol w:w="2160"/>
        <w:gridCol w:w="1872"/>
        <w:gridCol w:w="3874"/>
      </w:tblGrid>
      <w:tr w:rsidR="007A1C7E">
        <w:trPr>
          <w:jc w:val="center"/>
        </w:trPr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A1C7E" w:rsidRDefault="00476618">
            <w:pPr>
              <w:spacing w:after="0"/>
            </w:pPr>
            <w:r>
              <w:rPr>
                <w:b/>
                <w:sz w:val="21"/>
              </w:rPr>
              <w:t>Rapor No</w:t>
            </w:r>
          </w:p>
        </w:tc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A1C7E" w:rsidRDefault="00476618">
            <w:pPr>
              <w:spacing w:after="0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A1C7E" w:rsidRDefault="00476618">
            <w:pPr>
              <w:spacing w:after="0"/>
            </w:pPr>
            <w:r>
              <w:rPr>
                <w:b/>
                <w:sz w:val="21"/>
              </w:rPr>
              <w:t>Rapor Tarihi</w:t>
            </w:r>
          </w:p>
        </w:tc>
        <w:tc>
          <w:tcPr>
            <w:tcW w:w="387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A1C7E" w:rsidRDefault="00476618">
            <w:pPr>
              <w:spacing w:after="0"/>
              <w:jc w:val="center"/>
            </w:pPr>
            <w:r>
              <w:rPr>
                <w:sz w:val="21"/>
              </w:rPr>
              <w:t>01.10.2026</w:t>
            </w:r>
          </w:p>
        </w:tc>
      </w:tr>
    </w:tbl>
    <w:p w:rsidR="007A1C7E" w:rsidRDefault="007A1C7E">
      <w:pPr>
        <w:spacing w:after="160"/>
      </w:pPr>
    </w:p>
    <w:tbl>
      <w:tblPr>
        <w:tblW w:w="0" w:type="auto"/>
        <w:jc w:val="center"/>
        <w:tblLook w:val="04A0"/>
      </w:tblPr>
      <w:tblGrid>
        <w:gridCol w:w="9634"/>
      </w:tblGrid>
      <w:tr w:rsidR="007A1C7E">
        <w:trPr>
          <w:jc w:val="center"/>
        </w:trPr>
        <w:tc>
          <w:tcPr>
            <w:tcW w:w="9634" w:type="dxa"/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A1C7E" w:rsidRDefault="00476618">
            <w:pPr>
              <w:spacing w:after="0"/>
            </w:pPr>
            <w:r>
              <w:rPr>
                <w:b/>
                <w:color w:val="1F497D"/>
              </w:rPr>
              <w:t>YAPILAN ÇALIŞMALAR</w:t>
            </w:r>
          </w:p>
        </w:tc>
      </w:tr>
    </w:tbl>
    <w:p w:rsidR="007A1C7E" w:rsidRDefault="007A1C7E">
      <w:pPr>
        <w:spacing w:after="80"/>
      </w:pPr>
    </w:p>
    <w:tbl>
      <w:tblPr>
        <w:tblW w:w="0" w:type="auto"/>
        <w:jc w:val="center"/>
        <w:tblLook w:val="04A0"/>
      </w:tblPr>
      <w:tblGrid>
        <w:gridCol w:w="576"/>
        <w:gridCol w:w="9058"/>
      </w:tblGrid>
      <w:tr w:rsidR="007A1C7E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7A1C7E" w:rsidRDefault="00476618">
            <w:pPr>
              <w:spacing w:after="0"/>
              <w:jc w:val="right"/>
            </w:pPr>
            <w:r>
              <w:rPr>
                <w:b/>
                <w:sz w:val="21"/>
              </w:rPr>
              <w:t>1.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7A1C7E" w:rsidRDefault="00476618">
            <w:pPr>
              <w:spacing w:after="0"/>
            </w:pPr>
            <w:r>
              <w:rPr>
                <w:sz w:val="21"/>
              </w:rPr>
              <w:t>Afete Hazırlık Kulübü tanıtıldı.</w:t>
            </w:r>
          </w:p>
        </w:tc>
      </w:tr>
      <w:tr w:rsidR="007A1C7E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7A1C7E" w:rsidRDefault="00476618">
            <w:pPr>
              <w:spacing w:after="0"/>
              <w:jc w:val="right"/>
            </w:pPr>
            <w:r>
              <w:rPr>
                <w:b/>
                <w:sz w:val="21"/>
              </w:rPr>
              <w:t>2.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AFAFA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7A1C7E" w:rsidRDefault="00476618">
            <w:pPr>
              <w:spacing w:after="0"/>
            </w:pPr>
            <w:r>
              <w:rPr>
                <w:sz w:val="21"/>
              </w:rPr>
              <w:t>Afete Hazırlık Kulübüne öğrenci seçimi yapıldı.</w:t>
            </w:r>
          </w:p>
        </w:tc>
      </w:tr>
      <w:tr w:rsidR="007A1C7E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7A1C7E" w:rsidRDefault="00476618">
            <w:pPr>
              <w:spacing w:after="0"/>
              <w:jc w:val="right"/>
            </w:pPr>
            <w:r>
              <w:rPr>
                <w:b/>
                <w:sz w:val="21"/>
              </w:rPr>
              <w:t>3.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7A1C7E" w:rsidRDefault="00476618">
            <w:pPr>
              <w:spacing w:after="0"/>
            </w:pPr>
            <w:r>
              <w:rPr>
                <w:sz w:val="21"/>
              </w:rPr>
              <w:t>Afete Hazırlık Kulübüne seçilen öğrencilerle tanışma toplantısı yapıldı.</w:t>
            </w:r>
          </w:p>
        </w:tc>
      </w:tr>
      <w:tr w:rsidR="007A1C7E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7A1C7E" w:rsidRDefault="00476618">
            <w:pPr>
              <w:spacing w:after="0"/>
              <w:jc w:val="right"/>
            </w:pPr>
            <w:r>
              <w:rPr>
                <w:b/>
                <w:sz w:val="21"/>
              </w:rPr>
              <w:t>4.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AFAFA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7A1C7E" w:rsidRDefault="00476618">
            <w:pPr>
              <w:spacing w:after="0"/>
            </w:pPr>
            <w:r>
              <w:rPr>
                <w:sz w:val="21"/>
              </w:rPr>
              <w:t xml:space="preserve">Afetlerde </w:t>
            </w:r>
            <w:r>
              <w:rPr>
                <w:sz w:val="21"/>
              </w:rPr>
              <w:t>görev almanın vatandaşlık sorumluluğu açısından önemine değinildi.</w:t>
            </w:r>
          </w:p>
        </w:tc>
      </w:tr>
      <w:tr w:rsidR="007A1C7E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7A1C7E" w:rsidRDefault="00476618">
            <w:pPr>
              <w:spacing w:after="0"/>
              <w:jc w:val="right"/>
            </w:pPr>
            <w:r>
              <w:rPr>
                <w:b/>
                <w:sz w:val="21"/>
              </w:rPr>
              <w:t>5.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7A1C7E" w:rsidRDefault="00476618">
            <w:pPr>
              <w:spacing w:after="0"/>
            </w:pPr>
            <w:r>
              <w:rPr>
                <w:sz w:val="21"/>
              </w:rPr>
              <w:t>Öğrencilerin kulüp hakkındaki görüşleri alındı.</w:t>
            </w:r>
          </w:p>
        </w:tc>
      </w:tr>
      <w:tr w:rsidR="007A1C7E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7A1C7E" w:rsidRDefault="00476618">
            <w:pPr>
              <w:spacing w:after="0"/>
              <w:jc w:val="right"/>
            </w:pPr>
            <w:r>
              <w:rPr>
                <w:b/>
                <w:sz w:val="21"/>
              </w:rPr>
              <w:t>6.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AFAFA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7A1C7E" w:rsidRDefault="00476618">
            <w:pPr>
              <w:spacing w:after="0"/>
            </w:pPr>
            <w:r>
              <w:rPr>
                <w:sz w:val="21"/>
              </w:rPr>
              <w:t>Afete Hazırlık Kulübünün amaçları hakkında bilgi verildi.</w:t>
            </w:r>
          </w:p>
        </w:tc>
      </w:tr>
      <w:tr w:rsidR="007A1C7E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7A1C7E" w:rsidRDefault="00476618">
            <w:pPr>
              <w:spacing w:after="0"/>
              <w:jc w:val="right"/>
            </w:pPr>
            <w:r>
              <w:rPr>
                <w:b/>
                <w:sz w:val="21"/>
              </w:rPr>
              <w:t>7.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7A1C7E" w:rsidRDefault="00476618">
            <w:pPr>
              <w:spacing w:after="0"/>
            </w:pPr>
            <w:r>
              <w:rPr>
                <w:sz w:val="21"/>
              </w:rPr>
              <w:t>Genel Kurul toplantı tarihi belirlendi.</w:t>
            </w:r>
          </w:p>
        </w:tc>
      </w:tr>
    </w:tbl>
    <w:p w:rsidR="007A1C7E" w:rsidRDefault="007A1C7E">
      <w:pPr>
        <w:spacing w:after="160"/>
      </w:pPr>
    </w:p>
    <w:tbl>
      <w:tblPr>
        <w:tblW w:w="0" w:type="auto"/>
        <w:jc w:val="center"/>
        <w:tblLook w:val="04A0"/>
      </w:tblPr>
      <w:tblGrid>
        <w:gridCol w:w="9634"/>
      </w:tblGrid>
      <w:tr w:rsidR="007A1C7E">
        <w:trPr>
          <w:jc w:val="center"/>
        </w:trPr>
        <w:tc>
          <w:tcPr>
            <w:tcW w:w="9634" w:type="dxa"/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A1C7E" w:rsidRDefault="00476618">
            <w:pPr>
              <w:spacing w:after="0"/>
            </w:pPr>
            <w:r>
              <w:rPr>
                <w:b/>
                <w:color w:val="1F497D"/>
              </w:rPr>
              <w:t>TOPLUM HİZMETİ ÇALIŞMASI</w:t>
            </w:r>
          </w:p>
        </w:tc>
      </w:tr>
    </w:tbl>
    <w:p w:rsidR="007A1C7E" w:rsidRDefault="007A1C7E">
      <w:pPr>
        <w:spacing w:after="80"/>
      </w:pPr>
    </w:p>
    <w:tbl>
      <w:tblPr>
        <w:tblW w:w="0" w:type="auto"/>
        <w:jc w:val="center"/>
        <w:tblLook w:val="04A0"/>
      </w:tblPr>
      <w:tblGrid>
        <w:gridCol w:w="9634"/>
      </w:tblGrid>
      <w:tr w:rsidR="007A1C7E">
        <w:trPr>
          <w:jc w:val="center"/>
        </w:trPr>
        <w:tc>
          <w:tcPr>
            <w:tcW w:w="963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A1C7E" w:rsidRDefault="00476618">
            <w:pPr>
              <w:spacing w:after="0"/>
            </w:pPr>
            <w:r>
              <w:rPr>
                <w:sz w:val="21"/>
              </w:rPr>
              <w:t>Afet bilincini artırmak, doğal afetler karşısında doğru davranış şekillerini hatırlatmak ve okul genelinde farkındalık oluşturmak amacıyla kulüp öğrencileri tarafından "Afete Hazırlık ve Güvenli Yaşam" konulu bilgilendirici kulüp panosu hazırlandı.</w:t>
            </w:r>
          </w:p>
        </w:tc>
      </w:tr>
    </w:tbl>
    <w:p w:rsidR="007A1C7E" w:rsidRDefault="007A1C7E">
      <w:pPr>
        <w:spacing w:after="480"/>
      </w:pPr>
    </w:p>
    <w:tbl>
      <w:tblPr>
        <w:tblW w:w="0" w:type="auto"/>
        <w:jc w:val="center"/>
        <w:tblLook w:val="04A0"/>
      </w:tblPr>
      <w:tblGrid>
        <w:gridCol w:w="4810"/>
        <w:gridCol w:w="4824"/>
      </w:tblGrid>
      <w:tr w:rsidR="007A1C7E">
        <w:trPr>
          <w:jc w:val="center"/>
        </w:trPr>
        <w:tc>
          <w:tcPr>
            <w:tcW w:w="4810" w:type="dxa"/>
          </w:tcPr>
          <w:p w:rsidR="007A1C7E" w:rsidRDefault="00476618">
            <w:pPr>
              <w:spacing w:after="0"/>
            </w:pPr>
            <w:r>
              <w:rPr>
                <w:b/>
              </w:rPr>
              <w:t xml:space="preserve">Zeki </w:t>
            </w:r>
            <w:r>
              <w:rPr>
                <w:b/>
              </w:rPr>
              <w:t>DOĞAN</w:t>
            </w:r>
            <w:r>
              <w:rPr>
                <w:b/>
              </w:rPr>
              <w:br/>
            </w:r>
            <w:r>
              <w:rPr>
                <w:sz w:val="20"/>
              </w:rPr>
              <w:t>Danışman Öğretmen</w:t>
            </w:r>
          </w:p>
        </w:tc>
        <w:tc>
          <w:tcPr>
            <w:tcW w:w="4824" w:type="dxa"/>
          </w:tcPr>
          <w:p w:rsidR="007A1C7E" w:rsidRDefault="00476618">
            <w:pPr>
              <w:spacing w:after="0"/>
              <w:jc w:val="right"/>
            </w:pPr>
            <w:r>
              <w:rPr>
                <w:b/>
              </w:rPr>
              <w:t>UYGUNDUR</w:t>
            </w:r>
            <w:r>
              <w:rPr>
                <w:b/>
              </w:rPr>
              <w:br/>
            </w:r>
            <w:r>
              <w:rPr>
                <w:sz w:val="20"/>
              </w:rPr>
              <w:t>01.10.2026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b/>
              </w:rPr>
              <w:t>MEHMET DARDAĞAN</w:t>
            </w:r>
            <w:r>
              <w:rPr>
                <w:b/>
              </w:rPr>
              <w:br/>
            </w:r>
            <w:r>
              <w:rPr>
                <w:sz w:val="20"/>
              </w:rPr>
              <w:t>Okul Müdürü</w:t>
            </w:r>
          </w:p>
        </w:tc>
      </w:tr>
    </w:tbl>
    <w:p w:rsidR="00476618" w:rsidRDefault="00476618"/>
    <w:sectPr w:rsidR="00476618" w:rsidSect="00034616">
      <w:pgSz w:w="11909" w:h="16834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76618"/>
    <w:rsid w:val="007A1C7E"/>
    <w:rsid w:val="00AA1D8D"/>
    <w:rsid w:val="00B47730"/>
    <w:rsid w:val="00B6350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6AD0C7-65FE-4B30-982A-17E80A5AC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1087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</dc:creator>
  <dc:description>generated by python-docx</dc:description>
  <cp:lastModifiedBy>Zeki</cp:lastModifiedBy>
  <cp:revision>2</cp:revision>
  <dcterms:created xsi:type="dcterms:W3CDTF">2026-10-04T03:02:00Z</dcterms:created>
  <dcterms:modified xsi:type="dcterms:W3CDTF">2026-10-04T03:02:00Z</dcterms:modified>
</cp:coreProperties>
</file>