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BD" w:rsidRDefault="009B0EE4">
      <w:pPr>
        <w:jc w:val="center"/>
      </w:pPr>
      <w:r>
        <w:rPr>
          <w:b/>
          <w:sz w:val="28"/>
        </w:rPr>
        <w:t>BEP DEĞERLENDİRME FORMU</w:t>
      </w:r>
    </w:p>
    <w:tbl>
      <w:tblPr>
        <w:tblStyle w:val="TabloKlavuzu"/>
        <w:tblW w:w="0" w:type="auto"/>
        <w:jc w:val="center"/>
        <w:tblLook w:val="04A0"/>
      </w:tblPr>
      <w:tblGrid>
        <w:gridCol w:w="5103"/>
        <w:gridCol w:w="5103"/>
      </w:tblGrid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Okul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........................................................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Eğitim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öğretim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yılı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2026-2027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Öğrenci adı soyadı:</w:t>
            </w:r>
            <w:r w:rsidRPr="008D73E8">
              <w:rPr>
                <w:sz w:val="22"/>
              </w:rPr>
              <w:t xml:space="preserve"> 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Sınıf / Şube / No:</w:t>
            </w:r>
            <w:r w:rsidRPr="008D73E8">
              <w:rPr>
                <w:sz w:val="22"/>
              </w:rPr>
              <w:t xml:space="preserve"> ..............................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CA475B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Ders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CA475B">
              <w:rPr>
                <w:sz w:val="22"/>
              </w:rPr>
              <w:t>T.C. İNKILAP TARİHİ VE ATATÜRKÇÜLÜK</w:t>
            </w:r>
            <w:r w:rsidR="008D73E8" w:rsidRPr="008D73E8">
              <w:rPr>
                <w:sz w:val="22"/>
              </w:rPr>
              <w:t xml:space="preserve"> </w:t>
            </w:r>
            <w:r w:rsidR="00CA475B">
              <w:rPr>
                <w:sz w:val="22"/>
              </w:rPr>
              <w:t>8</w:t>
            </w:r>
          </w:p>
        </w:tc>
        <w:tc>
          <w:tcPr>
            <w:tcW w:w="5103" w:type="dxa"/>
          </w:tcPr>
          <w:p w:rsidR="00AC63BD" w:rsidRPr="008D73E8" w:rsidRDefault="00D265CD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Öğrenme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Çıktılarını</w:t>
            </w:r>
            <w:r w:rsidR="00D26204">
              <w:rPr>
                <w:b/>
                <w:sz w:val="22"/>
              </w:rPr>
              <w:t>n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Sınıf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D</w:t>
            </w:r>
            <w:r w:rsidR="009B0EE4" w:rsidRPr="00D26204">
              <w:rPr>
                <w:b/>
                <w:sz w:val="22"/>
              </w:rPr>
              <w:t>üzeyi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CA475B">
              <w:rPr>
                <w:sz w:val="22"/>
              </w:rPr>
              <w:t>8</w:t>
            </w:r>
            <w:r w:rsidR="00D26204">
              <w:rPr>
                <w:sz w:val="22"/>
              </w:rPr>
              <w:t>.Sınıf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Değerlendiren:</w:t>
            </w:r>
            <w:r w:rsidRPr="008D73E8">
              <w:rPr>
                <w:sz w:val="22"/>
              </w:rPr>
              <w:t xml:space="preserve"> ..........................................</w:t>
            </w:r>
          </w:p>
        </w:tc>
        <w:tc>
          <w:tcPr>
            <w:tcW w:w="5103" w:type="dxa"/>
          </w:tcPr>
          <w:p w:rsidR="00AC63BD" w:rsidRPr="008D73E8" w:rsidRDefault="00D26204" w:rsidP="00D26204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Değerlendirme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</w:t>
            </w:r>
            <w:r w:rsidR="009B0EE4" w:rsidRPr="00D26204">
              <w:rPr>
                <w:b/>
                <w:sz w:val="22"/>
              </w:rPr>
              <w:t>arihi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01 /10</w:t>
            </w:r>
            <w:r w:rsidR="009B0EE4" w:rsidRPr="008D73E8">
              <w:rPr>
                <w:sz w:val="22"/>
              </w:rPr>
              <w:t xml:space="preserve"> /</w:t>
            </w:r>
            <w:r w:rsidR="00D265CD" w:rsidRPr="008D73E8">
              <w:rPr>
                <w:sz w:val="22"/>
              </w:rPr>
              <w:t>2026</w:t>
            </w:r>
          </w:p>
        </w:tc>
      </w:tr>
    </w:tbl>
    <w:p w:rsidR="00D265CD" w:rsidRDefault="00D265CD">
      <w:pPr>
        <w:rPr>
          <w:sz w:val="18"/>
        </w:rPr>
      </w:pPr>
    </w:p>
    <w:p w:rsidR="00AC63BD" w:rsidRPr="008D73E8" w:rsidRDefault="00327609">
      <w:pPr>
        <w:rPr>
          <w:sz w:val="22"/>
        </w:rPr>
      </w:pPr>
      <w:proofErr w:type="spellStart"/>
      <w:proofErr w:type="gramStart"/>
      <w:r>
        <w:rPr>
          <w:sz w:val="22"/>
        </w:rPr>
        <w:t>Kazanımları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ilgili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sınıf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düzeyine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göre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yazınız</w:t>
      </w:r>
      <w:proofErr w:type="spellEnd"/>
      <w:r w:rsidR="009B0EE4" w:rsidRPr="008D73E8">
        <w:rPr>
          <w:sz w:val="22"/>
        </w:rPr>
        <w:t>.</w:t>
      </w:r>
      <w:proofErr w:type="gramEnd"/>
      <w:r w:rsidR="009B0EE4" w:rsidRPr="008D73E8">
        <w:rPr>
          <w:sz w:val="22"/>
        </w:rPr>
        <w:t xml:space="preserve"> </w:t>
      </w:r>
      <w:proofErr w:type="gramStart"/>
      <w:r w:rsidR="009B0EE4" w:rsidRPr="008D73E8">
        <w:rPr>
          <w:sz w:val="22"/>
        </w:rPr>
        <w:t xml:space="preserve">Her </w:t>
      </w:r>
      <w:proofErr w:type="spellStart"/>
      <w:r>
        <w:rPr>
          <w:sz w:val="22"/>
        </w:rPr>
        <w:t>kazanım</w:t>
      </w:r>
      <w:proofErr w:type="spellEnd"/>
      <w:r w:rsidR="003A2DFB" w:rsidRPr="008D73E8">
        <w:rPr>
          <w:sz w:val="22"/>
        </w:rPr>
        <w:t xml:space="preserve"> </w:t>
      </w:r>
      <w:proofErr w:type="spellStart"/>
      <w:r w:rsidR="003A2DFB" w:rsidRPr="008D73E8">
        <w:rPr>
          <w:sz w:val="22"/>
        </w:rPr>
        <w:t>için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uygun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değerlendirme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kutusunu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işaretleyiniz</w:t>
      </w:r>
      <w:proofErr w:type="spellEnd"/>
      <w:r w:rsidR="009B0EE4" w:rsidRPr="008D73E8">
        <w:rPr>
          <w:sz w:val="22"/>
        </w:rPr>
        <w:t>.</w:t>
      </w:r>
      <w:proofErr w:type="gramEnd"/>
    </w:p>
    <w:p w:rsidR="00D265CD" w:rsidRDefault="00D265CD"/>
    <w:tbl>
      <w:tblPr>
        <w:tblStyle w:val="TabloKlavuzu"/>
        <w:tblW w:w="0" w:type="auto"/>
        <w:jc w:val="center"/>
        <w:tblLayout w:type="fixed"/>
        <w:tblLook w:val="04A0"/>
      </w:tblPr>
      <w:tblGrid>
        <w:gridCol w:w="6012"/>
        <w:gridCol w:w="4161"/>
      </w:tblGrid>
      <w:tr w:rsidR="00AC63BD" w:rsidTr="00D26204">
        <w:trPr>
          <w:cantSplit/>
          <w:trHeight w:val="649"/>
          <w:jc w:val="center"/>
        </w:trPr>
        <w:tc>
          <w:tcPr>
            <w:tcW w:w="10173" w:type="dxa"/>
            <w:gridSpan w:val="2"/>
            <w:shd w:val="clear" w:color="auto" w:fill="DAEEF3" w:themeFill="accent5" w:themeFillTint="33"/>
          </w:tcPr>
          <w:p w:rsidR="00AC63BD" w:rsidRDefault="00B133C5" w:rsidP="00CA475B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Ünite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Pr="00AC0ED2">
              <w:rPr>
                <w:b/>
                <w:sz w:val="22"/>
              </w:rPr>
              <w:t>Tema</w:t>
            </w:r>
            <w:proofErr w:type="spellEnd"/>
            <w:r w:rsidRPr="00AC0ED2">
              <w:rPr>
                <w:b/>
                <w:sz w:val="22"/>
              </w:rPr>
              <w:t xml:space="preserve">: </w:t>
            </w:r>
            <w:r w:rsidR="00CA475B">
              <w:rPr>
                <w:sz w:val="22"/>
              </w:rPr>
              <w:t>BİR KAHRAMAN DOĞUYOR</w:t>
            </w:r>
            <w:r w:rsidRPr="00AC0ED2">
              <w:rPr>
                <w:b/>
                <w:sz w:val="22"/>
              </w:rPr>
              <w:t xml:space="preserve"> </w:t>
            </w:r>
            <w:r w:rsidR="00AC0ED2">
              <w:rPr>
                <w:b/>
                <w:sz w:val="22"/>
              </w:rPr>
              <w:br/>
            </w:r>
            <w:r w:rsidR="009B0EE4" w:rsidRPr="00AC0ED2">
              <w:rPr>
                <w:b/>
                <w:sz w:val="22"/>
              </w:rPr>
              <w:br/>
            </w:r>
            <w:proofErr w:type="spellStart"/>
            <w:r w:rsidR="009B0EE4" w:rsidRPr="00AC0ED2">
              <w:rPr>
                <w:b/>
                <w:sz w:val="22"/>
              </w:rPr>
              <w:t>Uzun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dönemli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amaç</w:t>
            </w:r>
            <w:proofErr w:type="spellEnd"/>
            <w:r w:rsidR="009B0EE4" w:rsidRPr="00AC0ED2">
              <w:rPr>
                <w:b/>
                <w:sz w:val="22"/>
              </w:rPr>
              <w:t xml:space="preserve">: </w:t>
            </w:r>
            <w:r w:rsidR="00CA475B" w:rsidRPr="00CA475B">
              <w:rPr>
                <w:sz w:val="22"/>
              </w:rPr>
              <w:t xml:space="preserve">İTA.8. </w:t>
            </w:r>
            <w:proofErr w:type="spellStart"/>
            <w:r w:rsidR="00CA475B" w:rsidRPr="00CA475B">
              <w:rPr>
                <w:sz w:val="22"/>
              </w:rPr>
              <w:t>Bir</w:t>
            </w:r>
            <w:proofErr w:type="spellEnd"/>
            <w:r w:rsidR="00CA475B" w:rsidRPr="00CA475B">
              <w:rPr>
                <w:sz w:val="22"/>
              </w:rPr>
              <w:t xml:space="preserve"> </w:t>
            </w:r>
            <w:proofErr w:type="spellStart"/>
            <w:r w:rsidR="00CA475B" w:rsidRPr="00CA475B">
              <w:rPr>
                <w:sz w:val="22"/>
              </w:rPr>
              <w:t>Kahraman</w:t>
            </w:r>
            <w:proofErr w:type="spellEnd"/>
            <w:r w:rsidR="00CA475B" w:rsidRPr="00CA475B">
              <w:rPr>
                <w:sz w:val="22"/>
              </w:rPr>
              <w:t xml:space="preserve"> </w:t>
            </w:r>
            <w:proofErr w:type="spellStart"/>
            <w:r w:rsidR="00CA475B" w:rsidRPr="00CA475B">
              <w:rPr>
                <w:sz w:val="22"/>
              </w:rPr>
              <w:t>Doğuyor</w:t>
            </w:r>
            <w:proofErr w:type="spellEnd"/>
            <w:r w:rsidR="00CA475B" w:rsidRPr="00CA475B">
              <w:rPr>
                <w:sz w:val="22"/>
              </w:rPr>
              <w:t xml:space="preserve"> </w:t>
            </w:r>
            <w:proofErr w:type="spellStart"/>
            <w:r w:rsidR="00CA475B" w:rsidRPr="00CA475B">
              <w:rPr>
                <w:sz w:val="22"/>
              </w:rPr>
              <w:t>Ünitesi</w:t>
            </w:r>
            <w:proofErr w:type="spellEnd"/>
            <w:r w:rsidR="00CA475B" w:rsidRPr="00CA475B">
              <w:rPr>
                <w:sz w:val="22"/>
              </w:rPr>
              <w:t xml:space="preserve"> </w:t>
            </w:r>
            <w:proofErr w:type="spellStart"/>
            <w:r w:rsidR="00CA475B" w:rsidRPr="00CA475B">
              <w:rPr>
                <w:sz w:val="22"/>
              </w:rPr>
              <w:t>kazanımlarını</w:t>
            </w:r>
            <w:proofErr w:type="spellEnd"/>
            <w:r w:rsidR="00CA475B" w:rsidRPr="00CA475B">
              <w:rPr>
                <w:sz w:val="22"/>
              </w:rPr>
              <w:t xml:space="preserve"> </w:t>
            </w:r>
            <w:proofErr w:type="spellStart"/>
            <w:r w:rsidR="00CA475B" w:rsidRPr="00CA475B">
              <w:rPr>
                <w:sz w:val="22"/>
              </w:rPr>
              <w:t>kavrar</w:t>
            </w:r>
            <w:proofErr w:type="spellEnd"/>
            <w:r w:rsidR="00CA475B" w:rsidRPr="00CA475B">
              <w:rPr>
                <w:sz w:val="22"/>
              </w:rPr>
              <w:t>.</w:t>
            </w:r>
          </w:p>
          <w:p w:rsidR="00CA475B" w:rsidRPr="00AC0ED2" w:rsidRDefault="00CA475B" w:rsidP="00CA475B">
            <w:pPr>
              <w:rPr>
                <w:sz w:val="22"/>
              </w:rPr>
            </w:pPr>
          </w:p>
        </w:tc>
      </w:tr>
      <w:tr w:rsidR="00AC63BD" w:rsidTr="00D26204">
        <w:trPr>
          <w:cantSplit/>
          <w:trHeight w:val="362"/>
          <w:jc w:val="center"/>
        </w:trPr>
        <w:tc>
          <w:tcPr>
            <w:tcW w:w="6012" w:type="dxa"/>
            <w:shd w:val="clear" w:color="auto" w:fill="DAEEF3" w:themeFill="accent5" w:themeFillTint="33"/>
          </w:tcPr>
          <w:p w:rsidR="00AC63BD" w:rsidRPr="00AC0ED2" w:rsidRDefault="009B0EE4" w:rsidP="00CA475B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Kısa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dönemli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amaçlar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="00CA475B">
              <w:rPr>
                <w:b/>
                <w:sz w:val="22"/>
              </w:rPr>
              <w:t>Kazanımlar</w:t>
            </w:r>
            <w:proofErr w:type="spellEnd"/>
            <w:r w:rsidR="00CA475B">
              <w:rPr>
                <w:b/>
                <w:sz w:val="22"/>
              </w:rPr>
              <w:t xml:space="preserve"> </w:t>
            </w:r>
          </w:p>
        </w:tc>
        <w:tc>
          <w:tcPr>
            <w:tcW w:w="4161" w:type="dxa"/>
            <w:shd w:val="clear" w:color="auto" w:fill="DAEEF3" w:themeFill="accent5" w:themeFillTint="33"/>
          </w:tcPr>
          <w:p w:rsidR="00AC63BD" w:rsidRPr="00AC0ED2" w:rsidRDefault="009B0EE4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Değerlendirme</w:t>
            </w:r>
            <w:proofErr w:type="spellEnd"/>
            <w:r w:rsidR="00AC0ED2">
              <w:rPr>
                <w:b/>
                <w:sz w:val="22"/>
              </w:rPr>
              <w:br/>
            </w:r>
          </w:p>
        </w:tc>
      </w:tr>
      <w:tr w:rsidR="005673A8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5673A8" w:rsidRPr="005673A8" w:rsidRDefault="005673A8" w:rsidP="00556E2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5673A8"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4161" w:type="dxa"/>
          </w:tcPr>
          <w:p w:rsidR="005673A8" w:rsidRPr="005673A8" w:rsidRDefault="005673A8">
            <w:pPr>
              <w:rPr>
                <w:sz w:val="22"/>
              </w:rPr>
            </w:pPr>
            <w:r w:rsidRPr="005673A8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5673A8">
              <w:rPr>
                <w:sz w:val="22"/>
              </w:rPr>
              <w:t xml:space="preserve"> </w:t>
            </w:r>
            <w:proofErr w:type="spellStart"/>
            <w:r w:rsidRPr="005673A8">
              <w:rPr>
                <w:sz w:val="22"/>
              </w:rPr>
              <w:t>Yapıyor</w:t>
            </w:r>
            <w:proofErr w:type="spellEnd"/>
            <w:r w:rsidRPr="005673A8">
              <w:rPr>
                <w:sz w:val="22"/>
              </w:rPr>
              <w:br/>
            </w:r>
            <w:r w:rsidRPr="005673A8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5673A8">
              <w:rPr>
                <w:rFonts w:cs="Arial"/>
                <w:sz w:val="22"/>
              </w:rPr>
              <w:t xml:space="preserve"> </w:t>
            </w:r>
            <w:proofErr w:type="spellStart"/>
            <w:r w:rsidRPr="005673A8">
              <w:rPr>
                <w:rFonts w:cs="Arial"/>
                <w:sz w:val="22"/>
              </w:rPr>
              <w:t>Yapamıyor</w:t>
            </w:r>
            <w:proofErr w:type="spellEnd"/>
          </w:p>
        </w:tc>
      </w:tr>
      <w:tr w:rsidR="005673A8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5673A8" w:rsidRPr="005673A8" w:rsidRDefault="005673A8" w:rsidP="00556E2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5673A8"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4161" w:type="dxa"/>
          </w:tcPr>
          <w:p w:rsidR="005673A8" w:rsidRPr="005673A8" w:rsidRDefault="005673A8">
            <w:pPr>
              <w:rPr>
                <w:sz w:val="22"/>
              </w:rPr>
            </w:pPr>
            <w:r w:rsidRPr="005673A8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5673A8">
              <w:rPr>
                <w:sz w:val="22"/>
              </w:rPr>
              <w:t xml:space="preserve"> </w:t>
            </w:r>
            <w:proofErr w:type="spellStart"/>
            <w:r w:rsidRPr="005673A8">
              <w:rPr>
                <w:sz w:val="22"/>
              </w:rPr>
              <w:t>Yapıyor</w:t>
            </w:r>
            <w:proofErr w:type="spellEnd"/>
            <w:r w:rsidRPr="005673A8">
              <w:rPr>
                <w:sz w:val="22"/>
              </w:rPr>
              <w:br/>
            </w:r>
            <w:r w:rsidRPr="005673A8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5673A8">
              <w:rPr>
                <w:rFonts w:cs="Arial"/>
                <w:sz w:val="22"/>
              </w:rPr>
              <w:t xml:space="preserve"> </w:t>
            </w:r>
            <w:proofErr w:type="spellStart"/>
            <w:r w:rsidRPr="005673A8">
              <w:rPr>
                <w:rFonts w:cs="Arial"/>
                <w:sz w:val="22"/>
              </w:rPr>
              <w:t>Yapamıyor</w:t>
            </w:r>
            <w:proofErr w:type="spellEnd"/>
          </w:p>
        </w:tc>
      </w:tr>
      <w:tr w:rsidR="005673A8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5673A8" w:rsidRPr="005673A8" w:rsidRDefault="005673A8" w:rsidP="00556E2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5673A8">
              <w:t>İTA.8.1.3. Gençlik döneminde Mustafa Kemal’in fikir hayatını etkileyen önemli kişileri ve olayları kavrar.</w:t>
            </w:r>
          </w:p>
          <w:p w:rsidR="005673A8" w:rsidRPr="005673A8" w:rsidRDefault="005673A8" w:rsidP="00556E2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</w:p>
        </w:tc>
        <w:tc>
          <w:tcPr>
            <w:tcW w:w="4161" w:type="dxa"/>
          </w:tcPr>
          <w:p w:rsidR="005673A8" w:rsidRPr="005673A8" w:rsidRDefault="005673A8">
            <w:pPr>
              <w:rPr>
                <w:rFonts w:ascii="MS Gothic" w:eastAsia="MS Gothic" w:hAnsi="MS Gothic" w:cs="MS Gothic" w:hint="eastAsia"/>
                <w:sz w:val="22"/>
              </w:rPr>
            </w:pPr>
            <w:r w:rsidRPr="005673A8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5673A8">
              <w:rPr>
                <w:sz w:val="22"/>
              </w:rPr>
              <w:t xml:space="preserve"> </w:t>
            </w:r>
            <w:proofErr w:type="spellStart"/>
            <w:r w:rsidRPr="005673A8">
              <w:rPr>
                <w:sz w:val="22"/>
              </w:rPr>
              <w:t>Yapıyor</w:t>
            </w:r>
            <w:proofErr w:type="spellEnd"/>
            <w:r w:rsidRPr="005673A8">
              <w:rPr>
                <w:sz w:val="22"/>
              </w:rPr>
              <w:br/>
            </w:r>
            <w:r w:rsidRPr="005673A8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5673A8">
              <w:rPr>
                <w:rFonts w:cs="Arial"/>
                <w:sz w:val="22"/>
              </w:rPr>
              <w:t xml:space="preserve"> </w:t>
            </w:r>
            <w:proofErr w:type="spellStart"/>
            <w:r w:rsidRPr="005673A8">
              <w:rPr>
                <w:rFonts w:cs="Arial"/>
                <w:sz w:val="22"/>
              </w:rPr>
              <w:t>Yapamıyor</w:t>
            </w:r>
            <w:proofErr w:type="spellEnd"/>
          </w:p>
        </w:tc>
      </w:tr>
    </w:tbl>
    <w:p w:rsidR="00AC63BD" w:rsidRDefault="00AC63BD"/>
    <w:p w:rsidR="00AC63BD" w:rsidRDefault="00AC63BD"/>
    <w:p w:rsidR="00AC63BD" w:rsidRPr="008D73E8" w:rsidRDefault="009B0EE4">
      <w:pPr>
        <w:rPr>
          <w:sz w:val="22"/>
        </w:rPr>
      </w:pPr>
      <w:r w:rsidRPr="008D73E8">
        <w:rPr>
          <w:sz w:val="22"/>
        </w:rPr>
        <w:t>Gözlem / Açıklamalar: ...................................................................................................</w:t>
      </w:r>
      <w:r w:rsidRPr="008D73E8">
        <w:rPr>
          <w:sz w:val="22"/>
        </w:rPr>
        <w:br/>
        <w:t>...........................................................................................................................................</w:t>
      </w:r>
    </w:p>
    <w:p w:rsidR="00AC0ED2" w:rsidRDefault="009B0EE4">
      <w:pPr>
        <w:rPr>
          <w:sz w:val="22"/>
        </w:rPr>
      </w:pPr>
      <w:r w:rsidRPr="008D73E8">
        <w:rPr>
          <w:sz w:val="22"/>
        </w:rPr>
        <w:t xml:space="preserve">Değerlendiren öğretmen: ................................................     </w:t>
      </w:r>
    </w:p>
    <w:p w:rsidR="00AC0ED2" w:rsidRDefault="00AC0ED2">
      <w:pPr>
        <w:rPr>
          <w:sz w:val="22"/>
        </w:rPr>
      </w:pPr>
    </w:p>
    <w:p w:rsidR="00AC63BD" w:rsidRDefault="009B0EE4">
      <w:pPr>
        <w:rPr>
          <w:sz w:val="22"/>
        </w:rPr>
      </w:pPr>
      <w:proofErr w:type="spellStart"/>
      <w:r w:rsidRPr="008D73E8">
        <w:rPr>
          <w:sz w:val="22"/>
        </w:rPr>
        <w:t>İmza</w:t>
      </w:r>
      <w:proofErr w:type="spellEnd"/>
      <w:r w:rsidRPr="008D73E8">
        <w:rPr>
          <w:sz w:val="22"/>
        </w:rPr>
        <w:t>: ........................</w:t>
      </w:r>
    </w:p>
    <w:p w:rsidR="00CA475B" w:rsidRDefault="00CA475B">
      <w:pPr>
        <w:rPr>
          <w:sz w:val="22"/>
        </w:rPr>
      </w:pPr>
    </w:p>
    <w:p w:rsidR="00CA475B" w:rsidRPr="008D73E8" w:rsidRDefault="00CA475B">
      <w:pPr>
        <w:rPr>
          <w:sz w:val="22"/>
        </w:rPr>
      </w:pPr>
    </w:p>
    <w:sectPr w:rsidR="00CA475B" w:rsidRPr="008D73E8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D2B47"/>
    <w:rsid w:val="0015074B"/>
    <w:rsid w:val="0029639D"/>
    <w:rsid w:val="00326F90"/>
    <w:rsid w:val="00327609"/>
    <w:rsid w:val="003A2DFB"/>
    <w:rsid w:val="005556EF"/>
    <w:rsid w:val="005673A8"/>
    <w:rsid w:val="00616E30"/>
    <w:rsid w:val="00786DCC"/>
    <w:rsid w:val="008D73E8"/>
    <w:rsid w:val="0091635E"/>
    <w:rsid w:val="009B0EE4"/>
    <w:rsid w:val="00AA1D8D"/>
    <w:rsid w:val="00AA3A9A"/>
    <w:rsid w:val="00AC0ED2"/>
    <w:rsid w:val="00AC63BD"/>
    <w:rsid w:val="00B133C5"/>
    <w:rsid w:val="00B47730"/>
    <w:rsid w:val="00CA475B"/>
    <w:rsid w:val="00CB0664"/>
    <w:rsid w:val="00D26204"/>
    <w:rsid w:val="00D265CD"/>
    <w:rsid w:val="00DC7C71"/>
    <w:rsid w:val="00F00ECE"/>
    <w:rsid w:val="00FC693F"/>
    <w:rsid w:val="00FE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1">
    <w:name w:val="Açık Gölgeleme1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1">
    <w:name w:val="Açık Liste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1">
    <w:name w:val="Açık Liste - Vurgu 1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1">
    <w:name w:val="Açık Kılavuz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1">
    <w:name w:val="Açık Kılavuz - Vurgu 1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1">
    <w:name w:val="Orta Gölgeleme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1">
    <w:name w:val="Orta Gölgeleme 1 - Vurgu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1">
    <w:name w:val="Orta Gölgeleme 2 - Vurgu 1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1">
    <w:name w:val="Orta Liste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1">
    <w:name w:val="Orta Liste 1 - Vurgu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1">
    <w:name w:val="Orta Liste 2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1">
    <w:name w:val="Orta Kılavuz 1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1">
    <w:name w:val="Orta Kılavuz 2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1">
    <w:name w:val="Orta Kılavuz 3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1">
    <w:name w:val="Koyu Liste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1">
    <w:name w:val="Renkli Gölgeleme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1">
    <w:name w:val="Renkli Liste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1">
    <w:name w:val="Renkli Kılavuz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0">
    <w:name w:val="normal"/>
    <w:rsid w:val="003A2DFB"/>
    <w:pPr>
      <w:widowControl w:val="0"/>
      <w:spacing w:after="0" w:line="288" w:lineRule="auto"/>
    </w:pPr>
    <w:rPr>
      <w:rFonts w:ascii="Arial" w:eastAsia="Arial" w:hAnsi="Arial" w:cs="Arial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74FCFA-C3A0-434E-BAB7-3F7BEB08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1516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cp:lastModifiedBy>Zeki</cp:lastModifiedBy>
  <cp:revision>4</cp:revision>
  <dcterms:created xsi:type="dcterms:W3CDTF">2026-10-06T18:38:00Z</dcterms:created>
  <dcterms:modified xsi:type="dcterms:W3CDTF">2026-10-06T18:39:00Z</dcterms:modified>
</cp:coreProperties>
</file>