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63BD" w:rsidRDefault="009B0EE4">
      <w:pPr>
        <w:jc w:val="center"/>
      </w:pPr>
      <w:r>
        <w:rPr>
          <w:b/>
          <w:sz w:val="28"/>
        </w:rPr>
        <w:t>BEP DEĞERLENDİRME FORMU</w:t>
      </w:r>
    </w:p>
    <w:tbl>
      <w:tblPr>
        <w:tblStyle w:val="TabloKlavuzu"/>
        <w:tblW w:w="0" w:type="auto"/>
        <w:jc w:val="center"/>
        <w:tblLook w:val="04A0"/>
      </w:tblPr>
      <w:tblGrid>
        <w:gridCol w:w="5103"/>
        <w:gridCol w:w="5103"/>
      </w:tblGrid>
      <w:tr w:rsidR="00AC63BD" w:rsidRPr="008D73E8" w:rsidTr="00D26204">
        <w:trPr>
          <w:jc w:val="center"/>
        </w:trPr>
        <w:tc>
          <w:tcPr>
            <w:tcW w:w="5103" w:type="dxa"/>
          </w:tcPr>
          <w:p w:rsidR="00AC63BD" w:rsidRPr="008D73E8" w:rsidRDefault="009B0EE4" w:rsidP="00D26204">
            <w:pPr>
              <w:spacing w:line="360" w:lineRule="auto"/>
              <w:rPr>
                <w:sz w:val="22"/>
              </w:rPr>
            </w:pPr>
            <w:proofErr w:type="spellStart"/>
            <w:r w:rsidRPr="00D26204">
              <w:rPr>
                <w:b/>
                <w:sz w:val="22"/>
              </w:rPr>
              <w:t>Okul</w:t>
            </w:r>
            <w:proofErr w:type="spellEnd"/>
            <w:r w:rsidRPr="00D26204">
              <w:rPr>
                <w:b/>
                <w:sz w:val="22"/>
              </w:rPr>
              <w:t>:</w:t>
            </w:r>
            <w:r w:rsidRPr="008D73E8">
              <w:rPr>
                <w:sz w:val="22"/>
              </w:rPr>
              <w:t xml:space="preserve"> ........................................................</w:t>
            </w:r>
          </w:p>
        </w:tc>
        <w:tc>
          <w:tcPr>
            <w:tcW w:w="5103" w:type="dxa"/>
          </w:tcPr>
          <w:p w:rsidR="00AC63BD" w:rsidRPr="008D73E8" w:rsidRDefault="009B0EE4" w:rsidP="00D26204">
            <w:pPr>
              <w:spacing w:line="360" w:lineRule="auto"/>
              <w:rPr>
                <w:sz w:val="22"/>
              </w:rPr>
            </w:pPr>
            <w:proofErr w:type="spellStart"/>
            <w:r w:rsidRPr="00D26204">
              <w:rPr>
                <w:b/>
                <w:sz w:val="22"/>
              </w:rPr>
              <w:t>Eğitim</w:t>
            </w:r>
            <w:proofErr w:type="spellEnd"/>
            <w:r w:rsidRPr="00D26204">
              <w:rPr>
                <w:b/>
                <w:sz w:val="22"/>
              </w:rPr>
              <w:t xml:space="preserve"> </w:t>
            </w:r>
            <w:proofErr w:type="spellStart"/>
            <w:r w:rsidRPr="00D26204">
              <w:rPr>
                <w:b/>
                <w:sz w:val="22"/>
              </w:rPr>
              <w:t>öğretim</w:t>
            </w:r>
            <w:proofErr w:type="spellEnd"/>
            <w:r w:rsidRPr="00D26204">
              <w:rPr>
                <w:b/>
                <w:sz w:val="22"/>
              </w:rPr>
              <w:t xml:space="preserve"> </w:t>
            </w:r>
            <w:proofErr w:type="spellStart"/>
            <w:r w:rsidRPr="00D26204">
              <w:rPr>
                <w:b/>
                <w:sz w:val="22"/>
              </w:rPr>
              <w:t>yılı</w:t>
            </w:r>
            <w:proofErr w:type="spellEnd"/>
            <w:r w:rsidRPr="00D26204">
              <w:rPr>
                <w:b/>
                <w:sz w:val="22"/>
              </w:rPr>
              <w:t>:</w:t>
            </w:r>
            <w:r w:rsidRPr="008D73E8">
              <w:rPr>
                <w:sz w:val="22"/>
              </w:rPr>
              <w:t xml:space="preserve"> </w:t>
            </w:r>
            <w:r w:rsidR="00D265CD" w:rsidRPr="008D73E8">
              <w:rPr>
                <w:sz w:val="22"/>
              </w:rPr>
              <w:t>2026-2027</w:t>
            </w:r>
          </w:p>
        </w:tc>
      </w:tr>
      <w:tr w:rsidR="00AC63BD" w:rsidRPr="008D73E8" w:rsidTr="00D26204">
        <w:trPr>
          <w:jc w:val="center"/>
        </w:trPr>
        <w:tc>
          <w:tcPr>
            <w:tcW w:w="5103" w:type="dxa"/>
          </w:tcPr>
          <w:p w:rsidR="00AC63BD" w:rsidRPr="008D73E8" w:rsidRDefault="009B0EE4" w:rsidP="00D26204">
            <w:pPr>
              <w:spacing w:line="360" w:lineRule="auto"/>
              <w:rPr>
                <w:sz w:val="22"/>
              </w:rPr>
            </w:pPr>
            <w:r w:rsidRPr="00D26204">
              <w:rPr>
                <w:b/>
                <w:sz w:val="22"/>
              </w:rPr>
              <w:t>Öğrenci adı soyadı:</w:t>
            </w:r>
            <w:r w:rsidRPr="008D73E8">
              <w:rPr>
                <w:sz w:val="22"/>
              </w:rPr>
              <w:t xml:space="preserve"> ...................................</w:t>
            </w:r>
          </w:p>
        </w:tc>
        <w:tc>
          <w:tcPr>
            <w:tcW w:w="5103" w:type="dxa"/>
          </w:tcPr>
          <w:p w:rsidR="00AC63BD" w:rsidRPr="008D73E8" w:rsidRDefault="009B0EE4" w:rsidP="00D26204">
            <w:pPr>
              <w:spacing w:line="360" w:lineRule="auto"/>
              <w:rPr>
                <w:sz w:val="22"/>
              </w:rPr>
            </w:pPr>
            <w:r w:rsidRPr="00D26204">
              <w:rPr>
                <w:b/>
                <w:sz w:val="22"/>
              </w:rPr>
              <w:t>Sınıf / Şube / No:</w:t>
            </w:r>
            <w:r w:rsidRPr="008D73E8">
              <w:rPr>
                <w:sz w:val="22"/>
              </w:rPr>
              <w:t xml:space="preserve"> ..............................</w:t>
            </w:r>
          </w:p>
        </w:tc>
      </w:tr>
      <w:tr w:rsidR="00AC63BD" w:rsidRPr="008D73E8" w:rsidTr="00D26204">
        <w:trPr>
          <w:jc w:val="center"/>
        </w:trPr>
        <w:tc>
          <w:tcPr>
            <w:tcW w:w="5103" w:type="dxa"/>
          </w:tcPr>
          <w:p w:rsidR="00AC63BD" w:rsidRPr="008D73E8" w:rsidRDefault="009B0EE4" w:rsidP="00D26204">
            <w:pPr>
              <w:spacing w:line="360" w:lineRule="auto"/>
              <w:rPr>
                <w:sz w:val="22"/>
              </w:rPr>
            </w:pPr>
            <w:proofErr w:type="spellStart"/>
            <w:r w:rsidRPr="00D26204">
              <w:rPr>
                <w:b/>
                <w:sz w:val="22"/>
              </w:rPr>
              <w:t>Ders</w:t>
            </w:r>
            <w:proofErr w:type="spellEnd"/>
            <w:r w:rsidRPr="00D26204">
              <w:rPr>
                <w:b/>
                <w:sz w:val="22"/>
              </w:rPr>
              <w:t>:</w:t>
            </w:r>
            <w:r w:rsidRPr="008D73E8">
              <w:rPr>
                <w:sz w:val="22"/>
              </w:rPr>
              <w:t xml:space="preserve"> </w:t>
            </w:r>
            <w:r w:rsidR="008D73E8" w:rsidRPr="008D73E8">
              <w:rPr>
                <w:sz w:val="22"/>
              </w:rPr>
              <w:t xml:space="preserve">SOSYAL BİLGİLER </w:t>
            </w:r>
            <w:r w:rsidR="00786DCC">
              <w:rPr>
                <w:sz w:val="22"/>
              </w:rPr>
              <w:t>7</w:t>
            </w:r>
          </w:p>
        </w:tc>
        <w:tc>
          <w:tcPr>
            <w:tcW w:w="5103" w:type="dxa"/>
          </w:tcPr>
          <w:p w:rsidR="00AC63BD" w:rsidRPr="008D73E8" w:rsidRDefault="00D265CD" w:rsidP="00D26204">
            <w:pPr>
              <w:spacing w:line="360" w:lineRule="auto"/>
              <w:rPr>
                <w:sz w:val="22"/>
              </w:rPr>
            </w:pPr>
            <w:proofErr w:type="spellStart"/>
            <w:r w:rsidRPr="00D26204">
              <w:rPr>
                <w:b/>
                <w:sz w:val="22"/>
              </w:rPr>
              <w:t>Öğrenme</w:t>
            </w:r>
            <w:proofErr w:type="spellEnd"/>
            <w:r w:rsidRPr="00D26204">
              <w:rPr>
                <w:b/>
                <w:sz w:val="22"/>
              </w:rPr>
              <w:t xml:space="preserve"> </w:t>
            </w:r>
            <w:proofErr w:type="spellStart"/>
            <w:r w:rsidRPr="00D26204">
              <w:rPr>
                <w:b/>
                <w:sz w:val="22"/>
              </w:rPr>
              <w:t>Çıktılarını</w:t>
            </w:r>
            <w:r w:rsidR="00D26204">
              <w:rPr>
                <w:b/>
                <w:sz w:val="22"/>
              </w:rPr>
              <w:t>n</w:t>
            </w:r>
            <w:proofErr w:type="spellEnd"/>
            <w:r w:rsidR="00D26204">
              <w:rPr>
                <w:b/>
                <w:sz w:val="22"/>
              </w:rPr>
              <w:t xml:space="preserve"> </w:t>
            </w:r>
            <w:proofErr w:type="spellStart"/>
            <w:r w:rsidR="00D26204">
              <w:rPr>
                <w:b/>
                <w:sz w:val="22"/>
              </w:rPr>
              <w:t>Sınıf</w:t>
            </w:r>
            <w:proofErr w:type="spellEnd"/>
            <w:r w:rsidR="00D26204">
              <w:rPr>
                <w:b/>
                <w:sz w:val="22"/>
              </w:rPr>
              <w:t xml:space="preserve"> </w:t>
            </w:r>
            <w:proofErr w:type="spellStart"/>
            <w:r w:rsidR="00D26204">
              <w:rPr>
                <w:b/>
                <w:sz w:val="22"/>
              </w:rPr>
              <w:t>D</w:t>
            </w:r>
            <w:r w:rsidR="009B0EE4" w:rsidRPr="00D26204">
              <w:rPr>
                <w:b/>
                <w:sz w:val="22"/>
              </w:rPr>
              <w:t>üzeyi</w:t>
            </w:r>
            <w:proofErr w:type="spellEnd"/>
            <w:r w:rsidR="009B0EE4" w:rsidRPr="00D26204">
              <w:rPr>
                <w:b/>
                <w:sz w:val="22"/>
              </w:rPr>
              <w:t>:</w:t>
            </w:r>
            <w:r w:rsidR="009B0EE4" w:rsidRPr="008D73E8">
              <w:rPr>
                <w:sz w:val="22"/>
              </w:rPr>
              <w:t xml:space="preserve"> </w:t>
            </w:r>
            <w:r w:rsidR="00786DCC">
              <w:rPr>
                <w:sz w:val="22"/>
              </w:rPr>
              <w:t>7</w:t>
            </w:r>
            <w:r w:rsidR="00D26204">
              <w:rPr>
                <w:sz w:val="22"/>
              </w:rPr>
              <w:t>.Sınıf</w:t>
            </w:r>
          </w:p>
        </w:tc>
      </w:tr>
      <w:tr w:rsidR="00AC63BD" w:rsidRPr="008D73E8" w:rsidTr="00D26204">
        <w:trPr>
          <w:jc w:val="center"/>
        </w:trPr>
        <w:tc>
          <w:tcPr>
            <w:tcW w:w="5103" w:type="dxa"/>
          </w:tcPr>
          <w:p w:rsidR="00AC63BD" w:rsidRPr="008D73E8" w:rsidRDefault="009B0EE4" w:rsidP="00D26204">
            <w:pPr>
              <w:spacing w:line="360" w:lineRule="auto"/>
              <w:rPr>
                <w:sz w:val="22"/>
              </w:rPr>
            </w:pPr>
            <w:r w:rsidRPr="00D26204">
              <w:rPr>
                <w:b/>
                <w:sz w:val="22"/>
              </w:rPr>
              <w:t>Değerlendiren:</w:t>
            </w:r>
            <w:r w:rsidRPr="008D73E8">
              <w:rPr>
                <w:sz w:val="22"/>
              </w:rPr>
              <w:t xml:space="preserve"> ..........................................</w:t>
            </w:r>
          </w:p>
        </w:tc>
        <w:tc>
          <w:tcPr>
            <w:tcW w:w="5103" w:type="dxa"/>
          </w:tcPr>
          <w:p w:rsidR="00AC63BD" w:rsidRPr="008D73E8" w:rsidRDefault="00D26204" w:rsidP="00D26204">
            <w:pPr>
              <w:spacing w:line="360" w:lineRule="auto"/>
              <w:rPr>
                <w:sz w:val="22"/>
              </w:rPr>
            </w:pPr>
            <w:proofErr w:type="spellStart"/>
            <w:r>
              <w:rPr>
                <w:b/>
                <w:sz w:val="22"/>
              </w:rPr>
              <w:t>Değerlendirme</w:t>
            </w:r>
            <w:proofErr w:type="spellEnd"/>
            <w:r>
              <w:rPr>
                <w:b/>
                <w:sz w:val="22"/>
              </w:rPr>
              <w:t xml:space="preserve"> </w:t>
            </w:r>
            <w:proofErr w:type="spellStart"/>
            <w:r>
              <w:rPr>
                <w:b/>
                <w:sz w:val="22"/>
              </w:rPr>
              <w:t>T</w:t>
            </w:r>
            <w:r w:rsidR="009B0EE4" w:rsidRPr="00D26204">
              <w:rPr>
                <w:b/>
                <w:sz w:val="22"/>
              </w:rPr>
              <w:t>arihi</w:t>
            </w:r>
            <w:proofErr w:type="spellEnd"/>
            <w:r w:rsidR="009B0EE4" w:rsidRPr="00D26204">
              <w:rPr>
                <w:b/>
                <w:sz w:val="22"/>
              </w:rPr>
              <w:t>:</w:t>
            </w:r>
            <w:r w:rsidR="009B0EE4" w:rsidRPr="008D73E8">
              <w:rPr>
                <w:sz w:val="22"/>
              </w:rPr>
              <w:t xml:space="preserve"> </w:t>
            </w:r>
            <w:r w:rsidR="00D265CD" w:rsidRPr="008D73E8">
              <w:rPr>
                <w:sz w:val="22"/>
              </w:rPr>
              <w:t>01 /10</w:t>
            </w:r>
            <w:r w:rsidR="009B0EE4" w:rsidRPr="008D73E8">
              <w:rPr>
                <w:sz w:val="22"/>
              </w:rPr>
              <w:t xml:space="preserve"> /</w:t>
            </w:r>
            <w:r w:rsidR="00D265CD" w:rsidRPr="008D73E8">
              <w:rPr>
                <w:sz w:val="22"/>
              </w:rPr>
              <w:t>2026</w:t>
            </w:r>
          </w:p>
        </w:tc>
      </w:tr>
    </w:tbl>
    <w:p w:rsidR="00D265CD" w:rsidRDefault="00D265CD">
      <w:pPr>
        <w:rPr>
          <w:sz w:val="18"/>
        </w:rPr>
      </w:pPr>
    </w:p>
    <w:p w:rsidR="00AC63BD" w:rsidRPr="008D73E8" w:rsidRDefault="003A2DFB">
      <w:pPr>
        <w:rPr>
          <w:sz w:val="22"/>
        </w:rPr>
      </w:pPr>
      <w:proofErr w:type="spellStart"/>
      <w:proofErr w:type="gramStart"/>
      <w:r w:rsidRPr="008D73E8">
        <w:rPr>
          <w:sz w:val="22"/>
        </w:rPr>
        <w:t>Öğrenme</w:t>
      </w:r>
      <w:proofErr w:type="spellEnd"/>
      <w:r w:rsidRPr="008D73E8">
        <w:rPr>
          <w:sz w:val="22"/>
        </w:rPr>
        <w:t xml:space="preserve"> </w:t>
      </w:r>
      <w:proofErr w:type="spellStart"/>
      <w:r w:rsidRPr="008D73E8">
        <w:rPr>
          <w:sz w:val="22"/>
        </w:rPr>
        <w:t>Çıktılarını</w:t>
      </w:r>
      <w:proofErr w:type="spellEnd"/>
      <w:r w:rsidR="009B0EE4" w:rsidRPr="008D73E8">
        <w:rPr>
          <w:sz w:val="22"/>
        </w:rPr>
        <w:t xml:space="preserve"> </w:t>
      </w:r>
      <w:proofErr w:type="spellStart"/>
      <w:r w:rsidR="009B0EE4" w:rsidRPr="008D73E8">
        <w:rPr>
          <w:sz w:val="22"/>
        </w:rPr>
        <w:t>ilgili</w:t>
      </w:r>
      <w:proofErr w:type="spellEnd"/>
      <w:r w:rsidR="009B0EE4" w:rsidRPr="008D73E8">
        <w:rPr>
          <w:sz w:val="22"/>
        </w:rPr>
        <w:t xml:space="preserve"> </w:t>
      </w:r>
      <w:proofErr w:type="spellStart"/>
      <w:r w:rsidR="009B0EE4" w:rsidRPr="008D73E8">
        <w:rPr>
          <w:sz w:val="22"/>
        </w:rPr>
        <w:t>sınıf</w:t>
      </w:r>
      <w:proofErr w:type="spellEnd"/>
      <w:r w:rsidR="009B0EE4" w:rsidRPr="008D73E8">
        <w:rPr>
          <w:sz w:val="22"/>
        </w:rPr>
        <w:t xml:space="preserve"> </w:t>
      </w:r>
      <w:proofErr w:type="spellStart"/>
      <w:r w:rsidR="009B0EE4" w:rsidRPr="008D73E8">
        <w:rPr>
          <w:sz w:val="22"/>
        </w:rPr>
        <w:t>düzeyine</w:t>
      </w:r>
      <w:proofErr w:type="spellEnd"/>
      <w:r w:rsidR="009B0EE4" w:rsidRPr="008D73E8">
        <w:rPr>
          <w:sz w:val="22"/>
        </w:rPr>
        <w:t xml:space="preserve"> </w:t>
      </w:r>
      <w:proofErr w:type="spellStart"/>
      <w:r w:rsidR="009B0EE4" w:rsidRPr="008D73E8">
        <w:rPr>
          <w:sz w:val="22"/>
        </w:rPr>
        <w:t>göre</w:t>
      </w:r>
      <w:proofErr w:type="spellEnd"/>
      <w:r w:rsidR="009B0EE4" w:rsidRPr="008D73E8">
        <w:rPr>
          <w:sz w:val="22"/>
        </w:rPr>
        <w:t xml:space="preserve"> </w:t>
      </w:r>
      <w:proofErr w:type="spellStart"/>
      <w:r w:rsidR="009B0EE4" w:rsidRPr="008D73E8">
        <w:rPr>
          <w:sz w:val="22"/>
        </w:rPr>
        <w:t>yazınız</w:t>
      </w:r>
      <w:proofErr w:type="spellEnd"/>
      <w:r w:rsidR="009B0EE4" w:rsidRPr="008D73E8">
        <w:rPr>
          <w:sz w:val="22"/>
        </w:rPr>
        <w:t>.</w:t>
      </w:r>
      <w:proofErr w:type="gramEnd"/>
      <w:r w:rsidR="009B0EE4" w:rsidRPr="008D73E8">
        <w:rPr>
          <w:sz w:val="22"/>
        </w:rPr>
        <w:t xml:space="preserve"> </w:t>
      </w:r>
      <w:proofErr w:type="gramStart"/>
      <w:r w:rsidR="009B0EE4" w:rsidRPr="008D73E8">
        <w:rPr>
          <w:sz w:val="22"/>
        </w:rPr>
        <w:t xml:space="preserve">Her </w:t>
      </w:r>
      <w:proofErr w:type="spellStart"/>
      <w:r w:rsidRPr="008D73E8">
        <w:rPr>
          <w:sz w:val="22"/>
        </w:rPr>
        <w:t>öğrenme</w:t>
      </w:r>
      <w:proofErr w:type="spellEnd"/>
      <w:r w:rsidRPr="008D73E8">
        <w:rPr>
          <w:sz w:val="22"/>
        </w:rPr>
        <w:t xml:space="preserve"> </w:t>
      </w:r>
      <w:proofErr w:type="spellStart"/>
      <w:r w:rsidRPr="008D73E8">
        <w:rPr>
          <w:sz w:val="22"/>
        </w:rPr>
        <w:t>çıktısı</w:t>
      </w:r>
      <w:proofErr w:type="spellEnd"/>
      <w:r w:rsidRPr="008D73E8">
        <w:rPr>
          <w:sz w:val="22"/>
        </w:rPr>
        <w:t xml:space="preserve"> </w:t>
      </w:r>
      <w:proofErr w:type="spellStart"/>
      <w:r w:rsidRPr="008D73E8">
        <w:rPr>
          <w:sz w:val="22"/>
        </w:rPr>
        <w:t>için</w:t>
      </w:r>
      <w:proofErr w:type="spellEnd"/>
      <w:r w:rsidR="009B0EE4" w:rsidRPr="008D73E8">
        <w:rPr>
          <w:sz w:val="22"/>
        </w:rPr>
        <w:t xml:space="preserve"> </w:t>
      </w:r>
      <w:proofErr w:type="spellStart"/>
      <w:r w:rsidR="009B0EE4" w:rsidRPr="008D73E8">
        <w:rPr>
          <w:sz w:val="22"/>
        </w:rPr>
        <w:t>uygun</w:t>
      </w:r>
      <w:proofErr w:type="spellEnd"/>
      <w:r w:rsidR="009B0EE4" w:rsidRPr="008D73E8">
        <w:rPr>
          <w:sz w:val="22"/>
        </w:rPr>
        <w:t xml:space="preserve"> </w:t>
      </w:r>
      <w:proofErr w:type="spellStart"/>
      <w:r w:rsidR="009B0EE4" w:rsidRPr="008D73E8">
        <w:rPr>
          <w:sz w:val="22"/>
        </w:rPr>
        <w:t>değerlendirme</w:t>
      </w:r>
      <w:proofErr w:type="spellEnd"/>
      <w:r w:rsidR="009B0EE4" w:rsidRPr="008D73E8">
        <w:rPr>
          <w:sz w:val="22"/>
        </w:rPr>
        <w:t xml:space="preserve"> </w:t>
      </w:r>
      <w:proofErr w:type="spellStart"/>
      <w:r w:rsidR="009B0EE4" w:rsidRPr="008D73E8">
        <w:rPr>
          <w:sz w:val="22"/>
        </w:rPr>
        <w:t>kutusunu</w:t>
      </w:r>
      <w:proofErr w:type="spellEnd"/>
      <w:r w:rsidR="009B0EE4" w:rsidRPr="008D73E8">
        <w:rPr>
          <w:sz w:val="22"/>
        </w:rPr>
        <w:t xml:space="preserve"> </w:t>
      </w:r>
      <w:proofErr w:type="spellStart"/>
      <w:r w:rsidR="009B0EE4" w:rsidRPr="008D73E8">
        <w:rPr>
          <w:sz w:val="22"/>
        </w:rPr>
        <w:t>işaretleyiniz</w:t>
      </w:r>
      <w:proofErr w:type="spellEnd"/>
      <w:r w:rsidR="009B0EE4" w:rsidRPr="008D73E8">
        <w:rPr>
          <w:sz w:val="22"/>
        </w:rPr>
        <w:t>.</w:t>
      </w:r>
      <w:proofErr w:type="gramEnd"/>
    </w:p>
    <w:p w:rsidR="00D265CD" w:rsidRDefault="00D265CD"/>
    <w:tbl>
      <w:tblPr>
        <w:tblStyle w:val="TabloKlavuzu"/>
        <w:tblW w:w="0" w:type="auto"/>
        <w:jc w:val="center"/>
        <w:tblLayout w:type="fixed"/>
        <w:tblLook w:val="04A0"/>
      </w:tblPr>
      <w:tblGrid>
        <w:gridCol w:w="6012"/>
        <w:gridCol w:w="4161"/>
      </w:tblGrid>
      <w:tr w:rsidR="00AC63BD" w:rsidTr="00D26204">
        <w:trPr>
          <w:cantSplit/>
          <w:trHeight w:val="649"/>
          <w:jc w:val="center"/>
        </w:trPr>
        <w:tc>
          <w:tcPr>
            <w:tcW w:w="10173" w:type="dxa"/>
            <w:gridSpan w:val="2"/>
            <w:shd w:val="clear" w:color="auto" w:fill="DAEEF3" w:themeFill="accent5" w:themeFillTint="33"/>
          </w:tcPr>
          <w:p w:rsidR="00AC63BD" w:rsidRPr="00AC0ED2" w:rsidRDefault="00B133C5" w:rsidP="00B133C5">
            <w:pPr>
              <w:rPr>
                <w:sz w:val="22"/>
              </w:rPr>
            </w:pPr>
            <w:proofErr w:type="spellStart"/>
            <w:r w:rsidRPr="00AC0ED2">
              <w:rPr>
                <w:b/>
                <w:sz w:val="22"/>
              </w:rPr>
              <w:t>Ünite</w:t>
            </w:r>
            <w:proofErr w:type="spellEnd"/>
            <w:r w:rsidRPr="00AC0ED2">
              <w:rPr>
                <w:b/>
                <w:sz w:val="22"/>
              </w:rPr>
              <w:t xml:space="preserve"> / </w:t>
            </w:r>
            <w:proofErr w:type="spellStart"/>
            <w:r w:rsidRPr="00AC0ED2">
              <w:rPr>
                <w:b/>
                <w:sz w:val="22"/>
              </w:rPr>
              <w:t>Tema</w:t>
            </w:r>
            <w:proofErr w:type="spellEnd"/>
            <w:r w:rsidRPr="00AC0ED2">
              <w:rPr>
                <w:b/>
                <w:sz w:val="22"/>
              </w:rPr>
              <w:t xml:space="preserve">: </w:t>
            </w:r>
            <w:r w:rsidRPr="00AC0ED2">
              <w:rPr>
                <w:sz w:val="22"/>
              </w:rPr>
              <w:t>BİRLİKTE YAŞAMAK</w:t>
            </w:r>
            <w:r w:rsidRPr="00AC0ED2">
              <w:rPr>
                <w:b/>
                <w:sz w:val="22"/>
              </w:rPr>
              <w:t xml:space="preserve"> </w:t>
            </w:r>
            <w:r w:rsidR="00AC0ED2">
              <w:rPr>
                <w:b/>
                <w:sz w:val="22"/>
              </w:rPr>
              <w:br/>
            </w:r>
            <w:r w:rsidR="009B0EE4" w:rsidRPr="00AC0ED2">
              <w:rPr>
                <w:b/>
                <w:sz w:val="22"/>
              </w:rPr>
              <w:br/>
            </w:r>
            <w:proofErr w:type="spellStart"/>
            <w:r w:rsidR="009B0EE4" w:rsidRPr="00AC0ED2">
              <w:rPr>
                <w:b/>
                <w:sz w:val="22"/>
              </w:rPr>
              <w:t>Uzun</w:t>
            </w:r>
            <w:proofErr w:type="spellEnd"/>
            <w:r w:rsidR="009B0EE4" w:rsidRPr="00AC0ED2">
              <w:rPr>
                <w:b/>
                <w:sz w:val="22"/>
              </w:rPr>
              <w:t xml:space="preserve"> </w:t>
            </w:r>
            <w:proofErr w:type="spellStart"/>
            <w:r w:rsidR="009B0EE4" w:rsidRPr="00AC0ED2">
              <w:rPr>
                <w:b/>
                <w:sz w:val="22"/>
              </w:rPr>
              <w:t>dönemli</w:t>
            </w:r>
            <w:proofErr w:type="spellEnd"/>
            <w:r w:rsidR="009B0EE4" w:rsidRPr="00AC0ED2">
              <w:rPr>
                <w:b/>
                <w:sz w:val="22"/>
              </w:rPr>
              <w:t xml:space="preserve"> </w:t>
            </w:r>
            <w:proofErr w:type="spellStart"/>
            <w:r w:rsidR="009B0EE4" w:rsidRPr="00AC0ED2">
              <w:rPr>
                <w:b/>
                <w:sz w:val="22"/>
              </w:rPr>
              <w:t>amaç</w:t>
            </w:r>
            <w:proofErr w:type="spellEnd"/>
            <w:r w:rsidR="009B0EE4" w:rsidRPr="00AC0ED2">
              <w:rPr>
                <w:b/>
                <w:sz w:val="22"/>
              </w:rPr>
              <w:t xml:space="preserve">: </w:t>
            </w:r>
            <w:r w:rsidR="00786DCC">
              <w:rPr>
                <w:sz w:val="22"/>
              </w:rPr>
              <w:t>SB.7</w:t>
            </w:r>
            <w:r w:rsidRPr="00AC0ED2">
              <w:rPr>
                <w:sz w:val="22"/>
              </w:rPr>
              <w:t xml:space="preserve">.1. </w:t>
            </w:r>
            <w:proofErr w:type="spellStart"/>
            <w:r w:rsidRPr="00AC0ED2">
              <w:rPr>
                <w:sz w:val="22"/>
              </w:rPr>
              <w:t>Birlikte</w:t>
            </w:r>
            <w:proofErr w:type="spellEnd"/>
            <w:r w:rsidRPr="00AC0ED2">
              <w:rPr>
                <w:sz w:val="22"/>
              </w:rPr>
              <w:t xml:space="preserve"> </w:t>
            </w:r>
            <w:proofErr w:type="spellStart"/>
            <w:r w:rsidRPr="00AC0ED2">
              <w:rPr>
                <w:sz w:val="22"/>
              </w:rPr>
              <w:t>Yaşamak</w:t>
            </w:r>
            <w:proofErr w:type="spellEnd"/>
            <w:r w:rsidRPr="00AC0ED2">
              <w:rPr>
                <w:sz w:val="22"/>
              </w:rPr>
              <w:t xml:space="preserve"> </w:t>
            </w:r>
            <w:proofErr w:type="spellStart"/>
            <w:r w:rsidRPr="00AC0ED2">
              <w:rPr>
                <w:sz w:val="22"/>
              </w:rPr>
              <w:t>Öğrenme</w:t>
            </w:r>
            <w:proofErr w:type="spellEnd"/>
            <w:r w:rsidRPr="00AC0ED2">
              <w:rPr>
                <w:sz w:val="22"/>
              </w:rPr>
              <w:t xml:space="preserve"> </w:t>
            </w:r>
            <w:proofErr w:type="spellStart"/>
            <w:r w:rsidRPr="00AC0ED2">
              <w:rPr>
                <w:sz w:val="22"/>
              </w:rPr>
              <w:t>Alanı</w:t>
            </w:r>
            <w:proofErr w:type="spellEnd"/>
            <w:r w:rsidRPr="00AC0ED2">
              <w:rPr>
                <w:sz w:val="22"/>
              </w:rPr>
              <w:t xml:space="preserve"> </w:t>
            </w:r>
            <w:proofErr w:type="spellStart"/>
            <w:r w:rsidRPr="00AC0ED2">
              <w:rPr>
                <w:sz w:val="22"/>
              </w:rPr>
              <w:t>öğrenme</w:t>
            </w:r>
            <w:proofErr w:type="spellEnd"/>
            <w:r w:rsidRPr="00AC0ED2">
              <w:rPr>
                <w:sz w:val="22"/>
              </w:rPr>
              <w:t xml:space="preserve"> </w:t>
            </w:r>
            <w:proofErr w:type="spellStart"/>
            <w:r w:rsidRPr="00AC0ED2">
              <w:rPr>
                <w:sz w:val="22"/>
              </w:rPr>
              <w:t>çıktılarını</w:t>
            </w:r>
            <w:proofErr w:type="spellEnd"/>
            <w:r w:rsidRPr="00AC0ED2">
              <w:rPr>
                <w:sz w:val="22"/>
              </w:rPr>
              <w:t xml:space="preserve"> </w:t>
            </w:r>
            <w:proofErr w:type="spellStart"/>
            <w:r w:rsidRPr="00AC0ED2">
              <w:rPr>
                <w:sz w:val="22"/>
              </w:rPr>
              <w:t>ve</w:t>
            </w:r>
            <w:proofErr w:type="spellEnd"/>
            <w:r w:rsidRPr="00AC0ED2">
              <w:rPr>
                <w:sz w:val="22"/>
              </w:rPr>
              <w:t xml:space="preserve"> </w:t>
            </w:r>
            <w:proofErr w:type="spellStart"/>
            <w:r w:rsidRPr="00AC0ED2">
              <w:rPr>
                <w:sz w:val="22"/>
              </w:rPr>
              <w:t>süreç</w:t>
            </w:r>
            <w:proofErr w:type="spellEnd"/>
            <w:r w:rsidRPr="00AC0ED2">
              <w:rPr>
                <w:sz w:val="22"/>
              </w:rPr>
              <w:t xml:space="preserve"> </w:t>
            </w:r>
            <w:proofErr w:type="spellStart"/>
            <w:r w:rsidRPr="00AC0ED2">
              <w:rPr>
                <w:sz w:val="22"/>
              </w:rPr>
              <w:t>bileşenlerini</w:t>
            </w:r>
            <w:proofErr w:type="spellEnd"/>
            <w:r w:rsidRPr="00AC0ED2">
              <w:rPr>
                <w:sz w:val="22"/>
              </w:rPr>
              <w:t xml:space="preserve"> </w:t>
            </w:r>
            <w:proofErr w:type="spellStart"/>
            <w:r w:rsidRPr="00AC0ED2">
              <w:rPr>
                <w:sz w:val="22"/>
              </w:rPr>
              <w:t>kavrar</w:t>
            </w:r>
            <w:proofErr w:type="spellEnd"/>
            <w:r w:rsidRPr="00AC0ED2">
              <w:rPr>
                <w:sz w:val="22"/>
              </w:rPr>
              <w:t>.</w:t>
            </w:r>
            <w:r w:rsidR="00AC0ED2">
              <w:rPr>
                <w:sz w:val="22"/>
              </w:rPr>
              <w:br/>
            </w:r>
          </w:p>
        </w:tc>
      </w:tr>
      <w:tr w:rsidR="00AC63BD" w:rsidTr="00D26204">
        <w:trPr>
          <w:cantSplit/>
          <w:trHeight w:val="362"/>
          <w:jc w:val="center"/>
        </w:trPr>
        <w:tc>
          <w:tcPr>
            <w:tcW w:w="6012" w:type="dxa"/>
            <w:shd w:val="clear" w:color="auto" w:fill="DAEEF3" w:themeFill="accent5" w:themeFillTint="33"/>
          </w:tcPr>
          <w:p w:rsidR="00AC63BD" w:rsidRPr="00AC0ED2" w:rsidRDefault="009B0EE4" w:rsidP="00AA3A9A">
            <w:pPr>
              <w:rPr>
                <w:sz w:val="22"/>
              </w:rPr>
            </w:pPr>
            <w:proofErr w:type="spellStart"/>
            <w:r w:rsidRPr="00AC0ED2">
              <w:rPr>
                <w:b/>
                <w:sz w:val="22"/>
              </w:rPr>
              <w:t>Kısa</w:t>
            </w:r>
            <w:proofErr w:type="spellEnd"/>
            <w:r w:rsidRPr="00AC0ED2">
              <w:rPr>
                <w:b/>
                <w:sz w:val="22"/>
              </w:rPr>
              <w:t xml:space="preserve"> </w:t>
            </w:r>
            <w:proofErr w:type="spellStart"/>
            <w:r w:rsidRPr="00AC0ED2">
              <w:rPr>
                <w:b/>
                <w:sz w:val="22"/>
              </w:rPr>
              <w:t>dönemli</w:t>
            </w:r>
            <w:proofErr w:type="spellEnd"/>
            <w:r w:rsidRPr="00AC0ED2">
              <w:rPr>
                <w:b/>
                <w:sz w:val="22"/>
              </w:rPr>
              <w:t xml:space="preserve"> </w:t>
            </w:r>
            <w:proofErr w:type="spellStart"/>
            <w:r w:rsidRPr="00AC0ED2">
              <w:rPr>
                <w:b/>
                <w:sz w:val="22"/>
              </w:rPr>
              <w:t>amaçlar</w:t>
            </w:r>
            <w:proofErr w:type="spellEnd"/>
            <w:r w:rsidRPr="00AC0ED2">
              <w:rPr>
                <w:b/>
                <w:sz w:val="22"/>
              </w:rPr>
              <w:t xml:space="preserve"> / </w:t>
            </w:r>
            <w:proofErr w:type="spellStart"/>
            <w:r w:rsidR="00AA3A9A">
              <w:rPr>
                <w:b/>
                <w:sz w:val="22"/>
              </w:rPr>
              <w:t>Öğrenme</w:t>
            </w:r>
            <w:proofErr w:type="spellEnd"/>
            <w:r w:rsidR="00AA3A9A">
              <w:rPr>
                <w:b/>
                <w:sz w:val="22"/>
              </w:rPr>
              <w:t xml:space="preserve"> </w:t>
            </w:r>
            <w:proofErr w:type="spellStart"/>
            <w:r w:rsidR="00AA3A9A">
              <w:rPr>
                <w:b/>
                <w:sz w:val="22"/>
              </w:rPr>
              <w:t>Çıktıları</w:t>
            </w:r>
            <w:proofErr w:type="spellEnd"/>
          </w:p>
        </w:tc>
        <w:tc>
          <w:tcPr>
            <w:tcW w:w="4161" w:type="dxa"/>
            <w:shd w:val="clear" w:color="auto" w:fill="DAEEF3" w:themeFill="accent5" w:themeFillTint="33"/>
          </w:tcPr>
          <w:p w:rsidR="00AC63BD" w:rsidRPr="00AC0ED2" w:rsidRDefault="009B0EE4">
            <w:pPr>
              <w:rPr>
                <w:sz w:val="22"/>
              </w:rPr>
            </w:pPr>
            <w:proofErr w:type="spellStart"/>
            <w:r w:rsidRPr="00AC0ED2">
              <w:rPr>
                <w:b/>
                <w:sz w:val="22"/>
              </w:rPr>
              <w:t>Değerlendirme</w:t>
            </w:r>
            <w:proofErr w:type="spellEnd"/>
            <w:r w:rsidR="00AC0ED2">
              <w:rPr>
                <w:b/>
                <w:sz w:val="22"/>
              </w:rPr>
              <w:br/>
            </w:r>
          </w:p>
        </w:tc>
      </w:tr>
      <w:tr w:rsidR="00786DCC" w:rsidTr="00D26204">
        <w:trPr>
          <w:cantSplit/>
          <w:trHeight w:val="757"/>
          <w:jc w:val="center"/>
        </w:trPr>
        <w:tc>
          <w:tcPr>
            <w:tcW w:w="6012" w:type="dxa"/>
            <w:vAlign w:val="center"/>
          </w:tcPr>
          <w:p w:rsidR="00786DCC" w:rsidRPr="00786DCC" w:rsidRDefault="00786DCC" w:rsidP="00A95248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5" w:after="75"/>
            </w:pPr>
            <w:r w:rsidRPr="00786DCC">
              <w:t>SB.7.1.1. Dâhil olduğu gruplarda ve sosyal hayatta etkili iletişimin önemini sorgular.</w:t>
            </w:r>
          </w:p>
          <w:p w:rsidR="00786DCC" w:rsidRPr="00786DCC" w:rsidRDefault="00786DCC" w:rsidP="00A95248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5" w:after="75"/>
            </w:pPr>
          </w:p>
        </w:tc>
        <w:tc>
          <w:tcPr>
            <w:tcW w:w="4161" w:type="dxa"/>
          </w:tcPr>
          <w:p w:rsidR="00786DCC" w:rsidRPr="00FB3B33" w:rsidRDefault="00786DCC">
            <w:pPr>
              <w:rPr>
                <w:sz w:val="22"/>
              </w:rPr>
            </w:pPr>
            <w:r w:rsidRPr="00FB3B33">
              <w:rPr>
                <w:rFonts w:ascii="MS Gothic" w:eastAsia="MS Gothic" w:hAnsi="MS Gothic" w:cs="MS Gothic" w:hint="eastAsia"/>
                <w:sz w:val="22"/>
              </w:rPr>
              <w:t>☐</w:t>
            </w:r>
            <w:r w:rsidRPr="00FB3B33">
              <w:rPr>
                <w:sz w:val="22"/>
              </w:rPr>
              <w:t xml:space="preserve"> </w:t>
            </w:r>
            <w:proofErr w:type="spellStart"/>
            <w:r w:rsidRPr="00FB3B33">
              <w:rPr>
                <w:sz w:val="22"/>
              </w:rPr>
              <w:t>Yapıyor</w:t>
            </w:r>
            <w:proofErr w:type="spellEnd"/>
            <w:r w:rsidRPr="00FB3B33">
              <w:rPr>
                <w:sz w:val="22"/>
              </w:rPr>
              <w:br/>
            </w:r>
            <w:r w:rsidRPr="00FB3B33">
              <w:rPr>
                <w:rFonts w:ascii="MS Gothic" w:eastAsia="MS Gothic" w:hAnsi="MS Gothic" w:cs="MS Gothic" w:hint="eastAsia"/>
                <w:sz w:val="22"/>
              </w:rPr>
              <w:t>☐</w:t>
            </w:r>
            <w:r w:rsidRPr="00FB3B33">
              <w:rPr>
                <w:rFonts w:cs="Arial"/>
                <w:sz w:val="22"/>
              </w:rPr>
              <w:t xml:space="preserve"> </w:t>
            </w:r>
            <w:proofErr w:type="spellStart"/>
            <w:r w:rsidRPr="00FB3B33">
              <w:rPr>
                <w:rFonts w:cs="Arial"/>
                <w:sz w:val="22"/>
              </w:rPr>
              <w:t>Yapamıyor</w:t>
            </w:r>
            <w:proofErr w:type="spellEnd"/>
          </w:p>
        </w:tc>
      </w:tr>
      <w:tr w:rsidR="00786DCC" w:rsidTr="00D26204">
        <w:trPr>
          <w:cantSplit/>
          <w:trHeight w:val="757"/>
          <w:jc w:val="center"/>
        </w:trPr>
        <w:tc>
          <w:tcPr>
            <w:tcW w:w="6012" w:type="dxa"/>
            <w:vAlign w:val="center"/>
          </w:tcPr>
          <w:p w:rsidR="00786DCC" w:rsidRPr="00786DCC" w:rsidRDefault="00786DCC" w:rsidP="00A95248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5" w:after="75"/>
            </w:pPr>
            <w:r w:rsidRPr="00786DCC">
              <w:t>SB.7.1.2. Özel gereksinimli bireyler için fırsat eşitliğini sürdürmeye yönelik fikir üretir.</w:t>
            </w:r>
          </w:p>
          <w:p w:rsidR="00786DCC" w:rsidRPr="00786DCC" w:rsidRDefault="00786DCC" w:rsidP="00A95248">
            <w:pPr>
              <w:pStyle w:val="normal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5" w:after="75"/>
            </w:pPr>
          </w:p>
        </w:tc>
        <w:tc>
          <w:tcPr>
            <w:tcW w:w="4161" w:type="dxa"/>
          </w:tcPr>
          <w:p w:rsidR="00786DCC" w:rsidRPr="00FB3B33" w:rsidRDefault="00786DCC">
            <w:pPr>
              <w:rPr>
                <w:sz w:val="22"/>
              </w:rPr>
            </w:pPr>
            <w:r w:rsidRPr="00FB3B33">
              <w:rPr>
                <w:rFonts w:ascii="MS Gothic" w:eastAsia="MS Gothic" w:hAnsi="MS Gothic" w:cs="MS Gothic" w:hint="eastAsia"/>
                <w:sz w:val="22"/>
              </w:rPr>
              <w:t>☐</w:t>
            </w:r>
            <w:r w:rsidRPr="00FB3B33">
              <w:rPr>
                <w:sz w:val="22"/>
              </w:rPr>
              <w:t xml:space="preserve"> </w:t>
            </w:r>
            <w:proofErr w:type="spellStart"/>
            <w:r w:rsidRPr="00FB3B33">
              <w:rPr>
                <w:sz w:val="22"/>
              </w:rPr>
              <w:t>Yapıyor</w:t>
            </w:r>
            <w:proofErr w:type="spellEnd"/>
            <w:r w:rsidRPr="00FB3B33">
              <w:rPr>
                <w:sz w:val="22"/>
              </w:rPr>
              <w:br/>
            </w:r>
            <w:r w:rsidRPr="00FB3B33">
              <w:rPr>
                <w:rFonts w:ascii="MS Gothic" w:eastAsia="MS Gothic" w:hAnsi="MS Gothic" w:cs="MS Gothic" w:hint="eastAsia"/>
                <w:sz w:val="22"/>
              </w:rPr>
              <w:t>☐</w:t>
            </w:r>
            <w:r w:rsidRPr="00FB3B33">
              <w:rPr>
                <w:rFonts w:cs="Arial"/>
                <w:sz w:val="22"/>
              </w:rPr>
              <w:t xml:space="preserve"> </w:t>
            </w:r>
            <w:proofErr w:type="spellStart"/>
            <w:r w:rsidRPr="00FB3B33">
              <w:rPr>
                <w:rFonts w:cs="Arial"/>
                <w:sz w:val="22"/>
              </w:rPr>
              <w:t>Yapamıyor</w:t>
            </w:r>
            <w:proofErr w:type="spellEnd"/>
          </w:p>
        </w:tc>
      </w:tr>
    </w:tbl>
    <w:p w:rsidR="00AC63BD" w:rsidRDefault="00AC63BD"/>
    <w:p w:rsidR="00AC63BD" w:rsidRDefault="00AC63BD"/>
    <w:p w:rsidR="00AC63BD" w:rsidRPr="008D73E8" w:rsidRDefault="009B0EE4">
      <w:pPr>
        <w:rPr>
          <w:sz w:val="22"/>
        </w:rPr>
      </w:pPr>
      <w:r w:rsidRPr="008D73E8">
        <w:rPr>
          <w:sz w:val="22"/>
        </w:rPr>
        <w:t>Gözlem / Açıklamalar: ...................................................................................................</w:t>
      </w:r>
      <w:r w:rsidRPr="008D73E8">
        <w:rPr>
          <w:sz w:val="22"/>
        </w:rPr>
        <w:br/>
        <w:t>...........................................................................................................................................</w:t>
      </w:r>
    </w:p>
    <w:p w:rsidR="00AC0ED2" w:rsidRDefault="009B0EE4">
      <w:pPr>
        <w:rPr>
          <w:sz w:val="22"/>
        </w:rPr>
      </w:pPr>
      <w:r w:rsidRPr="008D73E8">
        <w:rPr>
          <w:sz w:val="22"/>
        </w:rPr>
        <w:t xml:space="preserve">Değerlendiren öğretmen: ................................................     </w:t>
      </w:r>
    </w:p>
    <w:p w:rsidR="00AC0ED2" w:rsidRDefault="00AC0ED2">
      <w:pPr>
        <w:rPr>
          <w:sz w:val="22"/>
        </w:rPr>
      </w:pPr>
    </w:p>
    <w:p w:rsidR="00AC63BD" w:rsidRPr="008D73E8" w:rsidRDefault="009B0EE4">
      <w:pPr>
        <w:rPr>
          <w:sz w:val="22"/>
        </w:rPr>
      </w:pPr>
      <w:proofErr w:type="spellStart"/>
      <w:r w:rsidRPr="008D73E8">
        <w:rPr>
          <w:sz w:val="22"/>
        </w:rPr>
        <w:t>İmza</w:t>
      </w:r>
      <w:proofErr w:type="spellEnd"/>
      <w:r w:rsidRPr="008D73E8">
        <w:rPr>
          <w:sz w:val="22"/>
        </w:rPr>
        <w:t>: ........................</w:t>
      </w:r>
    </w:p>
    <w:sectPr w:rsidR="00AC63BD" w:rsidRPr="008D73E8" w:rsidSect="00034616">
      <w:pgSz w:w="11906" w:h="16838"/>
      <w:pgMar w:top="680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>
    <w:useFELayout/>
  </w:compat>
  <w:rsids>
    <w:rsidRoot w:val="00B47730"/>
    <w:rsid w:val="00034616"/>
    <w:rsid w:val="0006063C"/>
    <w:rsid w:val="000D2B47"/>
    <w:rsid w:val="0015074B"/>
    <w:rsid w:val="0029639D"/>
    <w:rsid w:val="00326F90"/>
    <w:rsid w:val="003A2DFB"/>
    <w:rsid w:val="005556EF"/>
    <w:rsid w:val="006F6962"/>
    <w:rsid w:val="00786DCC"/>
    <w:rsid w:val="008D73E8"/>
    <w:rsid w:val="0091635E"/>
    <w:rsid w:val="009B0EE4"/>
    <w:rsid w:val="00AA1D8D"/>
    <w:rsid w:val="00AA3A9A"/>
    <w:rsid w:val="00AC0ED2"/>
    <w:rsid w:val="00AC63BD"/>
    <w:rsid w:val="00B133C5"/>
    <w:rsid w:val="00B47730"/>
    <w:rsid w:val="00CB0664"/>
    <w:rsid w:val="00D26204"/>
    <w:rsid w:val="00D265CD"/>
    <w:rsid w:val="00DC7C71"/>
    <w:rsid w:val="00F00ECE"/>
    <w:rsid w:val="00FB3B33"/>
    <w:rsid w:val="00FC693F"/>
    <w:rsid w:val="00FE65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Trnak">
    <w:name w:val="Quote"/>
    <w:basedOn w:val="Normal"/>
    <w:next w:val="Normal"/>
    <w:link w:val="TrnakChar"/>
    <w:uiPriority w:val="29"/>
    <w:qFormat/>
    <w:rsid w:val="00FC693F"/>
    <w:rPr>
      <w:i/>
      <w:iCs/>
      <w:color w:val="000000" w:themeColor="text1"/>
    </w:rPr>
  </w:style>
  <w:style w:type="character" w:customStyle="1" w:styleId="TrnakChar">
    <w:name w:val="Tırnak Char"/>
    <w:basedOn w:val="VarsaylanParagrafYazTipi"/>
    <w:link w:val="Trnak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kGlgeleme1">
    <w:name w:val="Açık Gölgeleme1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AkGlgeleme-Vurgu11">
    <w:name w:val="Açık Gölgeleme - Vurgu 1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customStyle="1" w:styleId="AkListe1">
    <w:name w:val="Açık Liste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AkListe-Vurgu11">
    <w:name w:val="Açık Liste - Vurgu 1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AkKlavuz1">
    <w:name w:val="Açık Kılavuz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AkKlavuz-Vurgu11">
    <w:name w:val="Açık Kılavuz - Vurgu 1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OrtaGlgeleme11">
    <w:name w:val="Orta Gölgeleme 1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OrtaGlgeleme1-Vurgu11">
    <w:name w:val="Orta Gölgeleme 1 - Vurgu 1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OrtaGlgeleme21">
    <w:name w:val="Orta Gölgeleme 2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OrtaGlgeleme2-Vurgu11">
    <w:name w:val="Orta Gölgeleme 2 - Vurgu 1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OrtaListe11">
    <w:name w:val="Orta Liste 1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OrtaListe1-Vurgu11">
    <w:name w:val="Orta Liste 1 - Vurgu 1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OrtaListe21">
    <w:name w:val="Orta Liste 2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OrtaKlavuz11">
    <w:name w:val="Orta Kılavuz 1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OrtaKlavuz21">
    <w:name w:val="Orta Kılavuz 2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OrtaKlavuz31">
    <w:name w:val="Orta Kılavuz 3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KoyuListe1">
    <w:name w:val="Koyu Liste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RenkliGlgeleme1">
    <w:name w:val="Renkli Gölgeleme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RenkliListe1">
    <w:name w:val="Renkli Liste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RenkliKlavuz1">
    <w:name w:val="Renkli Kılavuz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0">
    <w:name w:val="normal"/>
    <w:rsid w:val="003A2DFB"/>
    <w:pPr>
      <w:widowControl w:val="0"/>
      <w:spacing w:after="0" w:line="288" w:lineRule="auto"/>
    </w:pPr>
    <w:rPr>
      <w:rFonts w:ascii="Arial" w:eastAsia="Arial" w:hAnsi="Arial" w:cs="Arial"/>
      <w:lang w:val="tr-TR" w:eastAsia="tr-T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AF89A04-F960-4B0F-B479-E17FF4C701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By NeC ® 2010 | Katilimsiz.Com</Company>
  <LinksUpToDate>false</LinksUpToDate>
  <CharactersWithSpaces>1316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SOSYALCİNİZ.NET</dc:creator>
  <cp:lastModifiedBy>Zeki</cp:lastModifiedBy>
  <cp:revision>5</cp:revision>
  <dcterms:created xsi:type="dcterms:W3CDTF">2026-10-06T18:34:00Z</dcterms:created>
  <dcterms:modified xsi:type="dcterms:W3CDTF">2026-10-06T18:39:00Z</dcterms:modified>
</cp:coreProperties>
</file>