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BD" w:rsidRDefault="009B0EE4">
      <w:pPr>
        <w:jc w:val="center"/>
      </w:pPr>
      <w:r>
        <w:rPr>
          <w:b/>
          <w:sz w:val="28"/>
        </w:rPr>
        <w:t>BEP DEĞERLENDİRME FORMU</w:t>
      </w:r>
    </w:p>
    <w:tbl>
      <w:tblPr>
        <w:tblStyle w:val="TabloKlavuzu"/>
        <w:tblW w:w="0" w:type="auto"/>
        <w:jc w:val="center"/>
        <w:tblLook w:val="04A0"/>
      </w:tblPr>
      <w:tblGrid>
        <w:gridCol w:w="5103"/>
        <w:gridCol w:w="5103"/>
      </w:tblGrid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Okul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........................................................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Eğitim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öğretim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yılı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2026-2027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Öğrenci adı soyadı:</w:t>
            </w:r>
            <w:r w:rsidRPr="008D73E8">
              <w:rPr>
                <w:sz w:val="22"/>
              </w:rPr>
              <w:t xml:space="preserve"> 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Sınıf / Şube / No:</w:t>
            </w:r>
            <w:r w:rsidRPr="008D73E8">
              <w:rPr>
                <w:sz w:val="22"/>
              </w:rPr>
              <w:t xml:space="preserve"> ..............................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Ders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8D73E8" w:rsidRPr="008D73E8">
              <w:rPr>
                <w:sz w:val="22"/>
              </w:rPr>
              <w:t xml:space="preserve">SOSYAL BİLGİLER </w:t>
            </w:r>
            <w:r w:rsidR="0091635E">
              <w:rPr>
                <w:sz w:val="22"/>
              </w:rPr>
              <w:t>6</w:t>
            </w:r>
          </w:p>
        </w:tc>
        <w:tc>
          <w:tcPr>
            <w:tcW w:w="5103" w:type="dxa"/>
          </w:tcPr>
          <w:p w:rsidR="00AC63BD" w:rsidRPr="008D73E8" w:rsidRDefault="00D265CD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Öğrenme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Çıktılarını</w:t>
            </w:r>
            <w:r w:rsidR="00D26204">
              <w:rPr>
                <w:b/>
                <w:sz w:val="22"/>
              </w:rPr>
              <w:t>n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Sınıf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D</w:t>
            </w:r>
            <w:r w:rsidR="009B0EE4" w:rsidRPr="00D26204">
              <w:rPr>
                <w:b/>
                <w:sz w:val="22"/>
              </w:rPr>
              <w:t>üzeyi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91635E">
              <w:rPr>
                <w:sz w:val="22"/>
              </w:rPr>
              <w:t>6</w:t>
            </w:r>
            <w:r w:rsidR="00D26204">
              <w:rPr>
                <w:sz w:val="22"/>
              </w:rPr>
              <w:t>.Sınıf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Değerlendiren:</w:t>
            </w:r>
            <w:r w:rsidRPr="008D73E8">
              <w:rPr>
                <w:sz w:val="22"/>
              </w:rPr>
              <w:t xml:space="preserve"> ..........................................</w:t>
            </w:r>
          </w:p>
        </w:tc>
        <w:tc>
          <w:tcPr>
            <w:tcW w:w="5103" w:type="dxa"/>
          </w:tcPr>
          <w:p w:rsidR="00AC63BD" w:rsidRPr="008D73E8" w:rsidRDefault="00D26204" w:rsidP="00D26204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Değerlendirme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</w:t>
            </w:r>
            <w:r w:rsidR="009B0EE4" w:rsidRPr="00D26204">
              <w:rPr>
                <w:b/>
                <w:sz w:val="22"/>
              </w:rPr>
              <w:t>arihi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01 /10</w:t>
            </w:r>
            <w:r w:rsidR="009B0EE4" w:rsidRPr="008D73E8">
              <w:rPr>
                <w:sz w:val="22"/>
              </w:rPr>
              <w:t xml:space="preserve"> /</w:t>
            </w:r>
            <w:r w:rsidR="00D265CD" w:rsidRPr="008D73E8">
              <w:rPr>
                <w:sz w:val="22"/>
              </w:rPr>
              <w:t>2026</w:t>
            </w:r>
          </w:p>
        </w:tc>
      </w:tr>
    </w:tbl>
    <w:p w:rsidR="00D265CD" w:rsidRDefault="00D265CD">
      <w:pPr>
        <w:rPr>
          <w:sz w:val="18"/>
        </w:rPr>
      </w:pPr>
    </w:p>
    <w:p w:rsidR="00AC63BD" w:rsidRPr="008D73E8" w:rsidRDefault="003A2DFB">
      <w:pPr>
        <w:rPr>
          <w:sz w:val="22"/>
        </w:rPr>
      </w:pPr>
      <w:proofErr w:type="spellStart"/>
      <w:proofErr w:type="gram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Çıktılarını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ilgili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sınıf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düzeyine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göre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yazınız</w:t>
      </w:r>
      <w:proofErr w:type="spellEnd"/>
      <w:r w:rsidR="009B0EE4" w:rsidRPr="008D73E8">
        <w:rPr>
          <w:sz w:val="22"/>
        </w:rPr>
        <w:t>.</w:t>
      </w:r>
      <w:proofErr w:type="gramEnd"/>
      <w:r w:rsidR="009B0EE4" w:rsidRPr="008D73E8">
        <w:rPr>
          <w:sz w:val="22"/>
        </w:rPr>
        <w:t xml:space="preserve"> </w:t>
      </w:r>
      <w:proofErr w:type="gramStart"/>
      <w:r w:rsidR="009B0EE4" w:rsidRPr="008D73E8">
        <w:rPr>
          <w:sz w:val="22"/>
        </w:rPr>
        <w:t xml:space="preserve">Her </w:t>
      </w:r>
      <w:proofErr w:type="spell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çıktısı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için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uygun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değerlendirme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kutusunu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işaretleyiniz</w:t>
      </w:r>
      <w:proofErr w:type="spellEnd"/>
      <w:r w:rsidR="009B0EE4" w:rsidRPr="008D73E8">
        <w:rPr>
          <w:sz w:val="22"/>
        </w:rPr>
        <w:t>.</w:t>
      </w:r>
      <w:proofErr w:type="gramEnd"/>
    </w:p>
    <w:p w:rsidR="00D265CD" w:rsidRDefault="00D265CD"/>
    <w:tbl>
      <w:tblPr>
        <w:tblStyle w:val="TabloKlavuzu"/>
        <w:tblW w:w="0" w:type="auto"/>
        <w:jc w:val="center"/>
        <w:tblLayout w:type="fixed"/>
        <w:tblLook w:val="04A0"/>
      </w:tblPr>
      <w:tblGrid>
        <w:gridCol w:w="6012"/>
        <w:gridCol w:w="4161"/>
      </w:tblGrid>
      <w:tr w:rsidR="00AC63BD" w:rsidTr="00D26204">
        <w:trPr>
          <w:cantSplit/>
          <w:trHeight w:val="649"/>
          <w:jc w:val="center"/>
        </w:trPr>
        <w:tc>
          <w:tcPr>
            <w:tcW w:w="10173" w:type="dxa"/>
            <w:gridSpan w:val="2"/>
            <w:shd w:val="clear" w:color="auto" w:fill="DAEEF3" w:themeFill="accent5" w:themeFillTint="33"/>
          </w:tcPr>
          <w:p w:rsidR="00AC63BD" w:rsidRPr="00AC0ED2" w:rsidRDefault="00B133C5" w:rsidP="00B133C5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Ünite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Pr="00AC0ED2">
              <w:rPr>
                <w:b/>
                <w:sz w:val="22"/>
              </w:rPr>
              <w:t>Tema</w:t>
            </w:r>
            <w:proofErr w:type="spellEnd"/>
            <w:r w:rsidRPr="00AC0ED2">
              <w:rPr>
                <w:b/>
                <w:sz w:val="22"/>
              </w:rPr>
              <w:t xml:space="preserve">: </w:t>
            </w:r>
            <w:r w:rsidRPr="00AC0ED2">
              <w:rPr>
                <w:sz w:val="22"/>
              </w:rPr>
              <w:t>BİRLİKTE YAŞAMAK</w:t>
            </w:r>
            <w:r w:rsidRPr="00AC0ED2">
              <w:rPr>
                <w:b/>
                <w:sz w:val="22"/>
              </w:rPr>
              <w:t xml:space="preserve"> </w:t>
            </w:r>
            <w:r w:rsidR="00AC0ED2">
              <w:rPr>
                <w:b/>
                <w:sz w:val="22"/>
              </w:rPr>
              <w:br/>
            </w:r>
            <w:r w:rsidR="009B0EE4" w:rsidRPr="00AC0ED2">
              <w:rPr>
                <w:b/>
                <w:sz w:val="22"/>
              </w:rPr>
              <w:br/>
            </w:r>
            <w:proofErr w:type="spellStart"/>
            <w:r w:rsidR="009B0EE4" w:rsidRPr="00AC0ED2">
              <w:rPr>
                <w:b/>
                <w:sz w:val="22"/>
              </w:rPr>
              <w:t>Uzun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dönemli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amaç</w:t>
            </w:r>
            <w:proofErr w:type="spellEnd"/>
            <w:r w:rsidR="009B0EE4" w:rsidRPr="00AC0ED2">
              <w:rPr>
                <w:b/>
                <w:sz w:val="22"/>
              </w:rPr>
              <w:t xml:space="preserve">: </w:t>
            </w:r>
            <w:r w:rsidR="0091635E">
              <w:rPr>
                <w:sz w:val="22"/>
              </w:rPr>
              <w:t>SB.6</w:t>
            </w:r>
            <w:r w:rsidRPr="00AC0ED2">
              <w:rPr>
                <w:sz w:val="22"/>
              </w:rPr>
              <w:t xml:space="preserve">.1. </w:t>
            </w:r>
            <w:proofErr w:type="spellStart"/>
            <w:r w:rsidRPr="00AC0ED2">
              <w:rPr>
                <w:sz w:val="22"/>
              </w:rPr>
              <w:t>Birlikte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Yaşamak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Alanı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çıktılarını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ve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süreç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bileşenlerini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kavrar</w:t>
            </w:r>
            <w:proofErr w:type="spellEnd"/>
            <w:r w:rsidRPr="00AC0ED2">
              <w:rPr>
                <w:sz w:val="22"/>
              </w:rPr>
              <w:t>.</w:t>
            </w:r>
            <w:r w:rsidR="00AC0ED2">
              <w:rPr>
                <w:sz w:val="22"/>
              </w:rPr>
              <w:br/>
            </w:r>
          </w:p>
        </w:tc>
      </w:tr>
      <w:tr w:rsidR="00AC63BD" w:rsidTr="00D26204">
        <w:trPr>
          <w:cantSplit/>
          <w:trHeight w:val="362"/>
          <w:jc w:val="center"/>
        </w:trPr>
        <w:tc>
          <w:tcPr>
            <w:tcW w:w="6012" w:type="dxa"/>
            <w:shd w:val="clear" w:color="auto" w:fill="DAEEF3" w:themeFill="accent5" w:themeFillTint="33"/>
          </w:tcPr>
          <w:p w:rsidR="00AC63BD" w:rsidRPr="00AC0ED2" w:rsidRDefault="009B0EE4" w:rsidP="00AA3A9A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Kısa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dönemli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amaçlar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="00AA3A9A">
              <w:rPr>
                <w:b/>
                <w:sz w:val="22"/>
              </w:rPr>
              <w:t>Öğrenme</w:t>
            </w:r>
            <w:proofErr w:type="spellEnd"/>
            <w:r w:rsidR="00AA3A9A">
              <w:rPr>
                <w:b/>
                <w:sz w:val="22"/>
              </w:rPr>
              <w:t xml:space="preserve"> Çıktıları</w:t>
            </w:r>
          </w:p>
        </w:tc>
        <w:tc>
          <w:tcPr>
            <w:tcW w:w="4161" w:type="dxa"/>
            <w:shd w:val="clear" w:color="auto" w:fill="DAEEF3" w:themeFill="accent5" w:themeFillTint="33"/>
          </w:tcPr>
          <w:p w:rsidR="00AC63BD" w:rsidRPr="00AC0ED2" w:rsidRDefault="009B0EE4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Değerlendirme</w:t>
            </w:r>
            <w:proofErr w:type="spellEnd"/>
            <w:r w:rsidR="00AC0ED2">
              <w:rPr>
                <w:b/>
                <w:sz w:val="22"/>
              </w:rPr>
              <w:br/>
            </w:r>
          </w:p>
        </w:tc>
      </w:tr>
      <w:tr w:rsidR="0091635E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91635E" w:rsidRPr="0091635E" w:rsidRDefault="0091635E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91635E">
              <w:t>SB.6.1.1. Dâhil olduğu grupların ve bu gruplardaki rolleri arasındaki ilişkilerin zaman içerisinde değişebileceğine ilişkin çıkarım yapar.</w:t>
            </w:r>
          </w:p>
        </w:tc>
        <w:tc>
          <w:tcPr>
            <w:tcW w:w="4161" w:type="dxa"/>
          </w:tcPr>
          <w:p w:rsidR="0091635E" w:rsidRPr="00D01DC7" w:rsidRDefault="0091635E">
            <w:pPr>
              <w:rPr>
                <w:sz w:val="22"/>
              </w:rPr>
            </w:pPr>
            <w:r w:rsidRPr="00D01DC7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D01DC7">
              <w:rPr>
                <w:sz w:val="22"/>
              </w:rPr>
              <w:t xml:space="preserve"> </w:t>
            </w:r>
            <w:proofErr w:type="spellStart"/>
            <w:r w:rsidRPr="00D01DC7">
              <w:rPr>
                <w:sz w:val="22"/>
              </w:rPr>
              <w:t>Yapıyor</w:t>
            </w:r>
            <w:proofErr w:type="spellEnd"/>
            <w:r w:rsidRPr="00D01DC7">
              <w:rPr>
                <w:sz w:val="22"/>
              </w:rPr>
              <w:br/>
            </w:r>
            <w:r w:rsidRPr="00D01DC7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D01DC7">
              <w:rPr>
                <w:rFonts w:cs="Arial"/>
                <w:sz w:val="22"/>
              </w:rPr>
              <w:t xml:space="preserve"> </w:t>
            </w:r>
            <w:proofErr w:type="spellStart"/>
            <w:r w:rsidRPr="00D01DC7">
              <w:rPr>
                <w:rFonts w:cs="Arial"/>
                <w:sz w:val="22"/>
              </w:rPr>
              <w:t>Yapamıyor</w:t>
            </w:r>
            <w:proofErr w:type="spellEnd"/>
          </w:p>
        </w:tc>
      </w:tr>
      <w:tr w:rsidR="0091635E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91635E" w:rsidRPr="0091635E" w:rsidRDefault="0091635E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91635E">
              <w:t>SB.6.1.2. Kültürel bağlarımızın ve millî değerlerimizin toplumsal birliğe etkisini yorumlar.</w:t>
            </w:r>
          </w:p>
        </w:tc>
        <w:tc>
          <w:tcPr>
            <w:tcW w:w="4161" w:type="dxa"/>
          </w:tcPr>
          <w:p w:rsidR="0091635E" w:rsidRPr="00D01DC7" w:rsidRDefault="0091635E">
            <w:pPr>
              <w:rPr>
                <w:sz w:val="22"/>
              </w:rPr>
            </w:pPr>
            <w:r w:rsidRPr="00D01DC7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D01DC7">
              <w:rPr>
                <w:sz w:val="22"/>
              </w:rPr>
              <w:t xml:space="preserve"> </w:t>
            </w:r>
            <w:proofErr w:type="spellStart"/>
            <w:r w:rsidRPr="00D01DC7">
              <w:rPr>
                <w:sz w:val="22"/>
              </w:rPr>
              <w:t>Yapıyor</w:t>
            </w:r>
            <w:proofErr w:type="spellEnd"/>
            <w:r w:rsidRPr="00D01DC7">
              <w:rPr>
                <w:sz w:val="22"/>
              </w:rPr>
              <w:br/>
            </w:r>
            <w:r w:rsidRPr="00D01DC7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D01DC7">
              <w:rPr>
                <w:rFonts w:cs="Arial"/>
                <w:sz w:val="22"/>
              </w:rPr>
              <w:t xml:space="preserve"> </w:t>
            </w:r>
            <w:proofErr w:type="spellStart"/>
            <w:r w:rsidRPr="00D01DC7">
              <w:rPr>
                <w:rFonts w:cs="Arial"/>
                <w:sz w:val="22"/>
              </w:rPr>
              <w:t>Yapamıyor</w:t>
            </w:r>
            <w:proofErr w:type="spellEnd"/>
          </w:p>
        </w:tc>
      </w:tr>
    </w:tbl>
    <w:p w:rsidR="00AC63BD" w:rsidRDefault="00AC63BD"/>
    <w:p w:rsidR="00AC63BD" w:rsidRDefault="00AC63BD"/>
    <w:p w:rsidR="00AC63BD" w:rsidRPr="008D73E8" w:rsidRDefault="009B0EE4">
      <w:pPr>
        <w:rPr>
          <w:sz w:val="22"/>
        </w:rPr>
      </w:pPr>
      <w:r w:rsidRPr="008D73E8">
        <w:rPr>
          <w:sz w:val="22"/>
        </w:rPr>
        <w:t>Gözlem / Açıklamalar: ...................................................................................................</w:t>
      </w:r>
      <w:r w:rsidRPr="008D73E8">
        <w:rPr>
          <w:sz w:val="22"/>
        </w:rPr>
        <w:br/>
        <w:t>...........................................................................................................................................</w:t>
      </w:r>
    </w:p>
    <w:p w:rsidR="00AC0ED2" w:rsidRDefault="009B0EE4">
      <w:pPr>
        <w:rPr>
          <w:sz w:val="22"/>
        </w:rPr>
      </w:pPr>
      <w:r w:rsidRPr="008D73E8">
        <w:rPr>
          <w:sz w:val="22"/>
        </w:rPr>
        <w:t xml:space="preserve">Değerlendiren öğretmen: ................................................     </w:t>
      </w:r>
    </w:p>
    <w:p w:rsidR="00AC0ED2" w:rsidRDefault="00AC0ED2">
      <w:pPr>
        <w:rPr>
          <w:sz w:val="22"/>
        </w:rPr>
      </w:pPr>
    </w:p>
    <w:p w:rsidR="00AC63BD" w:rsidRPr="008D73E8" w:rsidRDefault="009B0EE4">
      <w:pPr>
        <w:rPr>
          <w:sz w:val="22"/>
        </w:rPr>
      </w:pPr>
      <w:proofErr w:type="spellStart"/>
      <w:r w:rsidRPr="008D73E8">
        <w:rPr>
          <w:sz w:val="22"/>
        </w:rPr>
        <w:t>İmza</w:t>
      </w:r>
      <w:proofErr w:type="spellEnd"/>
      <w:r w:rsidRPr="008D73E8">
        <w:rPr>
          <w:sz w:val="22"/>
        </w:rPr>
        <w:t>: ........................</w:t>
      </w:r>
    </w:p>
    <w:sectPr w:rsidR="00AC63BD" w:rsidRPr="008D73E8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25CBB"/>
    <w:rsid w:val="00034616"/>
    <w:rsid w:val="0006063C"/>
    <w:rsid w:val="0015074B"/>
    <w:rsid w:val="0029639D"/>
    <w:rsid w:val="00326F90"/>
    <w:rsid w:val="003A2DFB"/>
    <w:rsid w:val="005556EF"/>
    <w:rsid w:val="008D73E8"/>
    <w:rsid w:val="0091635E"/>
    <w:rsid w:val="009B0EE4"/>
    <w:rsid w:val="00AA1D8D"/>
    <w:rsid w:val="00AA3A9A"/>
    <w:rsid w:val="00AC0ED2"/>
    <w:rsid w:val="00AC63BD"/>
    <w:rsid w:val="00B133C5"/>
    <w:rsid w:val="00B47730"/>
    <w:rsid w:val="00CB0664"/>
    <w:rsid w:val="00D01DC7"/>
    <w:rsid w:val="00D26204"/>
    <w:rsid w:val="00D265CD"/>
    <w:rsid w:val="00DC7C71"/>
    <w:rsid w:val="00F00ECE"/>
    <w:rsid w:val="00FC693F"/>
    <w:rsid w:val="00FE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1">
    <w:name w:val="Açık Liste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1">
    <w:name w:val="Açık Liste - Vurgu 1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1">
    <w:name w:val="Açık Kılavuz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1">
    <w:name w:val="Açık Kılavuz - Vurgu 1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1">
    <w:name w:val="Orta Gölgeleme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1">
    <w:name w:val="Orta Gölgeleme 1 - Vurgu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1">
    <w:name w:val="Orta Gölgeleme 2 - Vurgu 1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1">
    <w:name w:val="Orta Liste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1">
    <w:name w:val="Orta Liste 1 - Vurgu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1">
    <w:name w:val="Orta Liste 2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1">
    <w:name w:val="Orta Kılavuz 1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1">
    <w:name w:val="Orta Kılavuz 2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1">
    <w:name w:val="Orta Kılavuz 3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1">
    <w:name w:val="Koyu Liste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1">
    <w:name w:val="Renkli Gölgeleme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1">
    <w:name w:val="Renkli Liste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1">
    <w:name w:val="Renkli Kılavuz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0">
    <w:name w:val="normal"/>
    <w:rsid w:val="003A2DFB"/>
    <w:pPr>
      <w:widowControl w:val="0"/>
      <w:spacing w:after="0" w:line="288" w:lineRule="auto"/>
    </w:pPr>
    <w:rPr>
      <w:rFonts w:ascii="Arial" w:eastAsia="Arial" w:hAnsi="Arial" w:cs="Arial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0DFCC1-4766-44BF-8677-425A0034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1366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cp:lastModifiedBy>Zeki</cp:lastModifiedBy>
  <cp:revision>5</cp:revision>
  <dcterms:created xsi:type="dcterms:W3CDTF">2026-10-06T18:33:00Z</dcterms:created>
  <dcterms:modified xsi:type="dcterms:W3CDTF">2026-10-06T18:39:00Z</dcterms:modified>
</cp:coreProperties>
</file>