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3BD" w:rsidRDefault="009B0EE4">
      <w:pPr>
        <w:jc w:val="center"/>
      </w:pPr>
      <w:r>
        <w:rPr>
          <w:b/>
          <w:sz w:val="28"/>
        </w:rPr>
        <w:t>BEP DEĞERLENDİRME FORMU</w:t>
      </w:r>
    </w:p>
    <w:tbl>
      <w:tblPr>
        <w:tblStyle w:val="TabloKlavuzu"/>
        <w:tblW w:w="0" w:type="auto"/>
        <w:jc w:val="center"/>
        <w:tblLook w:val="04A0"/>
      </w:tblPr>
      <w:tblGrid>
        <w:gridCol w:w="5103"/>
        <w:gridCol w:w="5103"/>
      </w:tblGrid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Okul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........................................................</w:t>
            </w:r>
          </w:p>
        </w:tc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Eğitim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öğretim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yılı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</w:t>
            </w:r>
            <w:r w:rsidR="00D265CD" w:rsidRPr="008D73E8">
              <w:rPr>
                <w:sz w:val="22"/>
              </w:rPr>
              <w:t>2026-2027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Öğrenci adı soyadı:</w:t>
            </w:r>
            <w:r w:rsidRPr="008D73E8">
              <w:rPr>
                <w:sz w:val="22"/>
              </w:rPr>
              <w:t xml:space="preserve"> ...................................</w:t>
            </w:r>
          </w:p>
        </w:tc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Sınıf / Şube / No:</w:t>
            </w:r>
            <w:r w:rsidRPr="008D73E8">
              <w:rPr>
                <w:sz w:val="22"/>
              </w:rPr>
              <w:t xml:space="preserve"> ..............................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Ders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</w:t>
            </w:r>
            <w:r w:rsidR="008D73E8" w:rsidRPr="008D73E8">
              <w:rPr>
                <w:sz w:val="22"/>
              </w:rPr>
              <w:t>SOSYAL BİLGİLER 5</w:t>
            </w:r>
          </w:p>
        </w:tc>
        <w:tc>
          <w:tcPr>
            <w:tcW w:w="5103" w:type="dxa"/>
          </w:tcPr>
          <w:p w:rsidR="00AC63BD" w:rsidRPr="008D73E8" w:rsidRDefault="00D265CD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Öğrenme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Çıktılarını</w:t>
            </w:r>
            <w:r w:rsidR="00D26204">
              <w:rPr>
                <w:b/>
                <w:sz w:val="22"/>
              </w:rPr>
              <w:t>n</w:t>
            </w:r>
            <w:proofErr w:type="spellEnd"/>
            <w:r w:rsidR="00D26204">
              <w:rPr>
                <w:b/>
                <w:sz w:val="22"/>
              </w:rPr>
              <w:t xml:space="preserve"> </w:t>
            </w:r>
            <w:proofErr w:type="spellStart"/>
            <w:r w:rsidR="00D26204">
              <w:rPr>
                <w:b/>
                <w:sz w:val="22"/>
              </w:rPr>
              <w:t>Sınıf</w:t>
            </w:r>
            <w:proofErr w:type="spellEnd"/>
            <w:r w:rsidR="00D26204">
              <w:rPr>
                <w:b/>
                <w:sz w:val="22"/>
              </w:rPr>
              <w:t xml:space="preserve"> </w:t>
            </w:r>
            <w:proofErr w:type="spellStart"/>
            <w:r w:rsidR="00D26204">
              <w:rPr>
                <w:b/>
                <w:sz w:val="22"/>
              </w:rPr>
              <w:t>D</w:t>
            </w:r>
            <w:r w:rsidR="009B0EE4" w:rsidRPr="00D26204">
              <w:rPr>
                <w:b/>
                <w:sz w:val="22"/>
              </w:rPr>
              <w:t>üzeyi</w:t>
            </w:r>
            <w:proofErr w:type="spellEnd"/>
            <w:r w:rsidR="009B0EE4" w:rsidRPr="00D26204">
              <w:rPr>
                <w:b/>
                <w:sz w:val="22"/>
              </w:rPr>
              <w:t>:</w:t>
            </w:r>
            <w:r w:rsidR="009B0EE4" w:rsidRPr="008D73E8">
              <w:rPr>
                <w:sz w:val="22"/>
              </w:rPr>
              <w:t xml:space="preserve"> </w:t>
            </w:r>
            <w:r w:rsidR="00D26204">
              <w:rPr>
                <w:sz w:val="22"/>
              </w:rPr>
              <w:t>5.Sınıf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Değerlendiren:</w:t>
            </w:r>
            <w:r w:rsidRPr="008D73E8">
              <w:rPr>
                <w:sz w:val="22"/>
              </w:rPr>
              <w:t xml:space="preserve"> ..........................................</w:t>
            </w:r>
          </w:p>
        </w:tc>
        <w:tc>
          <w:tcPr>
            <w:tcW w:w="5103" w:type="dxa"/>
          </w:tcPr>
          <w:p w:rsidR="00AC63BD" w:rsidRPr="008D73E8" w:rsidRDefault="00D26204" w:rsidP="00D26204">
            <w:pPr>
              <w:spacing w:line="360" w:lineRule="auto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Değerlendirme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</w:t>
            </w:r>
            <w:r w:rsidR="009B0EE4" w:rsidRPr="00D26204">
              <w:rPr>
                <w:b/>
                <w:sz w:val="22"/>
              </w:rPr>
              <w:t>arihi</w:t>
            </w:r>
            <w:proofErr w:type="spellEnd"/>
            <w:r w:rsidR="009B0EE4" w:rsidRPr="00D26204">
              <w:rPr>
                <w:b/>
                <w:sz w:val="22"/>
              </w:rPr>
              <w:t>:</w:t>
            </w:r>
            <w:r w:rsidR="009B0EE4" w:rsidRPr="008D73E8">
              <w:rPr>
                <w:sz w:val="22"/>
              </w:rPr>
              <w:t xml:space="preserve"> </w:t>
            </w:r>
            <w:r w:rsidR="00D265CD" w:rsidRPr="008D73E8">
              <w:rPr>
                <w:sz w:val="22"/>
              </w:rPr>
              <w:t>01 /10</w:t>
            </w:r>
            <w:r w:rsidR="009B0EE4" w:rsidRPr="008D73E8">
              <w:rPr>
                <w:sz w:val="22"/>
              </w:rPr>
              <w:t xml:space="preserve"> /</w:t>
            </w:r>
            <w:r w:rsidR="00D265CD" w:rsidRPr="008D73E8">
              <w:rPr>
                <w:sz w:val="22"/>
              </w:rPr>
              <w:t>2026</w:t>
            </w:r>
          </w:p>
        </w:tc>
      </w:tr>
    </w:tbl>
    <w:p w:rsidR="00D265CD" w:rsidRDefault="00D265CD">
      <w:pPr>
        <w:rPr>
          <w:sz w:val="18"/>
        </w:rPr>
      </w:pPr>
    </w:p>
    <w:p w:rsidR="00AC63BD" w:rsidRPr="008D73E8" w:rsidRDefault="003A2DFB">
      <w:pPr>
        <w:rPr>
          <w:sz w:val="22"/>
        </w:rPr>
      </w:pPr>
      <w:proofErr w:type="spellStart"/>
      <w:proofErr w:type="gramStart"/>
      <w:r w:rsidRPr="008D73E8">
        <w:rPr>
          <w:sz w:val="22"/>
        </w:rPr>
        <w:t>Öğrenme</w:t>
      </w:r>
      <w:proofErr w:type="spellEnd"/>
      <w:r w:rsidRPr="008D73E8">
        <w:rPr>
          <w:sz w:val="22"/>
        </w:rPr>
        <w:t xml:space="preserve"> </w:t>
      </w:r>
      <w:proofErr w:type="spellStart"/>
      <w:r w:rsidRPr="008D73E8">
        <w:rPr>
          <w:sz w:val="22"/>
        </w:rPr>
        <w:t>Çıktılarını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ilgili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sınıf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düzeyine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göre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yazınız</w:t>
      </w:r>
      <w:proofErr w:type="spellEnd"/>
      <w:r w:rsidR="009B0EE4" w:rsidRPr="008D73E8">
        <w:rPr>
          <w:sz w:val="22"/>
        </w:rPr>
        <w:t>.</w:t>
      </w:r>
      <w:proofErr w:type="gramEnd"/>
      <w:r w:rsidR="009B0EE4" w:rsidRPr="008D73E8">
        <w:rPr>
          <w:sz w:val="22"/>
        </w:rPr>
        <w:t xml:space="preserve"> </w:t>
      </w:r>
      <w:proofErr w:type="gramStart"/>
      <w:r w:rsidR="009B0EE4" w:rsidRPr="008D73E8">
        <w:rPr>
          <w:sz w:val="22"/>
        </w:rPr>
        <w:t xml:space="preserve">Her </w:t>
      </w:r>
      <w:proofErr w:type="spellStart"/>
      <w:r w:rsidRPr="008D73E8">
        <w:rPr>
          <w:sz w:val="22"/>
        </w:rPr>
        <w:t>öğrenme</w:t>
      </w:r>
      <w:proofErr w:type="spellEnd"/>
      <w:r w:rsidRPr="008D73E8">
        <w:rPr>
          <w:sz w:val="22"/>
        </w:rPr>
        <w:t xml:space="preserve"> </w:t>
      </w:r>
      <w:proofErr w:type="spellStart"/>
      <w:r w:rsidRPr="008D73E8">
        <w:rPr>
          <w:sz w:val="22"/>
        </w:rPr>
        <w:t>çıktısı</w:t>
      </w:r>
      <w:proofErr w:type="spellEnd"/>
      <w:r w:rsidRPr="008D73E8">
        <w:rPr>
          <w:sz w:val="22"/>
        </w:rPr>
        <w:t xml:space="preserve"> </w:t>
      </w:r>
      <w:proofErr w:type="spellStart"/>
      <w:r w:rsidRPr="008D73E8">
        <w:rPr>
          <w:sz w:val="22"/>
        </w:rPr>
        <w:t>için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uygun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değerlendirme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kutusunu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işaretleyiniz</w:t>
      </w:r>
      <w:proofErr w:type="spellEnd"/>
      <w:r w:rsidR="009B0EE4" w:rsidRPr="008D73E8">
        <w:rPr>
          <w:sz w:val="22"/>
        </w:rPr>
        <w:t>.</w:t>
      </w:r>
      <w:proofErr w:type="gramEnd"/>
    </w:p>
    <w:p w:rsidR="00D265CD" w:rsidRDefault="00D265CD"/>
    <w:tbl>
      <w:tblPr>
        <w:tblStyle w:val="TabloKlavuzu"/>
        <w:tblW w:w="0" w:type="auto"/>
        <w:jc w:val="center"/>
        <w:tblLayout w:type="fixed"/>
        <w:tblLook w:val="04A0"/>
      </w:tblPr>
      <w:tblGrid>
        <w:gridCol w:w="6012"/>
        <w:gridCol w:w="4161"/>
      </w:tblGrid>
      <w:tr w:rsidR="00AC63BD" w:rsidTr="00D26204">
        <w:trPr>
          <w:cantSplit/>
          <w:trHeight w:val="649"/>
          <w:jc w:val="center"/>
        </w:trPr>
        <w:tc>
          <w:tcPr>
            <w:tcW w:w="10173" w:type="dxa"/>
            <w:gridSpan w:val="2"/>
            <w:shd w:val="clear" w:color="auto" w:fill="DAEEF3" w:themeFill="accent5" w:themeFillTint="33"/>
          </w:tcPr>
          <w:p w:rsidR="00AC63BD" w:rsidRPr="00AC0ED2" w:rsidRDefault="00B133C5" w:rsidP="00B133C5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Ünite</w:t>
            </w:r>
            <w:proofErr w:type="spellEnd"/>
            <w:r w:rsidRPr="00AC0ED2">
              <w:rPr>
                <w:b/>
                <w:sz w:val="22"/>
              </w:rPr>
              <w:t xml:space="preserve"> / </w:t>
            </w:r>
            <w:proofErr w:type="spellStart"/>
            <w:r w:rsidRPr="00AC0ED2">
              <w:rPr>
                <w:b/>
                <w:sz w:val="22"/>
              </w:rPr>
              <w:t>Tema</w:t>
            </w:r>
            <w:proofErr w:type="spellEnd"/>
            <w:r w:rsidRPr="00AC0ED2">
              <w:rPr>
                <w:b/>
                <w:sz w:val="22"/>
              </w:rPr>
              <w:t xml:space="preserve">: </w:t>
            </w:r>
            <w:r w:rsidRPr="00AC0ED2">
              <w:rPr>
                <w:sz w:val="22"/>
              </w:rPr>
              <w:t>BİRLİKTE YAŞAMAK</w:t>
            </w:r>
            <w:r w:rsidRPr="00AC0ED2">
              <w:rPr>
                <w:b/>
                <w:sz w:val="22"/>
              </w:rPr>
              <w:t xml:space="preserve"> </w:t>
            </w:r>
            <w:r w:rsidR="00AC0ED2">
              <w:rPr>
                <w:b/>
                <w:sz w:val="22"/>
              </w:rPr>
              <w:br/>
            </w:r>
            <w:r w:rsidR="009B0EE4" w:rsidRPr="00AC0ED2">
              <w:rPr>
                <w:b/>
                <w:sz w:val="22"/>
              </w:rPr>
              <w:br/>
            </w:r>
            <w:proofErr w:type="spellStart"/>
            <w:r w:rsidR="009B0EE4" w:rsidRPr="00AC0ED2">
              <w:rPr>
                <w:b/>
                <w:sz w:val="22"/>
              </w:rPr>
              <w:t>Uzun</w:t>
            </w:r>
            <w:proofErr w:type="spellEnd"/>
            <w:r w:rsidR="009B0EE4" w:rsidRPr="00AC0ED2">
              <w:rPr>
                <w:b/>
                <w:sz w:val="22"/>
              </w:rPr>
              <w:t xml:space="preserve"> </w:t>
            </w:r>
            <w:proofErr w:type="spellStart"/>
            <w:r w:rsidR="009B0EE4" w:rsidRPr="00AC0ED2">
              <w:rPr>
                <w:b/>
                <w:sz w:val="22"/>
              </w:rPr>
              <w:t>dönemli</w:t>
            </w:r>
            <w:proofErr w:type="spellEnd"/>
            <w:r w:rsidR="009B0EE4" w:rsidRPr="00AC0ED2">
              <w:rPr>
                <w:b/>
                <w:sz w:val="22"/>
              </w:rPr>
              <w:t xml:space="preserve"> </w:t>
            </w:r>
            <w:proofErr w:type="spellStart"/>
            <w:r w:rsidR="009B0EE4" w:rsidRPr="00AC0ED2">
              <w:rPr>
                <w:b/>
                <w:sz w:val="22"/>
              </w:rPr>
              <w:t>amaç</w:t>
            </w:r>
            <w:proofErr w:type="spellEnd"/>
            <w:r w:rsidR="009B0EE4" w:rsidRPr="00AC0ED2">
              <w:rPr>
                <w:b/>
                <w:sz w:val="22"/>
              </w:rPr>
              <w:t xml:space="preserve">: </w:t>
            </w:r>
            <w:r w:rsidRPr="00AC0ED2">
              <w:rPr>
                <w:sz w:val="22"/>
              </w:rPr>
              <w:t xml:space="preserve">SB.5.1. </w:t>
            </w:r>
            <w:proofErr w:type="spellStart"/>
            <w:r w:rsidRPr="00AC0ED2">
              <w:rPr>
                <w:sz w:val="22"/>
              </w:rPr>
              <w:t>Birlikte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Yaşamak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Öğrenme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Alanı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öğrenme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çıktılarını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ve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süreç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bileşenlerini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kavrar</w:t>
            </w:r>
            <w:proofErr w:type="spellEnd"/>
            <w:r w:rsidRPr="00AC0ED2">
              <w:rPr>
                <w:sz w:val="22"/>
              </w:rPr>
              <w:t>.</w:t>
            </w:r>
            <w:r w:rsidR="00AC0ED2">
              <w:rPr>
                <w:sz w:val="22"/>
              </w:rPr>
              <w:br/>
            </w:r>
          </w:p>
        </w:tc>
      </w:tr>
      <w:tr w:rsidR="00AC63BD" w:rsidTr="00D26204">
        <w:trPr>
          <w:cantSplit/>
          <w:trHeight w:val="362"/>
          <w:jc w:val="center"/>
        </w:trPr>
        <w:tc>
          <w:tcPr>
            <w:tcW w:w="6012" w:type="dxa"/>
            <w:shd w:val="clear" w:color="auto" w:fill="DAEEF3" w:themeFill="accent5" w:themeFillTint="33"/>
          </w:tcPr>
          <w:p w:rsidR="00AC63BD" w:rsidRPr="00AC0ED2" w:rsidRDefault="009B0EE4" w:rsidP="002040D7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Kısa</w:t>
            </w:r>
            <w:proofErr w:type="spellEnd"/>
            <w:r w:rsidRPr="00AC0ED2">
              <w:rPr>
                <w:b/>
                <w:sz w:val="22"/>
              </w:rPr>
              <w:t xml:space="preserve"> </w:t>
            </w:r>
            <w:proofErr w:type="spellStart"/>
            <w:r w:rsidRPr="00AC0ED2">
              <w:rPr>
                <w:b/>
                <w:sz w:val="22"/>
              </w:rPr>
              <w:t>dönemli</w:t>
            </w:r>
            <w:proofErr w:type="spellEnd"/>
            <w:r w:rsidRPr="00AC0ED2">
              <w:rPr>
                <w:b/>
                <w:sz w:val="22"/>
              </w:rPr>
              <w:t xml:space="preserve"> </w:t>
            </w:r>
            <w:proofErr w:type="spellStart"/>
            <w:r w:rsidRPr="00AC0ED2">
              <w:rPr>
                <w:b/>
                <w:sz w:val="22"/>
              </w:rPr>
              <w:t>amaçlar</w:t>
            </w:r>
            <w:proofErr w:type="spellEnd"/>
            <w:r w:rsidRPr="00AC0ED2">
              <w:rPr>
                <w:b/>
                <w:sz w:val="22"/>
              </w:rPr>
              <w:t xml:space="preserve"> / </w:t>
            </w:r>
            <w:proofErr w:type="spellStart"/>
            <w:r w:rsidR="002040D7">
              <w:rPr>
                <w:b/>
                <w:sz w:val="22"/>
              </w:rPr>
              <w:t>Öğrenme</w:t>
            </w:r>
            <w:proofErr w:type="spellEnd"/>
            <w:r w:rsidR="002040D7">
              <w:rPr>
                <w:b/>
                <w:sz w:val="22"/>
              </w:rPr>
              <w:t xml:space="preserve"> Çıktıları</w:t>
            </w:r>
          </w:p>
        </w:tc>
        <w:tc>
          <w:tcPr>
            <w:tcW w:w="4161" w:type="dxa"/>
            <w:shd w:val="clear" w:color="auto" w:fill="DAEEF3" w:themeFill="accent5" w:themeFillTint="33"/>
          </w:tcPr>
          <w:p w:rsidR="00AC63BD" w:rsidRPr="00AC0ED2" w:rsidRDefault="009B0EE4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Değerlendirme</w:t>
            </w:r>
            <w:proofErr w:type="spellEnd"/>
            <w:r w:rsidR="00AC0ED2">
              <w:rPr>
                <w:b/>
                <w:sz w:val="22"/>
              </w:rPr>
              <w:br/>
            </w:r>
          </w:p>
        </w:tc>
      </w:tr>
      <w:tr w:rsidR="003A2DFB" w:rsidTr="00D26204">
        <w:trPr>
          <w:cantSplit/>
          <w:trHeight w:val="757"/>
          <w:jc w:val="center"/>
        </w:trPr>
        <w:tc>
          <w:tcPr>
            <w:tcW w:w="6012" w:type="dxa"/>
            <w:vAlign w:val="center"/>
          </w:tcPr>
          <w:p w:rsidR="003A2DFB" w:rsidRPr="008D73E8" w:rsidRDefault="003A2DFB" w:rsidP="00A9524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  <w:r w:rsidRPr="008D73E8">
              <w:t>SB.5.1.1. Dâhil olduğu gruplar ve bu gruplardaki rolleri arasındaki ilişkileri çözümler.</w:t>
            </w:r>
          </w:p>
        </w:tc>
        <w:tc>
          <w:tcPr>
            <w:tcW w:w="4161" w:type="dxa"/>
          </w:tcPr>
          <w:p w:rsidR="003A2DFB" w:rsidRPr="001F2C0F" w:rsidRDefault="003A2DFB">
            <w:pPr>
              <w:rPr>
                <w:sz w:val="22"/>
              </w:rPr>
            </w:pPr>
            <w:r w:rsidRPr="001F2C0F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1F2C0F">
              <w:rPr>
                <w:sz w:val="22"/>
              </w:rPr>
              <w:t xml:space="preserve"> </w:t>
            </w:r>
            <w:proofErr w:type="spellStart"/>
            <w:r w:rsidRPr="001F2C0F">
              <w:rPr>
                <w:sz w:val="22"/>
              </w:rPr>
              <w:t>Yapıyor</w:t>
            </w:r>
            <w:proofErr w:type="spellEnd"/>
            <w:r w:rsidRPr="001F2C0F">
              <w:rPr>
                <w:sz w:val="22"/>
              </w:rPr>
              <w:br/>
            </w:r>
            <w:r w:rsidRPr="001F2C0F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1F2C0F">
              <w:rPr>
                <w:rFonts w:cs="Arial"/>
                <w:sz w:val="22"/>
              </w:rPr>
              <w:t xml:space="preserve"> </w:t>
            </w:r>
            <w:proofErr w:type="spellStart"/>
            <w:r w:rsidRPr="001F2C0F">
              <w:rPr>
                <w:rFonts w:cs="Arial"/>
                <w:sz w:val="22"/>
              </w:rPr>
              <w:t>Yapamıyor</w:t>
            </w:r>
            <w:proofErr w:type="spellEnd"/>
          </w:p>
        </w:tc>
      </w:tr>
      <w:tr w:rsidR="003A2DFB" w:rsidTr="00D26204">
        <w:trPr>
          <w:cantSplit/>
          <w:trHeight w:val="757"/>
          <w:jc w:val="center"/>
        </w:trPr>
        <w:tc>
          <w:tcPr>
            <w:tcW w:w="6012" w:type="dxa"/>
            <w:vAlign w:val="center"/>
          </w:tcPr>
          <w:p w:rsidR="003A2DFB" w:rsidRPr="008D73E8" w:rsidRDefault="003A2DFB" w:rsidP="00A9524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  <w:r w:rsidRPr="008D73E8">
              <w:t>SB.5.1.2. Kültürel özelliklere saygı duymanın birlikte yaşamaya etkisini yorumlar.</w:t>
            </w:r>
          </w:p>
        </w:tc>
        <w:tc>
          <w:tcPr>
            <w:tcW w:w="4161" w:type="dxa"/>
          </w:tcPr>
          <w:p w:rsidR="003A2DFB" w:rsidRPr="001F2C0F" w:rsidRDefault="003A2DFB">
            <w:pPr>
              <w:rPr>
                <w:sz w:val="22"/>
              </w:rPr>
            </w:pPr>
            <w:r w:rsidRPr="001F2C0F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1F2C0F">
              <w:rPr>
                <w:sz w:val="22"/>
              </w:rPr>
              <w:t xml:space="preserve"> </w:t>
            </w:r>
            <w:proofErr w:type="spellStart"/>
            <w:r w:rsidRPr="001F2C0F">
              <w:rPr>
                <w:sz w:val="22"/>
              </w:rPr>
              <w:t>Yapıyor</w:t>
            </w:r>
            <w:proofErr w:type="spellEnd"/>
            <w:r w:rsidRPr="001F2C0F">
              <w:rPr>
                <w:sz w:val="22"/>
              </w:rPr>
              <w:br/>
            </w:r>
            <w:r w:rsidRPr="001F2C0F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1F2C0F">
              <w:rPr>
                <w:rFonts w:cs="Arial"/>
                <w:sz w:val="22"/>
              </w:rPr>
              <w:t xml:space="preserve"> </w:t>
            </w:r>
            <w:proofErr w:type="spellStart"/>
            <w:r w:rsidRPr="001F2C0F">
              <w:rPr>
                <w:rFonts w:cs="Arial"/>
                <w:sz w:val="22"/>
              </w:rPr>
              <w:t>Yapamıyor</w:t>
            </w:r>
            <w:proofErr w:type="spellEnd"/>
          </w:p>
        </w:tc>
      </w:tr>
    </w:tbl>
    <w:p w:rsidR="00AC63BD" w:rsidRDefault="00AC63BD"/>
    <w:p w:rsidR="00AC63BD" w:rsidRDefault="00AC63BD"/>
    <w:p w:rsidR="00AC63BD" w:rsidRPr="008D73E8" w:rsidRDefault="009B0EE4">
      <w:pPr>
        <w:rPr>
          <w:sz w:val="22"/>
        </w:rPr>
      </w:pPr>
      <w:r w:rsidRPr="008D73E8">
        <w:rPr>
          <w:sz w:val="22"/>
        </w:rPr>
        <w:t>Gözlem / Açıklamalar: ...................................................................................................</w:t>
      </w:r>
      <w:r w:rsidRPr="008D73E8">
        <w:rPr>
          <w:sz w:val="22"/>
        </w:rPr>
        <w:br/>
        <w:t>...........................................................................................................................................</w:t>
      </w:r>
    </w:p>
    <w:p w:rsidR="00AC0ED2" w:rsidRDefault="009B0EE4">
      <w:pPr>
        <w:rPr>
          <w:sz w:val="22"/>
        </w:rPr>
      </w:pPr>
      <w:r w:rsidRPr="008D73E8">
        <w:rPr>
          <w:sz w:val="22"/>
        </w:rPr>
        <w:t xml:space="preserve">Değerlendiren öğretmen: ................................................     </w:t>
      </w:r>
    </w:p>
    <w:p w:rsidR="00AC0ED2" w:rsidRDefault="00AC0ED2">
      <w:pPr>
        <w:rPr>
          <w:sz w:val="22"/>
        </w:rPr>
      </w:pPr>
    </w:p>
    <w:p w:rsidR="00AC63BD" w:rsidRPr="008D73E8" w:rsidRDefault="009B0EE4">
      <w:pPr>
        <w:rPr>
          <w:sz w:val="22"/>
        </w:rPr>
      </w:pPr>
      <w:proofErr w:type="spellStart"/>
      <w:r w:rsidRPr="008D73E8">
        <w:rPr>
          <w:sz w:val="22"/>
        </w:rPr>
        <w:t>İmza</w:t>
      </w:r>
      <w:proofErr w:type="spellEnd"/>
      <w:r w:rsidRPr="008D73E8">
        <w:rPr>
          <w:sz w:val="22"/>
        </w:rPr>
        <w:t>: ........................</w:t>
      </w:r>
    </w:p>
    <w:sectPr w:rsidR="00AC63BD" w:rsidRPr="008D73E8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21CA4"/>
    <w:rsid w:val="00034616"/>
    <w:rsid w:val="0006063C"/>
    <w:rsid w:val="0015074B"/>
    <w:rsid w:val="001F2C0F"/>
    <w:rsid w:val="002040D7"/>
    <w:rsid w:val="0029639D"/>
    <w:rsid w:val="00326F90"/>
    <w:rsid w:val="003A2DFB"/>
    <w:rsid w:val="006113B7"/>
    <w:rsid w:val="008D73E8"/>
    <w:rsid w:val="009B0EE4"/>
    <w:rsid w:val="00AA1D8D"/>
    <w:rsid w:val="00AC0ED2"/>
    <w:rsid w:val="00AC63BD"/>
    <w:rsid w:val="00B133C5"/>
    <w:rsid w:val="00B47730"/>
    <w:rsid w:val="00CB0664"/>
    <w:rsid w:val="00D26204"/>
    <w:rsid w:val="00D265CD"/>
    <w:rsid w:val="00DC7C71"/>
    <w:rsid w:val="00F00ECE"/>
    <w:rsid w:val="00FC693F"/>
    <w:rsid w:val="00FE6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kGlgeleme1">
    <w:name w:val="Açık Gölgeleme1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AkListe1">
    <w:name w:val="Açık Liste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AkListe-Vurgu11">
    <w:name w:val="Açık Liste - Vurgu 1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AkKlavuz1">
    <w:name w:val="Açık Kılavuz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AkKlavuz-Vurgu11">
    <w:name w:val="Açık Kılavuz - Vurgu 1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OrtaGlgeleme11">
    <w:name w:val="Orta Gölgeleme 1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1-Vurgu11">
    <w:name w:val="Orta Gölgeleme 1 - Vurgu 1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-Vurgu11">
    <w:name w:val="Orta Gölgeleme 2 - Vurgu 1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Liste11">
    <w:name w:val="Orta Liste 1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OrtaListe1-Vurgu11">
    <w:name w:val="Orta Liste 1 - Vurgu 1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OrtaListe21">
    <w:name w:val="Orta Liste 2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rtaKlavuz11">
    <w:name w:val="Orta Kılavuz 1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OrtaKlavuz21">
    <w:name w:val="Orta Kılavuz 2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OrtaKlavuz31">
    <w:name w:val="Orta Kılavuz 3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KoyuListe1">
    <w:name w:val="Koyu Liste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RenkliGlgeleme1">
    <w:name w:val="Renkli Gölgeleme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RenkliListe1">
    <w:name w:val="Renkli Liste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RenkliKlavuz1">
    <w:name w:val="Renkli Kılavuz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0">
    <w:name w:val="normal"/>
    <w:rsid w:val="003A2DFB"/>
    <w:pPr>
      <w:widowControl w:val="0"/>
      <w:spacing w:after="0" w:line="288" w:lineRule="auto"/>
    </w:pPr>
    <w:rPr>
      <w:rFonts w:ascii="Arial" w:eastAsia="Arial" w:hAnsi="Arial" w:cs="Arial"/>
      <w:lang w:val="tr-TR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CCB707-0685-45DF-82A1-EE0D1AB01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1306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cp:lastModifiedBy>Zeki</cp:lastModifiedBy>
  <cp:revision>7</cp:revision>
  <dcterms:created xsi:type="dcterms:W3CDTF">2026-10-06T18:31:00Z</dcterms:created>
  <dcterms:modified xsi:type="dcterms:W3CDTF">2026-10-06T18:40:00Z</dcterms:modified>
</cp:coreProperties>
</file>