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9B4" w:rsidRPr="00777DC1" w:rsidRDefault="000A0E9B" w:rsidP="00D70222">
      <w:pPr>
        <w:shd w:val="clear" w:color="auto" w:fill="FFFFFF" w:themeFill="background1"/>
        <w:jc w:val="center"/>
        <w:rPr>
          <w:rFonts w:ascii="Arial" w:hAnsi="Arial" w:cs="Arial"/>
        </w:rPr>
      </w:pPr>
      <w:r w:rsidRPr="00777DC1">
        <w:rPr>
          <w:rFonts w:ascii="Arial" w:hAnsi="Arial" w:cs="Arial"/>
          <w:b/>
        </w:rPr>
        <w:t>2025-2026 EĞİTİM-ÖĞRETİM YILI BAYRAMYAZI ORTAOKULU</w:t>
      </w:r>
      <w:r w:rsidRPr="00777DC1">
        <w:rPr>
          <w:rFonts w:ascii="Arial" w:hAnsi="Arial" w:cs="Arial"/>
          <w:b/>
        </w:rPr>
        <w:br/>
      </w:r>
      <w:r w:rsidRPr="00777DC1">
        <w:rPr>
          <w:rFonts w:ascii="Arial" w:hAnsi="Arial" w:cs="Arial"/>
          <w:b/>
          <w:color w:val="1F4E79"/>
        </w:rPr>
        <w:t xml:space="preserve">TEMEL YAŞAM BECERİLERİ I 1. </w:t>
      </w:r>
      <w:proofErr w:type="gramStart"/>
      <w:r w:rsidRPr="00777DC1">
        <w:rPr>
          <w:rFonts w:ascii="Arial" w:hAnsi="Arial" w:cs="Arial"/>
          <w:b/>
          <w:color w:val="1F4E79"/>
        </w:rPr>
        <w:t>DÖNEM 1.</w:t>
      </w:r>
      <w:proofErr w:type="gramEnd"/>
      <w:r w:rsidRPr="00777DC1">
        <w:rPr>
          <w:rFonts w:ascii="Arial" w:hAnsi="Arial" w:cs="Arial"/>
          <w:b/>
          <w:color w:val="1F4E79"/>
        </w:rPr>
        <w:t xml:space="preserve"> YAZILI SINAVI</w:t>
      </w:r>
    </w:p>
    <w:tbl>
      <w:tblPr>
        <w:tblStyle w:val="TabloKlavuzu"/>
        <w:tblW w:w="0" w:type="auto"/>
        <w:tblLayout w:type="fixed"/>
        <w:tblLook w:val="04A0"/>
      </w:tblPr>
      <w:tblGrid>
        <w:gridCol w:w="1733"/>
        <w:gridCol w:w="4612"/>
        <w:gridCol w:w="3265"/>
        <w:gridCol w:w="1134"/>
      </w:tblGrid>
      <w:tr w:rsidR="008519B4" w:rsidRPr="00777DC1" w:rsidTr="00D11D7C">
        <w:tc>
          <w:tcPr>
            <w:tcW w:w="1733" w:type="dxa"/>
          </w:tcPr>
          <w:p w:rsidR="008519B4" w:rsidRPr="00777DC1" w:rsidRDefault="000A0E9B" w:rsidP="00D70222">
            <w:pPr>
              <w:shd w:val="clear" w:color="auto" w:fill="FFFFFF" w:themeFill="background1"/>
              <w:spacing w:before="40" w:after="40"/>
              <w:rPr>
                <w:rFonts w:ascii="Arial" w:hAnsi="Arial" w:cs="Arial"/>
              </w:rPr>
            </w:pPr>
            <w:proofErr w:type="spellStart"/>
            <w:r w:rsidRPr="00777DC1">
              <w:rPr>
                <w:rFonts w:ascii="Arial" w:hAnsi="Arial" w:cs="Arial"/>
                <w:b/>
              </w:rPr>
              <w:t>Adı</w:t>
            </w:r>
            <w:proofErr w:type="spellEnd"/>
            <w:r w:rsidRPr="00777DC1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777DC1">
              <w:rPr>
                <w:rFonts w:ascii="Arial" w:hAnsi="Arial" w:cs="Arial"/>
                <w:b/>
              </w:rPr>
              <w:t>Soyadı</w:t>
            </w:r>
            <w:proofErr w:type="spellEnd"/>
            <w:r w:rsidRPr="00777DC1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612" w:type="dxa"/>
          </w:tcPr>
          <w:p w:rsidR="008519B4" w:rsidRPr="00777DC1" w:rsidRDefault="008519B4" w:rsidP="00D70222">
            <w:pPr>
              <w:shd w:val="clear" w:color="auto" w:fill="FFFFFF" w:themeFill="background1"/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3265" w:type="dxa"/>
          </w:tcPr>
          <w:p w:rsidR="008519B4" w:rsidRPr="00777DC1" w:rsidRDefault="000A0E9B" w:rsidP="00D70222">
            <w:pPr>
              <w:shd w:val="clear" w:color="auto" w:fill="FFFFFF" w:themeFill="background1"/>
              <w:spacing w:before="40" w:after="40"/>
              <w:rPr>
                <w:rFonts w:ascii="Arial" w:hAnsi="Arial" w:cs="Arial"/>
              </w:rPr>
            </w:pPr>
            <w:r w:rsidRPr="00777DC1">
              <w:rPr>
                <w:rFonts w:ascii="Arial" w:hAnsi="Arial" w:cs="Arial"/>
                <w:b/>
              </w:rPr>
              <w:t>Sınıfı / Şubesi:</w:t>
            </w:r>
          </w:p>
        </w:tc>
        <w:tc>
          <w:tcPr>
            <w:tcW w:w="1134" w:type="dxa"/>
          </w:tcPr>
          <w:p w:rsidR="008519B4" w:rsidRPr="00777DC1" w:rsidRDefault="008519B4" w:rsidP="00D70222">
            <w:pPr>
              <w:shd w:val="clear" w:color="auto" w:fill="FFFFFF" w:themeFill="background1"/>
              <w:spacing w:before="40" w:after="40"/>
              <w:rPr>
                <w:rFonts w:ascii="Arial" w:hAnsi="Arial" w:cs="Arial"/>
              </w:rPr>
            </w:pPr>
          </w:p>
        </w:tc>
      </w:tr>
      <w:tr w:rsidR="008519B4" w:rsidRPr="00777DC1" w:rsidTr="00D11D7C">
        <w:tc>
          <w:tcPr>
            <w:tcW w:w="1733" w:type="dxa"/>
          </w:tcPr>
          <w:p w:rsidR="008519B4" w:rsidRPr="00777DC1" w:rsidRDefault="000A0E9B" w:rsidP="00D70222">
            <w:pPr>
              <w:shd w:val="clear" w:color="auto" w:fill="FFFFFF" w:themeFill="background1"/>
              <w:spacing w:before="40" w:after="40"/>
              <w:rPr>
                <w:rFonts w:ascii="Arial" w:hAnsi="Arial" w:cs="Arial"/>
              </w:rPr>
            </w:pPr>
            <w:r w:rsidRPr="00777DC1">
              <w:rPr>
                <w:rFonts w:ascii="Arial" w:hAnsi="Arial" w:cs="Arial"/>
                <w:b/>
              </w:rPr>
              <w:t>Okul No:</w:t>
            </w:r>
          </w:p>
        </w:tc>
        <w:tc>
          <w:tcPr>
            <w:tcW w:w="4612" w:type="dxa"/>
          </w:tcPr>
          <w:p w:rsidR="008519B4" w:rsidRPr="00777DC1" w:rsidRDefault="008519B4" w:rsidP="00D70222">
            <w:pPr>
              <w:shd w:val="clear" w:color="auto" w:fill="FFFFFF" w:themeFill="background1"/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3265" w:type="dxa"/>
          </w:tcPr>
          <w:p w:rsidR="008519B4" w:rsidRPr="00777DC1" w:rsidRDefault="000A0E9B" w:rsidP="00D70222">
            <w:pPr>
              <w:shd w:val="clear" w:color="auto" w:fill="FFFFFF" w:themeFill="background1"/>
              <w:spacing w:before="40" w:after="40"/>
              <w:rPr>
                <w:rFonts w:ascii="Arial" w:hAnsi="Arial" w:cs="Arial"/>
              </w:rPr>
            </w:pPr>
            <w:r w:rsidRPr="00777DC1">
              <w:rPr>
                <w:rFonts w:ascii="Arial" w:hAnsi="Arial" w:cs="Arial"/>
                <w:b/>
              </w:rPr>
              <w:t>Aldığı Puan:</w:t>
            </w:r>
          </w:p>
        </w:tc>
        <w:tc>
          <w:tcPr>
            <w:tcW w:w="1134" w:type="dxa"/>
          </w:tcPr>
          <w:p w:rsidR="008519B4" w:rsidRPr="00777DC1" w:rsidRDefault="008519B4" w:rsidP="00D70222">
            <w:pPr>
              <w:shd w:val="clear" w:color="auto" w:fill="FFFFFF" w:themeFill="background1"/>
              <w:spacing w:before="40" w:after="40"/>
              <w:rPr>
                <w:rFonts w:ascii="Arial" w:hAnsi="Arial" w:cs="Arial"/>
              </w:rPr>
            </w:pPr>
          </w:p>
        </w:tc>
      </w:tr>
    </w:tbl>
    <w:p w:rsidR="008519B4" w:rsidRDefault="008519B4" w:rsidP="00D70222">
      <w:pPr>
        <w:shd w:val="clear" w:color="auto" w:fill="FFFFFF" w:themeFill="background1"/>
        <w:rPr>
          <w:rFonts w:ascii="Arial" w:hAnsi="Arial" w:cs="Arial"/>
        </w:rPr>
      </w:pPr>
    </w:p>
    <w:tbl>
      <w:tblPr>
        <w:tblStyle w:val="TabloKlavuzu"/>
        <w:tblW w:w="0" w:type="auto"/>
        <w:tblLayout w:type="fixed"/>
        <w:tblLook w:val="04A0"/>
      </w:tblPr>
      <w:tblGrid>
        <w:gridCol w:w="1067"/>
        <w:gridCol w:w="1067"/>
        <w:gridCol w:w="1068"/>
        <w:gridCol w:w="1068"/>
        <w:gridCol w:w="1068"/>
        <w:gridCol w:w="1068"/>
        <w:gridCol w:w="1068"/>
        <w:gridCol w:w="1068"/>
        <w:gridCol w:w="1068"/>
        <w:gridCol w:w="1130"/>
      </w:tblGrid>
      <w:tr w:rsidR="00D70222" w:rsidTr="00E04E36">
        <w:tc>
          <w:tcPr>
            <w:tcW w:w="1067" w:type="dxa"/>
            <w:vMerge w:val="restart"/>
          </w:tcPr>
          <w:p w:rsidR="00D70222" w:rsidRPr="006B322B" w:rsidRDefault="00D70222" w:rsidP="006B322B">
            <w:pPr>
              <w:shd w:val="clear" w:color="auto" w:fill="FFFFFF" w:themeFill="background1"/>
              <w:jc w:val="center"/>
              <w:rPr>
                <w:rFonts w:ascii="Arial" w:hAnsi="Arial" w:cs="Arial"/>
                <w:b/>
              </w:rPr>
            </w:pPr>
            <w:r w:rsidRPr="006B322B">
              <w:rPr>
                <w:rFonts w:ascii="Arial" w:hAnsi="Arial" w:cs="Arial"/>
                <w:b/>
              </w:rPr>
              <w:t>PUAN</w:t>
            </w:r>
          </w:p>
        </w:tc>
        <w:tc>
          <w:tcPr>
            <w:tcW w:w="1067" w:type="dxa"/>
          </w:tcPr>
          <w:p w:rsidR="00D70222" w:rsidRPr="006B322B" w:rsidRDefault="00D70222" w:rsidP="006B322B">
            <w:pPr>
              <w:shd w:val="clear" w:color="auto" w:fill="FFFFFF" w:themeFill="background1"/>
              <w:jc w:val="center"/>
              <w:rPr>
                <w:rFonts w:ascii="Arial" w:hAnsi="Arial" w:cs="Arial"/>
                <w:b/>
              </w:rPr>
            </w:pPr>
            <w:r w:rsidRPr="006B322B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1068" w:type="dxa"/>
          </w:tcPr>
          <w:p w:rsidR="00D70222" w:rsidRPr="006B322B" w:rsidRDefault="00D70222" w:rsidP="006B322B">
            <w:pPr>
              <w:shd w:val="clear" w:color="auto" w:fill="FFFFFF" w:themeFill="background1"/>
              <w:jc w:val="center"/>
              <w:rPr>
                <w:rFonts w:ascii="Arial" w:hAnsi="Arial" w:cs="Arial"/>
                <w:b/>
              </w:rPr>
            </w:pPr>
            <w:r w:rsidRPr="006B322B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068" w:type="dxa"/>
          </w:tcPr>
          <w:p w:rsidR="00D70222" w:rsidRPr="006B322B" w:rsidRDefault="00D70222" w:rsidP="006B322B">
            <w:pPr>
              <w:shd w:val="clear" w:color="auto" w:fill="FFFFFF" w:themeFill="background1"/>
              <w:jc w:val="center"/>
              <w:rPr>
                <w:rFonts w:ascii="Arial" w:hAnsi="Arial" w:cs="Arial"/>
                <w:b/>
              </w:rPr>
            </w:pPr>
            <w:r w:rsidRPr="006B322B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068" w:type="dxa"/>
          </w:tcPr>
          <w:p w:rsidR="00D70222" w:rsidRPr="006B322B" w:rsidRDefault="00D70222" w:rsidP="006B322B">
            <w:pPr>
              <w:shd w:val="clear" w:color="auto" w:fill="FFFFFF" w:themeFill="background1"/>
              <w:jc w:val="center"/>
              <w:rPr>
                <w:rFonts w:ascii="Arial" w:hAnsi="Arial" w:cs="Arial"/>
                <w:b/>
              </w:rPr>
            </w:pPr>
            <w:r w:rsidRPr="006B322B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1068" w:type="dxa"/>
          </w:tcPr>
          <w:p w:rsidR="00D70222" w:rsidRPr="006B322B" w:rsidRDefault="00D70222" w:rsidP="006B322B">
            <w:pPr>
              <w:shd w:val="clear" w:color="auto" w:fill="FFFFFF" w:themeFill="background1"/>
              <w:jc w:val="center"/>
              <w:rPr>
                <w:rFonts w:ascii="Arial" w:hAnsi="Arial" w:cs="Arial"/>
                <w:b/>
              </w:rPr>
            </w:pPr>
            <w:r w:rsidRPr="006B322B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1068" w:type="dxa"/>
          </w:tcPr>
          <w:p w:rsidR="00D70222" w:rsidRPr="006B322B" w:rsidRDefault="00D70222" w:rsidP="006B322B">
            <w:pPr>
              <w:shd w:val="clear" w:color="auto" w:fill="FFFFFF" w:themeFill="background1"/>
              <w:jc w:val="center"/>
              <w:rPr>
                <w:rFonts w:ascii="Arial" w:hAnsi="Arial" w:cs="Arial"/>
                <w:b/>
              </w:rPr>
            </w:pPr>
            <w:r w:rsidRPr="006B322B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1068" w:type="dxa"/>
          </w:tcPr>
          <w:p w:rsidR="00D70222" w:rsidRPr="006B322B" w:rsidRDefault="00D70222" w:rsidP="006B322B">
            <w:pPr>
              <w:shd w:val="clear" w:color="auto" w:fill="FFFFFF" w:themeFill="background1"/>
              <w:jc w:val="center"/>
              <w:rPr>
                <w:rFonts w:ascii="Arial" w:hAnsi="Arial" w:cs="Arial"/>
                <w:b/>
              </w:rPr>
            </w:pPr>
            <w:r w:rsidRPr="006B322B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1068" w:type="dxa"/>
          </w:tcPr>
          <w:p w:rsidR="00D70222" w:rsidRPr="006B322B" w:rsidRDefault="00D70222" w:rsidP="006B322B">
            <w:pPr>
              <w:shd w:val="clear" w:color="auto" w:fill="FFFFFF" w:themeFill="background1"/>
              <w:jc w:val="center"/>
              <w:rPr>
                <w:rFonts w:ascii="Arial" w:hAnsi="Arial" w:cs="Arial"/>
                <w:b/>
              </w:rPr>
            </w:pPr>
            <w:r w:rsidRPr="006B322B"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1130" w:type="dxa"/>
          </w:tcPr>
          <w:p w:rsidR="00D70222" w:rsidRPr="006B322B" w:rsidRDefault="00D70222" w:rsidP="006B322B">
            <w:pPr>
              <w:shd w:val="clear" w:color="auto" w:fill="FFFFFF" w:themeFill="background1"/>
              <w:jc w:val="center"/>
              <w:rPr>
                <w:rFonts w:ascii="Arial" w:hAnsi="Arial" w:cs="Arial"/>
                <w:b/>
              </w:rPr>
            </w:pPr>
            <w:r w:rsidRPr="006B322B">
              <w:rPr>
                <w:rFonts w:ascii="Arial" w:hAnsi="Arial" w:cs="Arial"/>
                <w:b/>
              </w:rPr>
              <w:t>9</w:t>
            </w:r>
          </w:p>
        </w:tc>
      </w:tr>
      <w:tr w:rsidR="00D70222" w:rsidTr="00E04E36">
        <w:tc>
          <w:tcPr>
            <w:tcW w:w="1067" w:type="dxa"/>
            <w:vMerge/>
          </w:tcPr>
          <w:p w:rsidR="00D70222" w:rsidRDefault="00D70222" w:rsidP="00E04E3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1067" w:type="dxa"/>
          </w:tcPr>
          <w:p w:rsidR="00D70222" w:rsidRDefault="006B322B" w:rsidP="00E04E36">
            <w:pPr>
              <w:shd w:val="clear" w:color="auto" w:fill="FFFFFF" w:themeFill="background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068" w:type="dxa"/>
          </w:tcPr>
          <w:p w:rsidR="00D70222" w:rsidRDefault="006B322B" w:rsidP="00E04E36">
            <w:pPr>
              <w:shd w:val="clear" w:color="auto" w:fill="FFFFFF" w:themeFill="background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068" w:type="dxa"/>
          </w:tcPr>
          <w:p w:rsidR="00D70222" w:rsidRDefault="006B322B" w:rsidP="00E04E36">
            <w:pPr>
              <w:shd w:val="clear" w:color="auto" w:fill="FFFFFF" w:themeFill="background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068" w:type="dxa"/>
          </w:tcPr>
          <w:p w:rsidR="00D70222" w:rsidRDefault="006B322B" w:rsidP="00E04E36">
            <w:pPr>
              <w:shd w:val="clear" w:color="auto" w:fill="FFFFFF" w:themeFill="background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068" w:type="dxa"/>
          </w:tcPr>
          <w:p w:rsidR="00D70222" w:rsidRDefault="006B322B" w:rsidP="00E04E36">
            <w:pPr>
              <w:shd w:val="clear" w:color="auto" w:fill="FFFFFF" w:themeFill="background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068" w:type="dxa"/>
          </w:tcPr>
          <w:p w:rsidR="00D70222" w:rsidRDefault="006B322B" w:rsidP="00E04E36">
            <w:pPr>
              <w:shd w:val="clear" w:color="auto" w:fill="FFFFFF" w:themeFill="background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068" w:type="dxa"/>
          </w:tcPr>
          <w:p w:rsidR="00D70222" w:rsidRDefault="006B322B" w:rsidP="00E04E36">
            <w:pPr>
              <w:shd w:val="clear" w:color="auto" w:fill="FFFFFF" w:themeFill="background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068" w:type="dxa"/>
          </w:tcPr>
          <w:p w:rsidR="00D70222" w:rsidRDefault="006B322B" w:rsidP="00E04E36">
            <w:pPr>
              <w:shd w:val="clear" w:color="auto" w:fill="FFFFFF" w:themeFill="background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130" w:type="dxa"/>
          </w:tcPr>
          <w:p w:rsidR="00D70222" w:rsidRDefault="006B322B" w:rsidP="00E04E36">
            <w:pPr>
              <w:shd w:val="clear" w:color="auto" w:fill="FFFFFF" w:themeFill="background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</w:tr>
    </w:tbl>
    <w:p w:rsidR="00D70222" w:rsidRPr="00777DC1" w:rsidRDefault="00D70222" w:rsidP="00D70222">
      <w:pPr>
        <w:shd w:val="clear" w:color="auto" w:fill="FFFFFF" w:themeFill="background1"/>
        <w:rPr>
          <w:rFonts w:ascii="Arial" w:hAnsi="Arial" w:cs="Arial"/>
        </w:rPr>
      </w:pPr>
    </w:p>
    <w:tbl>
      <w:tblPr>
        <w:tblW w:w="0" w:type="auto"/>
        <w:jc w:val="center"/>
        <w:shd w:val="clear" w:color="auto" w:fill="FFFFFF" w:themeFill="background1"/>
        <w:tblLayout w:type="fixed"/>
        <w:tblLook w:val="04A0"/>
      </w:tblPr>
      <w:tblGrid>
        <w:gridCol w:w="9360"/>
      </w:tblGrid>
      <w:tr w:rsidR="008519B4" w:rsidRPr="00777DC1" w:rsidTr="00BD1422">
        <w:trPr>
          <w:jc w:val="center"/>
        </w:trPr>
        <w:tc>
          <w:tcPr>
            <w:tcW w:w="9360" w:type="dxa"/>
            <w:shd w:val="clear" w:color="auto" w:fill="FFFFFF" w:themeFill="background1"/>
          </w:tcPr>
          <w:p w:rsidR="008519B4" w:rsidRPr="00777DC1" w:rsidRDefault="000A0E9B" w:rsidP="00D70222">
            <w:pPr>
              <w:shd w:val="clear" w:color="auto" w:fill="FFFFFF" w:themeFill="background1"/>
              <w:spacing w:before="80" w:after="80"/>
              <w:ind w:right="144"/>
              <w:rPr>
                <w:rFonts w:ascii="Arial" w:hAnsi="Arial" w:cs="Arial"/>
              </w:rPr>
            </w:pPr>
            <w:proofErr w:type="spellStart"/>
            <w:r w:rsidRPr="00777DC1">
              <w:rPr>
                <w:rFonts w:ascii="Arial" w:hAnsi="Arial" w:cs="Arial"/>
                <w:b/>
                <w:color w:val="1F4E79"/>
              </w:rPr>
              <w:t>Soru</w:t>
            </w:r>
            <w:proofErr w:type="spellEnd"/>
            <w:r w:rsidRPr="00777DC1">
              <w:rPr>
                <w:rFonts w:ascii="Arial" w:hAnsi="Arial" w:cs="Arial"/>
                <w:b/>
                <w:color w:val="1F4E79"/>
              </w:rPr>
              <w:t xml:space="preserve"> 1</w:t>
            </w:r>
            <w:r w:rsidR="00777DC1" w:rsidRPr="00777DC1">
              <w:rPr>
                <w:rFonts w:ascii="Arial" w:hAnsi="Arial" w:cs="Arial"/>
                <w:b/>
                <w:color w:val="1F4E79"/>
              </w:rPr>
              <w:t xml:space="preserve">. </w:t>
            </w:r>
            <w:proofErr w:type="spellStart"/>
            <w:r w:rsidRPr="00777DC1">
              <w:rPr>
                <w:rFonts w:ascii="Arial" w:hAnsi="Arial" w:cs="Arial"/>
                <w:i/>
              </w:rPr>
              <w:t>Duygu</w:t>
            </w:r>
            <w:proofErr w:type="spellEnd"/>
            <w:r w:rsidRPr="00777DC1">
              <w:rPr>
                <w:rFonts w:ascii="Arial" w:hAnsi="Arial" w:cs="Arial"/>
                <w:i/>
              </w:rPr>
              <w:t xml:space="preserve">, </w:t>
            </w:r>
            <w:proofErr w:type="spellStart"/>
            <w:r w:rsidRPr="00777DC1">
              <w:rPr>
                <w:rFonts w:ascii="Arial" w:hAnsi="Arial" w:cs="Arial"/>
                <w:i/>
              </w:rPr>
              <w:t>düşünce</w:t>
            </w:r>
            <w:proofErr w:type="spellEnd"/>
            <w:r w:rsidRPr="00777DC1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777DC1">
              <w:rPr>
                <w:rFonts w:ascii="Arial" w:hAnsi="Arial" w:cs="Arial"/>
                <w:i/>
              </w:rPr>
              <w:t>veya</w:t>
            </w:r>
            <w:proofErr w:type="spellEnd"/>
            <w:r w:rsidRPr="00777DC1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777DC1">
              <w:rPr>
                <w:rFonts w:ascii="Arial" w:hAnsi="Arial" w:cs="Arial"/>
                <w:i/>
              </w:rPr>
              <w:t>bilgilerin</w:t>
            </w:r>
            <w:proofErr w:type="spellEnd"/>
            <w:r w:rsidRPr="00777DC1">
              <w:rPr>
                <w:rFonts w:ascii="Arial" w:hAnsi="Arial" w:cs="Arial"/>
                <w:i/>
              </w:rPr>
              <w:t xml:space="preserve"> akla gelebilecek her türlü yolla başkalarına aktarılmasına iletişim denir. İletişim süreci bazı öğelerden oluşur.</w:t>
            </w:r>
            <w:r w:rsidRPr="00777DC1">
              <w:rPr>
                <w:rFonts w:ascii="Arial" w:hAnsi="Arial" w:cs="Arial"/>
                <w:i/>
              </w:rPr>
              <w:br/>
            </w:r>
            <w:r w:rsidRPr="00777DC1">
              <w:rPr>
                <w:rFonts w:ascii="Arial" w:hAnsi="Arial" w:cs="Arial"/>
                <w:b/>
              </w:rPr>
              <w:t xml:space="preserve">Buna </w:t>
            </w:r>
            <w:proofErr w:type="spellStart"/>
            <w:r w:rsidRPr="00777DC1">
              <w:rPr>
                <w:rFonts w:ascii="Arial" w:hAnsi="Arial" w:cs="Arial"/>
                <w:b/>
              </w:rPr>
              <w:t>göre</w:t>
            </w:r>
            <w:proofErr w:type="spellEnd"/>
            <w:r w:rsidRPr="00777DC1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777DC1">
              <w:rPr>
                <w:rFonts w:ascii="Arial" w:hAnsi="Arial" w:cs="Arial"/>
                <w:b/>
              </w:rPr>
              <w:t>iletişimin</w:t>
            </w:r>
            <w:proofErr w:type="spellEnd"/>
            <w:r w:rsidRPr="00777DC1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777DC1">
              <w:rPr>
                <w:rFonts w:ascii="Arial" w:hAnsi="Arial" w:cs="Arial"/>
                <w:b/>
              </w:rPr>
              <w:t>öğelerini</w:t>
            </w:r>
            <w:proofErr w:type="spellEnd"/>
            <w:r w:rsidRPr="00777DC1">
              <w:rPr>
                <w:rFonts w:ascii="Arial" w:hAnsi="Arial" w:cs="Arial"/>
                <w:b/>
              </w:rPr>
              <w:t xml:space="preserve"> yazınız.</w:t>
            </w:r>
          </w:p>
        </w:tc>
      </w:tr>
    </w:tbl>
    <w:p w:rsidR="008519B4" w:rsidRDefault="00D11D7C" w:rsidP="00D70222">
      <w:pPr>
        <w:shd w:val="clear" w:color="auto" w:fill="FFFFFF" w:themeFill="background1"/>
        <w:spacing w:before="80" w:after="240" w:line="360" w:lineRule="exact"/>
        <w:rPr>
          <w:rFonts w:ascii="Arial" w:hAnsi="Arial" w:cs="Arial"/>
        </w:rPr>
      </w:pPr>
      <w:r w:rsidRPr="00777DC1">
        <w:rPr>
          <w:rFonts w:ascii="Arial" w:hAnsi="Arial" w:cs="Arial"/>
          <w:color w:val="A6A6A6"/>
        </w:rPr>
        <w:t>CEVAP:</w:t>
      </w:r>
      <w:r w:rsidRPr="00777DC1">
        <w:rPr>
          <w:rFonts w:ascii="Arial" w:hAnsi="Arial" w:cs="Arial"/>
          <w:color w:val="A6A6A6"/>
        </w:rPr>
        <w:br/>
      </w:r>
    </w:p>
    <w:p w:rsidR="00F54A20" w:rsidRPr="00777DC1" w:rsidRDefault="00F54A20" w:rsidP="00D70222">
      <w:pPr>
        <w:shd w:val="clear" w:color="auto" w:fill="FFFFFF" w:themeFill="background1"/>
        <w:spacing w:before="80" w:after="240" w:line="360" w:lineRule="exact"/>
        <w:rPr>
          <w:rFonts w:ascii="Arial" w:hAnsi="Arial" w:cs="Arial"/>
        </w:rPr>
      </w:pPr>
    </w:p>
    <w:tbl>
      <w:tblPr>
        <w:tblW w:w="0" w:type="auto"/>
        <w:jc w:val="center"/>
        <w:shd w:val="clear" w:color="auto" w:fill="FFFFFF" w:themeFill="background1"/>
        <w:tblLayout w:type="fixed"/>
        <w:tblLook w:val="04A0"/>
      </w:tblPr>
      <w:tblGrid>
        <w:gridCol w:w="9360"/>
      </w:tblGrid>
      <w:tr w:rsidR="008519B4" w:rsidRPr="00777DC1" w:rsidTr="00BD1422">
        <w:trPr>
          <w:jc w:val="center"/>
        </w:trPr>
        <w:tc>
          <w:tcPr>
            <w:tcW w:w="9360" w:type="dxa"/>
            <w:shd w:val="clear" w:color="auto" w:fill="FFFFFF" w:themeFill="background1"/>
          </w:tcPr>
          <w:p w:rsidR="008519B4" w:rsidRPr="00777DC1" w:rsidRDefault="000A0E9B" w:rsidP="00D70222">
            <w:pPr>
              <w:shd w:val="clear" w:color="auto" w:fill="FFFFFF" w:themeFill="background1"/>
              <w:spacing w:before="80" w:after="80"/>
              <w:ind w:right="144"/>
              <w:rPr>
                <w:rFonts w:ascii="Arial" w:hAnsi="Arial" w:cs="Arial"/>
              </w:rPr>
            </w:pPr>
            <w:proofErr w:type="spellStart"/>
            <w:r w:rsidRPr="00777DC1">
              <w:rPr>
                <w:rFonts w:ascii="Arial" w:hAnsi="Arial" w:cs="Arial"/>
                <w:b/>
                <w:color w:val="1F4E79"/>
              </w:rPr>
              <w:t>Soru</w:t>
            </w:r>
            <w:proofErr w:type="spellEnd"/>
            <w:r w:rsidRPr="00777DC1">
              <w:rPr>
                <w:rFonts w:ascii="Arial" w:hAnsi="Arial" w:cs="Arial"/>
                <w:b/>
                <w:color w:val="1F4E79"/>
              </w:rPr>
              <w:t xml:space="preserve"> 2 </w:t>
            </w:r>
            <w:proofErr w:type="spellStart"/>
            <w:r w:rsidRPr="00777DC1">
              <w:rPr>
                <w:rFonts w:ascii="Arial" w:hAnsi="Arial" w:cs="Arial"/>
                <w:i/>
              </w:rPr>
              <w:t>İletişimi</w:t>
            </w:r>
            <w:proofErr w:type="spellEnd"/>
            <w:r w:rsidRPr="00777DC1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777DC1">
              <w:rPr>
                <w:rFonts w:ascii="Arial" w:hAnsi="Arial" w:cs="Arial"/>
                <w:i/>
              </w:rPr>
              <w:t>başlatan</w:t>
            </w:r>
            <w:proofErr w:type="spellEnd"/>
            <w:r w:rsidRPr="00777DC1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777DC1">
              <w:rPr>
                <w:rFonts w:ascii="Arial" w:hAnsi="Arial" w:cs="Arial"/>
                <w:i/>
              </w:rPr>
              <w:t>ve</w:t>
            </w:r>
            <w:proofErr w:type="spellEnd"/>
            <w:r w:rsidRPr="00777DC1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777DC1">
              <w:rPr>
                <w:rFonts w:ascii="Arial" w:hAnsi="Arial" w:cs="Arial"/>
                <w:i/>
              </w:rPr>
              <w:t>mesajı</w:t>
            </w:r>
            <w:proofErr w:type="spellEnd"/>
            <w:r w:rsidRPr="00777DC1">
              <w:rPr>
                <w:rFonts w:ascii="Arial" w:hAnsi="Arial" w:cs="Arial"/>
                <w:i/>
              </w:rPr>
              <w:t xml:space="preserve"> gönderen kişidir. Yani iletişimin çıkış noktasıdır. Ders anlatan bir öğretmen, haber sunan bir spiker gibi.</w:t>
            </w:r>
            <w:r w:rsidRPr="00777DC1">
              <w:rPr>
                <w:rFonts w:ascii="Arial" w:hAnsi="Arial" w:cs="Arial"/>
                <w:i/>
              </w:rPr>
              <w:br/>
            </w:r>
            <w:proofErr w:type="spellStart"/>
            <w:r w:rsidRPr="00777DC1">
              <w:rPr>
                <w:rFonts w:ascii="Arial" w:hAnsi="Arial" w:cs="Arial"/>
                <w:b/>
              </w:rPr>
              <w:t>Yukarıdaki</w:t>
            </w:r>
            <w:proofErr w:type="spellEnd"/>
            <w:r w:rsidRPr="00777DC1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777DC1">
              <w:rPr>
                <w:rFonts w:ascii="Arial" w:hAnsi="Arial" w:cs="Arial"/>
                <w:b/>
              </w:rPr>
              <w:t>ifadelerde</w:t>
            </w:r>
            <w:proofErr w:type="spellEnd"/>
            <w:r w:rsidRPr="00777DC1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777DC1">
              <w:rPr>
                <w:rFonts w:ascii="Arial" w:hAnsi="Arial" w:cs="Arial"/>
                <w:b/>
              </w:rPr>
              <w:t>iletişimin</w:t>
            </w:r>
            <w:proofErr w:type="spellEnd"/>
            <w:r w:rsidRPr="00777DC1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777DC1">
              <w:rPr>
                <w:rFonts w:ascii="Arial" w:hAnsi="Arial" w:cs="Arial"/>
                <w:b/>
              </w:rPr>
              <w:t>hangi</w:t>
            </w:r>
            <w:proofErr w:type="spellEnd"/>
            <w:r w:rsidRPr="00777DC1">
              <w:rPr>
                <w:rFonts w:ascii="Arial" w:hAnsi="Arial" w:cs="Arial"/>
                <w:b/>
              </w:rPr>
              <w:t xml:space="preserve"> öğesi anlatılmıştır? Yazınız.</w:t>
            </w:r>
          </w:p>
        </w:tc>
      </w:tr>
    </w:tbl>
    <w:p w:rsidR="008519B4" w:rsidRDefault="00D11D7C" w:rsidP="00D70222">
      <w:pPr>
        <w:shd w:val="clear" w:color="auto" w:fill="FFFFFF" w:themeFill="background1"/>
        <w:spacing w:before="80" w:after="240" w:line="360" w:lineRule="exact"/>
        <w:rPr>
          <w:rFonts w:ascii="Arial" w:hAnsi="Arial" w:cs="Arial"/>
        </w:rPr>
      </w:pPr>
      <w:r w:rsidRPr="00777DC1">
        <w:rPr>
          <w:rFonts w:ascii="Arial" w:hAnsi="Arial" w:cs="Arial"/>
          <w:color w:val="A6A6A6"/>
        </w:rPr>
        <w:t>CEVAP:</w:t>
      </w:r>
      <w:r w:rsidRPr="00777DC1">
        <w:rPr>
          <w:rFonts w:ascii="Arial" w:hAnsi="Arial" w:cs="Arial"/>
          <w:color w:val="A6A6A6"/>
        </w:rPr>
        <w:br/>
      </w:r>
    </w:p>
    <w:p w:rsidR="00F54A20" w:rsidRPr="00777DC1" w:rsidRDefault="00F54A20" w:rsidP="00D70222">
      <w:pPr>
        <w:shd w:val="clear" w:color="auto" w:fill="FFFFFF" w:themeFill="background1"/>
        <w:spacing w:before="80" w:after="240" w:line="360" w:lineRule="exact"/>
        <w:rPr>
          <w:rFonts w:ascii="Arial" w:hAnsi="Arial" w:cs="Arial"/>
        </w:rPr>
      </w:pPr>
    </w:p>
    <w:tbl>
      <w:tblPr>
        <w:tblW w:w="0" w:type="auto"/>
        <w:jc w:val="center"/>
        <w:tblInd w:w="-589" w:type="dxa"/>
        <w:shd w:val="clear" w:color="auto" w:fill="FFFFFF" w:themeFill="background1"/>
        <w:tblLayout w:type="fixed"/>
        <w:tblLook w:val="04A0"/>
      </w:tblPr>
      <w:tblGrid>
        <w:gridCol w:w="9949"/>
      </w:tblGrid>
      <w:tr w:rsidR="008519B4" w:rsidRPr="00777DC1" w:rsidTr="00BD1422">
        <w:trPr>
          <w:jc w:val="center"/>
        </w:trPr>
        <w:tc>
          <w:tcPr>
            <w:tcW w:w="9949" w:type="dxa"/>
            <w:shd w:val="clear" w:color="auto" w:fill="FFFFFF" w:themeFill="background1"/>
          </w:tcPr>
          <w:p w:rsidR="008519B4" w:rsidRPr="00777DC1" w:rsidRDefault="000A0E9B" w:rsidP="00D70222">
            <w:pPr>
              <w:shd w:val="clear" w:color="auto" w:fill="FFFFFF" w:themeFill="background1"/>
              <w:spacing w:before="80" w:after="80"/>
              <w:ind w:left="144" w:right="144"/>
              <w:rPr>
                <w:rFonts w:ascii="Arial" w:hAnsi="Arial" w:cs="Arial"/>
              </w:rPr>
            </w:pPr>
            <w:proofErr w:type="spellStart"/>
            <w:r w:rsidRPr="00777DC1">
              <w:rPr>
                <w:rFonts w:ascii="Arial" w:hAnsi="Arial" w:cs="Arial"/>
                <w:b/>
                <w:color w:val="1F4E79"/>
              </w:rPr>
              <w:t>Soru</w:t>
            </w:r>
            <w:proofErr w:type="spellEnd"/>
            <w:r w:rsidRPr="00777DC1">
              <w:rPr>
                <w:rFonts w:ascii="Arial" w:hAnsi="Arial" w:cs="Arial"/>
                <w:b/>
                <w:color w:val="1F4E79"/>
              </w:rPr>
              <w:t xml:space="preserve"> 3</w:t>
            </w:r>
            <w:r w:rsidR="00486865" w:rsidRPr="00777DC1">
              <w:rPr>
                <w:rFonts w:ascii="Arial" w:hAnsi="Arial" w:cs="Arial"/>
                <w:b/>
                <w:color w:val="1F4E79"/>
              </w:rPr>
              <w:t xml:space="preserve">. </w:t>
            </w:r>
            <w:proofErr w:type="spellStart"/>
            <w:r w:rsidRPr="00777DC1">
              <w:rPr>
                <w:rFonts w:ascii="Arial" w:hAnsi="Arial" w:cs="Arial"/>
                <w:i/>
              </w:rPr>
              <w:t>Etkili</w:t>
            </w:r>
            <w:proofErr w:type="spellEnd"/>
            <w:r w:rsidRPr="00777DC1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777DC1">
              <w:rPr>
                <w:rFonts w:ascii="Arial" w:hAnsi="Arial" w:cs="Arial"/>
                <w:i/>
              </w:rPr>
              <w:t>iletişim</w:t>
            </w:r>
            <w:proofErr w:type="spellEnd"/>
            <w:r w:rsidRPr="00777DC1">
              <w:rPr>
                <w:rFonts w:ascii="Arial" w:hAnsi="Arial" w:cs="Arial"/>
                <w:i/>
              </w:rPr>
              <w:t xml:space="preserve">, </w:t>
            </w:r>
            <w:proofErr w:type="spellStart"/>
            <w:r w:rsidRPr="00777DC1">
              <w:rPr>
                <w:rFonts w:ascii="Arial" w:hAnsi="Arial" w:cs="Arial"/>
                <w:i/>
              </w:rPr>
              <w:t>mesajın</w:t>
            </w:r>
            <w:proofErr w:type="spellEnd"/>
            <w:r w:rsidRPr="00777DC1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777DC1">
              <w:rPr>
                <w:rFonts w:ascii="Arial" w:hAnsi="Arial" w:cs="Arial"/>
                <w:i/>
              </w:rPr>
              <w:t>doğru</w:t>
            </w:r>
            <w:proofErr w:type="spellEnd"/>
            <w:r w:rsidRPr="00777DC1">
              <w:rPr>
                <w:rFonts w:ascii="Arial" w:hAnsi="Arial" w:cs="Arial"/>
                <w:i/>
              </w:rPr>
              <w:t xml:space="preserve"> ve istenilen şekilde iletilmesini sağlayan iletişim şeklidir. Etkili iletişimde, karşılıklı anlamanın sağlanması ve sağlıklı bir etkileşimin kurulması için belirli unsurların doğru kullanılması gerekmektedir.</w:t>
            </w:r>
            <w:r w:rsidRPr="00777DC1">
              <w:rPr>
                <w:rFonts w:ascii="Arial" w:hAnsi="Arial" w:cs="Arial"/>
                <w:i/>
              </w:rPr>
              <w:br/>
            </w:r>
            <w:r w:rsidRPr="00777DC1">
              <w:rPr>
                <w:rFonts w:ascii="Arial" w:hAnsi="Arial" w:cs="Arial"/>
                <w:b/>
              </w:rPr>
              <w:t xml:space="preserve">Buna </w:t>
            </w:r>
            <w:proofErr w:type="spellStart"/>
            <w:r w:rsidRPr="00777DC1">
              <w:rPr>
                <w:rFonts w:ascii="Arial" w:hAnsi="Arial" w:cs="Arial"/>
                <w:b/>
              </w:rPr>
              <w:t>göre</w:t>
            </w:r>
            <w:proofErr w:type="spellEnd"/>
            <w:r w:rsidRPr="00777DC1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777DC1">
              <w:rPr>
                <w:rFonts w:ascii="Arial" w:hAnsi="Arial" w:cs="Arial"/>
                <w:b/>
              </w:rPr>
              <w:t>etkili</w:t>
            </w:r>
            <w:proofErr w:type="spellEnd"/>
            <w:r w:rsidRPr="00777DC1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777DC1">
              <w:rPr>
                <w:rFonts w:ascii="Arial" w:hAnsi="Arial" w:cs="Arial"/>
                <w:b/>
              </w:rPr>
              <w:t>iletişimin</w:t>
            </w:r>
            <w:proofErr w:type="spellEnd"/>
            <w:r w:rsidRPr="00777DC1">
              <w:rPr>
                <w:rFonts w:ascii="Arial" w:hAnsi="Arial" w:cs="Arial"/>
                <w:b/>
              </w:rPr>
              <w:t xml:space="preserve"> unsurları nelerdir? Yazınız.</w:t>
            </w:r>
          </w:p>
        </w:tc>
      </w:tr>
    </w:tbl>
    <w:p w:rsidR="008519B4" w:rsidRDefault="00D11D7C" w:rsidP="00D70222">
      <w:pPr>
        <w:shd w:val="clear" w:color="auto" w:fill="FFFFFF" w:themeFill="background1"/>
        <w:spacing w:before="80" w:after="240" w:line="360" w:lineRule="exact"/>
        <w:rPr>
          <w:rFonts w:ascii="Arial" w:hAnsi="Arial" w:cs="Arial"/>
        </w:rPr>
      </w:pPr>
      <w:r w:rsidRPr="00777DC1">
        <w:rPr>
          <w:rFonts w:ascii="Arial" w:hAnsi="Arial" w:cs="Arial"/>
          <w:color w:val="A6A6A6"/>
        </w:rPr>
        <w:t>CEVAP:</w:t>
      </w:r>
      <w:r w:rsidRPr="00777DC1">
        <w:rPr>
          <w:rFonts w:ascii="Arial" w:hAnsi="Arial" w:cs="Arial"/>
          <w:color w:val="A6A6A6"/>
        </w:rPr>
        <w:br/>
      </w:r>
    </w:p>
    <w:p w:rsidR="00F54A20" w:rsidRPr="00777DC1" w:rsidRDefault="00F54A20" w:rsidP="00D70222">
      <w:pPr>
        <w:shd w:val="clear" w:color="auto" w:fill="FFFFFF" w:themeFill="background1"/>
        <w:spacing w:before="80" w:after="240" w:line="360" w:lineRule="exact"/>
        <w:rPr>
          <w:rFonts w:ascii="Arial" w:hAnsi="Arial" w:cs="Arial"/>
        </w:rPr>
      </w:pPr>
    </w:p>
    <w:tbl>
      <w:tblPr>
        <w:tblW w:w="0" w:type="auto"/>
        <w:jc w:val="center"/>
        <w:shd w:val="clear" w:color="auto" w:fill="FFFFFF" w:themeFill="background1"/>
        <w:tblLayout w:type="fixed"/>
        <w:tblLook w:val="04A0"/>
      </w:tblPr>
      <w:tblGrid>
        <w:gridCol w:w="9360"/>
      </w:tblGrid>
      <w:tr w:rsidR="008519B4" w:rsidRPr="00777DC1" w:rsidTr="00BD1422">
        <w:trPr>
          <w:jc w:val="center"/>
        </w:trPr>
        <w:tc>
          <w:tcPr>
            <w:tcW w:w="9360" w:type="dxa"/>
            <w:shd w:val="clear" w:color="auto" w:fill="FFFFFF" w:themeFill="background1"/>
          </w:tcPr>
          <w:p w:rsidR="008519B4" w:rsidRPr="00777DC1" w:rsidRDefault="000A0E9B" w:rsidP="00D70222">
            <w:pPr>
              <w:shd w:val="clear" w:color="auto" w:fill="FFFFFF" w:themeFill="background1"/>
              <w:spacing w:before="80" w:after="80"/>
              <w:ind w:left="144" w:right="144"/>
              <w:rPr>
                <w:rFonts w:ascii="Arial" w:hAnsi="Arial" w:cs="Arial"/>
              </w:rPr>
            </w:pPr>
            <w:proofErr w:type="spellStart"/>
            <w:r w:rsidRPr="00777DC1">
              <w:rPr>
                <w:rFonts w:ascii="Arial" w:hAnsi="Arial" w:cs="Arial"/>
                <w:b/>
                <w:color w:val="1F4E79"/>
              </w:rPr>
              <w:t>Soru</w:t>
            </w:r>
            <w:proofErr w:type="spellEnd"/>
            <w:r w:rsidRPr="00777DC1">
              <w:rPr>
                <w:rFonts w:ascii="Arial" w:hAnsi="Arial" w:cs="Arial"/>
                <w:b/>
                <w:color w:val="1F4E79"/>
              </w:rPr>
              <w:t xml:space="preserve"> 4</w:t>
            </w:r>
            <w:r w:rsidR="00486865" w:rsidRPr="00777DC1">
              <w:rPr>
                <w:rFonts w:ascii="Arial" w:hAnsi="Arial" w:cs="Arial"/>
                <w:b/>
                <w:color w:val="1F4E79"/>
              </w:rPr>
              <w:t xml:space="preserve">. </w:t>
            </w:r>
            <w:proofErr w:type="spellStart"/>
            <w:r w:rsidRPr="00777DC1">
              <w:rPr>
                <w:rFonts w:ascii="Arial" w:hAnsi="Arial" w:cs="Arial"/>
                <w:i/>
              </w:rPr>
              <w:t>Toplumsal</w:t>
            </w:r>
            <w:proofErr w:type="spellEnd"/>
            <w:r w:rsidRPr="00777DC1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777DC1">
              <w:rPr>
                <w:rFonts w:ascii="Arial" w:hAnsi="Arial" w:cs="Arial"/>
                <w:i/>
              </w:rPr>
              <w:t>yaşamda</w:t>
            </w:r>
            <w:proofErr w:type="spellEnd"/>
            <w:r w:rsidRPr="00777DC1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777DC1">
              <w:rPr>
                <w:rFonts w:ascii="Arial" w:hAnsi="Arial" w:cs="Arial"/>
                <w:i/>
              </w:rPr>
              <w:t>ve</w:t>
            </w:r>
            <w:proofErr w:type="spellEnd"/>
            <w:r w:rsidRPr="00777DC1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777DC1">
              <w:rPr>
                <w:rFonts w:ascii="Arial" w:hAnsi="Arial" w:cs="Arial"/>
                <w:i/>
              </w:rPr>
              <w:t>sağlıklı</w:t>
            </w:r>
            <w:proofErr w:type="spellEnd"/>
            <w:r w:rsidRPr="00777DC1">
              <w:rPr>
                <w:rFonts w:ascii="Arial" w:hAnsi="Arial" w:cs="Arial"/>
                <w:i/>
              </w:rPr>
              <w:t xml:space="preserve"> iletişimde dinlemenin yerini vurgulayan önemli atasözlerimizden biri de 'İki dinle bir söyle.' sözüdür</w:t>
            </w:r>
            <w:proofErr w:type="gramStart"/>
            <w:r w:rsidRPr="00777DC1">
              <w:rPr>
                <w:rFonts w:ascii="Arial" w:hAnsi="Arial" w:cs="Arial"/>
                <w:i/>
              </w:rPr>
              <w:t>.</w:t>
            </w:r>
            <w:proofErr w:type="gramEnd"/>
            <w:r w:rsidRPr="00777DC1">
              <w:rPr>
                <w:rFonts w:ascii="Arial" w:hAnsi="Arial" w:cs="Arial"/>
                <w:i/>
              </w:rPr>
              <w:br/>
            </w:r>
            <w:r w:rsidRPr="00777DC1">
              <w:rPr>
                <w:rFonts w:ascii="Arial" w:hAnsi="Arial" w:cs="Arial"/>
                <w:b/>
              </w:rPr>
              <w:t>“</w:t>
            </w:r>
            <w:proofErr w:type="spellStart"/>
            <w:r w:rsidRPr="00777DC1">
              <w:rPr>
                <w:rFonts w:ascii="Arial" w:hAnsi="Arial" w:cs="Arial"/>
                <w:b/>
              </w:rPr>
              <w:t>İki</w:t>
            </w:r>
            <w:proofErr w:type="spellEnd"/>
            <w:r w:rsidRPr="00777DC1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777DC1">
              <w:rPr>
                <w:rFonts w:ascii="Arial" w:hAnsi="Arial" w:cs="Arial"/>
                <w:b/>
              </w:rPr>
              <w:t>dinle</w:t>
            </w:r>
            <w:proofErr w:type="spellEnd"/>
            <w:r w:rsidRPr="00777DC1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777DC1">
              <w:rPr>
                <w:rFonts w:ascii="Arial" w:hAnsi="Arial" w:cs="Arial"/>
                <w:b/>
              </w:rPr>
              <w:t>bi</w:t>
            </w:r>
            <w:r w:rsidRPr="00777DC1">
              <w:rPr>
                <w:rFonts w:ascii="Arial" w:hAnsi="Arial" w:cs="Arial"/>
                <w:b/>
              </w:rPr>
              <w:t>r</w:t>
            </w:r>
            <w:proofErr w:type="spellEnd"/>
            <w:r w:rsidRPr="00777DC1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777DC1">
              <w:rPr>
                <w:rFonts w:ascii="Arial" w:hAnsi="Arial" w:cs="Arial"/>
                <w:b/>
              </w:rPr>
              <w:t>söyle</w:t>
            </w:r>
            <w:proofErr w:type="spellEnd"/>
            <w:r w:rsidRPr="00777DC1">
              <w:rPr>
                <w:rFonts w:ascii="Arial" w:hAnsi="Arial" w:cs="Arial"/>
                <w:b/>
              </w:rPr>
              <w:t>.” sözünü iletişimde dinlemenin önemi açısından açıklayınız.</w:t>
            </w:r>
          </w:p>
        </w:tc>
      </w:tr>
    </w:tbl>
    <w:p w:rsidR="008519B4" w:rsidRDefault="00D11D7C" w:rsidP="00D70222">
      <w:pPr>
        <w:shd w:val="clear" w:color="auto" w:fill="FFFFFF" w:themeFill="background1"/>
        <w:spacing w:before="80" w:after="240" w:line="360" w:lineRule="exact"/>
        <w:rPr>
          <w:rFonts w:ascii="Arial" w:hAnsi="Arial" w:cs="Arial"/>
        </w:rPr>
      </w:pPr>
      <w:r w:rsidRPr="00777DC1">
        <w:rPr>
          <w:rFonts w:ascii="Arial" w:hAnsi="Arial" w:cs="Arial"/>
          <w:color w:val="A6A6A6"/>
        </w:rPr>
        <w:t>CEVAP:</w:t>
      </w:r>
      <w:r w:rsidRPr="00777DC1">
        <w:rPr>
          <w:rFonts w:ascii="Arial" w:hAnsi="Arial" w:cs="Arial"/>
          <w:color w:val="A6A6A6"/>
        </w:rPr>
        <w:br/>
      </w:r>
    </w:p>
    <w:p w:rsidR="006B322B" w:rsidRPr="00777DC1" w:rsidRDefault="006B322B" w:rsidP="00D70222">
      <w:pPr>
        <w:shd w:val="clear" w:color="auto" w:fill="FFFFFF" w:themeFill="background1"/>
        <w:spacing w:before="80" w:after="240" w:line="360" w:lineRule="exact"/>
        <w:rPr>
          <w:rFonts w:ascii="Arial" w:hAnsi="Arial" w:cs="Arial"/>
        </w:rPr>
      </w:pPr>
    </w:p>
    <w:tbl>
      <w:tblPr>
        <w:tblW w:w="0" w:type="auto"/>
        <w:jc w:val="center"/>
        <w:shd w:val="clear" w:color="auto" w:fill="FFFFFF" w:themeFill="background1"/>
        <w:tblLayout w:type="fixed"/>
        <w:tblLook w:val="04A0"/>
      </w:tblPr>
      <w:tblGrid>
        <w:gridCol w:w="9360"/>
      </w:tblGrid>
      <w:tr w:rsidR="008519B4" w:rsidRPr="00777DC1" w:rsidTr="00BD1422">
        <w:trPr>
          <w:jc w:val="center"/>
        </w:trPr>
        <w:tc>
          <w:tcPr>
            <w:tcW w:w="9360" w:type="dxa"/>
            <w:shd w:val="clear" w:color="auto" w:fill="FFFFFF" w:themeFill="background1"/>
          </w:tcPr>
          <w:p w:rsidR="008519B4" w:rsidRPr="00777DC1" w:rsidRDefault="000A0E9B" w:rsidP="00D70222">
            <w:pPr>
              <w:shd w:val="clear" w:color="auto" w:fill="FFFFFF" w:themeFill="background1"/>
              <w:spacing w:before="80" w:after="80"/>
              <w:ind w:left="144" w:right="144"/>
              <w:rPr>
                <w:rFonts w:ascii="Arial" w:hAnsi="Arial" w:cs="Arial"/>
              </w:rPr>
            </w:pPr>
            <w:proofErr w:type="spellStart"/>
            <w:r w:rsidRPr="00777DC1">
              <w:rPr>
                <w:rFonts w:ascii="Arial" w:hAnsi="Arial" w:cs="Arial"/>
                <w:b/>
                <w:color w:val="1F4E79"/>
              </w:rPr>
              <w:lastRenderedPageBreak/>
              <w:t>Soru</w:t>
            </w:r>
            <w:proofErr w:type="spellEnd"/>
            <w:r w:rsidRPr="00777DC1">
              <w:rPr>
                <w:rFonts w:ascii="Arial" w:hAnsi="Arial" w:cs="Arial"/>
                <w:b/>
                <w:color w:val="1F4E79"/>
              </w:rPr>
              <w:t xml:space="preserve"> 5</w:t>
            </w:r>
            <w:r w:rsidR="00486865" w:rsidRPr="00777DC1">
              <w:rPr>
                <w:rFonts w:ascii="Arial" w:hAnsi="Arial" w:cs="Arial"/>
                <w:b/>
                <w:color w:val="1F4E79"/>
              </w:rPr>
              <w:t xml:space="preserve">. </w:t>
            </w:r>
            <w:proofErr w:type="spellStart"/>
            <w:r w:rsidRPr="00777DC1">
              <w:rPr>
                <w:rFonts w:ascii="Arial" w:hAnsi="Arial" w:cs="Arial"/>
                <w:i/>
              </w:rPr>
              <w:t>İletişim</w:t>
            </w:r>
            <w:proofErr w:type="spellEnd"/>
            <w:r w:rsidRPr="00777DC1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777DC1">
              <w:rPr>
                <w:rFonts w:ascii="Arial" w:hAnsi="Arial" w:cs="Arial"/>
                <w:i/>
              </w:rPr>
              <w:t>sürecinin</w:t>
            </w:r>
            <w:proofErr w:type="spellEnd"/>
            <w:r w:rsidRPr="00777DC1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777DC1">
              <w:rPr>
                <w:rFonts w:ascii="Arial" w:hAnsi="Arial" w:cs="Arial"/>
                <w:i/>
              </w:rPr>
              <w:t>tamamlanması</w:t>
            </w:r>
            <w:proofErr w:type="spellEnd"/>
            <w:r w:rsidRPr="00777DC1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777DC1">
              <w:rPr>
                <w:rFonts w:ascii="Arial" w:hAnsi="Arial" w:cs="Arial"/>
                <w:i/>
              </w:rPr>
              <w:t>ve</w:t>
            </w:r>
            <w:proofErr w:type="spellEnd"/>
            <w:r w:rsidRPr="00777DC1">
              <w:rPr>
                <w:rFonts w:ascii="Arial" w:hAnsi="Arial" w:cs="Arial"/>
                <w:i/>
              </w:rPr>
              <w:t xml:space="preserve"> mesajın ulaşıp ulaşmadığının anlaşılması için alıcının tepki vermesi gerekir.</w:t>
            </w:r>
            <w:r w:rsidRPr="00777DC1">
              <w:rPr>
                <w:rFonts w:ascii="Arial" w:hAnsi="Arial" w:cs="Arial"/>
                <w:i/>
              </w:rPr>
              <w:br/>
            </w:r>
            <w:proofErr w:type="spellStart"/>
            <w:r w:rsidRPr="00777DC1">
              <w:rPr>
                <w:rFonts w:ascii="Arial" w:hAnsi="Arial" w:cs="Arial"/>
                <w:b/>
              </w:rPr>
              <w:t>İletişimde</w:t>
            </w:r>
            <w:proofErr w:type="spellEnd"/>
            <w:r w:rsidRPr="00777DC1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777DC1">
              <w:rPr>
                <w:rFonts w:ascii="Arial" w:hAnsi="Arial" w:cs="Arial"/>
                <w:b/>
              </w:rPr>
              <w:t>dönüt</w:t>
            </w:r>
            <w:proofErr w:type="spellEnd"/>
            <w:r w:rsidRPr="00777DC1">
              <w:rPr>
                <w:rFonts w:ascii="Arial" w:hAnsi="Arial" w:cs="Arial"/>
                <w:b/>
              </w:rPr>
              <w:t xml:space="preserve"> (</w:t>
            </w:r>
            <w:proofErr w:type="spellStart"/>
            <w:r w:rsidRPr="00777DC1">
              <w:rPr>
                <w:rFonts w:ascii="Arial" w:hAnsi="Arial" w:cs="Arial"/>
                <w:b/>
              </w:rPr>
              <w:t>geri</w:t>
            </w:r>
            <w:proofErr w:type="spellEnd"/>
            <w:r w:rsidRPr="00777DC1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777DC1">
              <w:rPr>
                <w:rFonts w:ascii="Arial" w:hAnsi="Arial" w:cs="Arial"/>
                <w:b/>
              </w:rPr>
              <w:t>bildirim</w:t>
            </w:r>
            <w:proofErr w:type="spellEnd"/>
            <w:r w:rsidRPr="00777DC1">
              <w:rPr>
                <w:rFonts w:ascii="Arial" w:hAnsi="Arial" w:cs="Arial"/>
                <w:b/>
              </w:rPr>
              <w:t>) vermek neden önemlidir? Açıklayınız.</w:t>
            </w:r>
          </w:p>
        </w:tc>
      </w:tr>
    </w:tbl>
    <w:p w:rsidR="008519B4" w:rsidRDefault="00D11D7C" w:rsidP="00D70222">
      <w:pPr>
        <w:shd w:val="clear" w:color="auto" w:fill="FFFFFF" w:themeFill="background1"/>
        <w:spacing w:before="80" w:after="240" w:line="360" w:lineRule="exact"/>
        <w:rPr>
          <w:rFonts w:ascii="Arial" w:hAnsi="Arial" w:cs="Arial"/>
        </w:rPr>
      </w:pPr>
      <w:r w:rsidRPr="00777DC1">
        <w:rPr>
          <w:rFonts w:ascii="Arial" w:hAnsi="Arial" w:cs="Arial"/>
          <w:color w:val="A6A6A6"/>
        </w:rPr>
        <w:t>CEVAP:</w:t>
      </w:r>
      <w:r w:rsidRPr="00777DC1">
        <w:rPr>
          <w:rFonts w:ascii="Arial" w:hAnsi="Arial" w:cs="Arial"/>
          <w:color w:val="A6A6A6"/>
        </w:rPr>
        <w:br/>
      </w:r>
    </w:p>
    <w:p w:rsidR="00D70222" w:rsidRPr="00777DC1" w:rsidRDefault="00D70222" w:rsidP="00D70222">
      <w:pPr>
        <w:shd w:val="clear" w:color="auto" w:fill="FFFFFF" w:themeFill="background1"/>
        <w:spacing w:before="80" w:after="240" w:line="360" w:lineRule="exact"/>
        <w:rPr>
          <w:rFonts w:ascii="Arial" w:hAnsi="Arial" w:cs="Arial"/>
        </w:rPr>
      </w:pPr>
    </w:p>
    <w:tbl>
      <w:tblPr>
        <w:tblW w:w="0" w:type="auto"/>
        <w:jc w:val="center"/>
        <w:shd w:val="clear" w:color="auto" w:fill="FFFFFF" w:themeFill="background1"/>
        <w:tblLayout w:type="fixed"/>
        <w:tblLook w:val="04A0"/>
      </w:tblPr>
      <w:tblGrid>
        <w:gridCol w:w="9360"/>
      </w:tblGrid>
      <w:tr w:rsidR="008519B4" w:rsidRPr="00777DC1" w:rsidTr="00BD1422">
        <w:trPr>
          <w:jc w:val="center"/>
        </w:trPr>
        <w:tc>
          <w:tcPr>
            <w:tcW w:w="9360" w:type="dxa"/>
            <w:shd w:val="clear" w:color="auto" w:fill="FFFFFF" w:themeFill="background1"/>
          </w:tcPr>
          <w:p w:rsidR="008519B4" w:rsidRPr="00777DC1" w:rsidRDefault="000A0E9B" w:rsidP="00D70222">
            <w:pPr>
              <w:shd w:val="clear" w:color="auto" w:fill="FFFFFF" w:themeFill="background1"/>
              <w:spacing w:before="80" w:after="80"/>
              <w:ind w:left="144" w:right="144"/>
              <w:rPr>
                <w:rFonts w:ascii="Arial" w:hAnsi="Arial" w:cs="Arial"/>
              </w:rPr>
            </w:pPr>
            <w:proofErr w:type="spellStart"/>
            <w:r w:rsidRPr="00777DC1">
              <w:rPr>
                <w:rFonts w:ascii="Arial" w:hAnsi="Arial" w:cs="Arial"/>
                <w:b/>
                <w:color w:val="1F4E79"/>
              </w:rPr>
              <w:t>Soru</w:t>
            </w:r>
            <w:proofErr w:type="spellEnd"/>
            <w:r w:rsidRPr="00777DC1">
              <w:rPr>
                <w:rFonts w:ascii="Arial" w:hAnsi="Arial" w:cs="Arial"/>
                <w:b/>
                <w:color w:val="1F4E79"/>
              </w:rPr>
              <w:t xml:space="preserve"> 6 </w:t>
            </w:r>
            <w:proofErr w:type="spellStart"/>
            <w:r w:rsidRPr="00777DC1">
              <w:rPr>
                <w:rFonts w:ascii="Arial" w:hAnsi="Arial" w:cs="Arial"/>
                <w:i/>
              </w:rPr>
              <w:t>Sözlü</w:t>
            </w:r>
            <w:proofErr w:type="spellEnd"/>
            <w:r w:rsidRPr="00777DC1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777DC1">
              <w:rPr>
                <w:rFonts w:ascii="Arial" w:hAnsi="Arial" w:cs="Arial"/>
                <w:i/>
              </w:rPr>
              <w:t>iletişimi</w:t>
            </w:r>
            <w:proofErr w:type="spellEnd"/>
            <w:r w:rsidRPr="00777DC1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777DC1">
              <w:rPr>
                <w:rFonts w:ascii="Arial" w:hAnsi="Arial" w:cs="Arial"/>
                <w:i/>
              </w:rPr>
              <w:t>destekleyen</w:t>
            </w:r>
            <w:proofErr w:type="spellEnd"/>
            <w:r w:rsidRPr="00777DC1">
              <w:rPr>
                <w:rFonts w:ascii="Arial" w:hAnsi="Arial" w:cs="Arial"/>
                <w:i/>
              </w:rPr>
              <w:t xml:space="preserve"> en güçlü araçlardan biri de beden dilidir.</w:t>
            </w:r>
            <w:r w:rsidRPr="00777DC1">
              <w:rPr>
                <w:rFonts w:ascii="Arial" w:hAnsi="Arial" w:cs="Arial"/>
                <w:i/>
              </w:rPr>
              <w:br/>
            </w:r>
            <w:proofErr w:type="spellStart"/>
            <w:r w:rsidRPr="00777DC1">
              <w:rPr>
                <w:rFonts w:ascii="Arial" w:hAnsi="Arial" w:cs="Arial"/>
                <w:b/>
              </w:rPr>
              <w:t>Beden</w:t>
            </w:r>
            <w:proofErr w:type="spellEnd"/>
            <w:r w:rsidRPr="00777DC1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777DC1">
              <w:rPr>
                <w:rFonts w:ascii="Arial" w:hAnsi="Arial" w:cs="Arial"/>
                <w:b/>
              </w:rPr>
              <w:t>dili</w:t>
            </w:r>
            <w:proofErr w:type="spellEnd"/>
            <w:r w:rsidRPr="00777DC1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777DC1">
              <w:rPr>
                <w:rFonts w:ascii="Arial" w:hAnsi="Arial" w:cs="Arial"/>
                <w:b/>
              </w:rPr>
              <w:t>nedir</w:t>
            </w:r>
            <w:proofErr w:type="spellEnd"/>
            <w:r w:rsidRPr="00777DC1">
              <w:rPr>
                <w:rFonts w:ascii="Arial" w:hAnsi="Arial" w:cs="Arial"/>
                <w:b/>
              </w:rPr>
              <w:t>? Beden dilinin iletişimdeki önemini açıklayınız.</w:t>
            </w:r>
          </w:p>
        </w:tc>
      </w:tr>
    </w:tbl>
    <w:p w:rsidR="008519B4" w:rsidRDefault="00D11D7C" w:rsidP="00D70222">
      <w:pPr>
        <w:shd w:val="clear" w:color="auto" w:fill="FFFFFF" w:themeFill="background1"/>
        <w:spacing w:before="80" w:after="240" w:line="360" w:lineRule="exact"/>
        <w:rPr>
          <w:rFonts w:ascii="Arial" w:hAnsi="Arial" w:cs="Arial"/>
        </w:rPr>
      </w:pPr>
      <w:r w:rsidRPr="00777DC1">
        <w:rPr>
          <w:rFonts w:ascii="Arial" w:hAnsi="Arial" w:cs="Arial"/>
          <w:color w:val="A6A6A6"/>
        </w:rPr>
        <w:t>CEVAP:</w:t>
      </w:r>
      <w:r w:rsidRPr="00777DC1">
        <w:rPr>
          <w:rFonts w:ascii="Arial" w:hAnsi="Arial" w:cs="Arial"/>
          <w:color w:val="A6A6A6"/>
        </w:rPr>
        <w:br/>
      </w:r>
    </w:p>
    <w:p w:rsidR="00F54A20" w:rsidRPr="00777DC1" w:rsidRDefault="00F54A20" w:rsidP="00D70222">
      <w:pPr>
        <w:shd w:val="clear" w:color="auto" w:fill="FFFFFF" w:themeFill="background1"/>
        <w:spacing w:before="80" w:after="240" w:line="360" w:lineRule="exact"/>
        <w:rPr>
          <w:rFonts w:ascii="Arial" w:hAnsi="Arial" w:cs="Arial"/>
        </w:rPr>
      </w:pPr>
    </w:p>
    <w:tbl>
      <w:tblPr>
        <w:tblW w:w="0" w:type="auto"/>
        <w:jc w:val="center"/>
        <w:shd w:val="clear" w:color="auto" w:fill="FFFFFF" w:themeFill="background1"/>
        <w:tblLayout w:type="fixed"/>
        <w:tblLook w:val="04A0"/>
      </w:tblPr>
      <w:tblGrid>
        <w:gridCol w:w="9360"/>
      </w:tblGrid>
      <w:tr w:rsidR="008519B4" w:rsidRPr="00777DC1" w:rsidTr="00BD1422">
        <w:trPr>
          <w:jc w:val="center"/>
        </w:trPr>
        <w:tc>
          <w:tcPr>
            <w:tcW w:w="9360" w:type="dxa"/>
            <w:shd w:val="clear" w:color="auto" w:fill="FFFFFF" w:themeFill="background1"/>
          </w:tcPr>
          <w:p w:rsidR="008519B4" w:rsidRPr="00777DC1" w:rsidRDefault="000A0E9B" w:rsidP="00D70222">
            <w:pPr>
              <w:shd w:val="clear" w:color="auto" w:fill="FFFFFF" w:themeFill="background1"/>
              <w:spacing w:before="80" w:after="80"/>
              <w:ind w:left="144" w:right="144"/>
              <w:rPr>
                <w:rFonts w:ascii="Arial" w:hAnsi="Arial" w:cs="Arial"/>
              </w:rPr>
            </w:pPr>
            <w:proofErr w:type="spellStart"/>
            <w:r w:rsidRPr="00777DC1">
              <w:rPr>
                <w:rFonts w:ascii="Arial" w:hAnsi="Arial" w:cs="Arial"/>
                <w:b/>
                <w:color w:val="1F4E79"/>
              </w:rPr>
              <w:t>Soru</w:t>
            </w:r>
            <w:proofErr w:type="spellEnd"/>
            <w:r w:rsidRPr="00777DC1">
              <w:rPr>
                <w:rFonts w:ascii="Arial" w:hAnsi="Arial" w:cs="Arial"/>
                <w:b/>
                <w:color w:val="1F4E79"/>
              </w:rPr>
              <w:t xml:space="preserve"> 7 </w:t>
            </w:r>
            <w:proofErr w:type="spellStart"/>
            <w:r w:rsidRPr="00777DC1">
              <w:rPr>
                <w:rFonts w:ascii="Arial" w:hAnsi="Arial" w:cs="Arial"/>
                <w:i/>
              </w:rPr>
              <w:t>Etkili</w:t>
            </w:r>
            <w:proofErr w:type="spellEnd"/>
            <w:r w:rsidRPr="00777DC1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777DC1">
              <w:rPr>
                <w:rFonts w:ascii="Arial" w:hAnsi="Arial" w:cs="Arial"/>
                <w:i/>
              </w:rPr>
              <w:t>iletişimin</w:t>
            </w:r>
            <w:proofErr w:type="spellEnd"/>
            <w:r w:rsidRPr="00777DC1">
              <w:rPr>
                <w:rFonts w:ascii="Arial" w:hAnsi="Arial" w:cs="Arial"/>
                <w:i/>
              </w:rPr>
              <w:t xml:space="preserve"> en </w:t>
            </w:r>
            <w:proofErr w:type="spellStart"/>
            <w:r w:rsidRPr="00777DC1">
              <w:rPr>
                <w:rFonts w:ascii="Arial" w:hAnsi="Arial" w:cs="Arial"/>
                <w:i/>
              </w:rPr>
              <w:t>önemli</w:t>
            </w:r>
            <w:proofErr w:type="spellEnd"/>
            <w:r w:rsidRPr="00777DC1">
              <w:rPr>
                <w:rFonts w:ascii="Arial" w:hAnsi="Arial" w:cs="Arial"/>
                <w:i/>
              </w:rPr>
              <w:t xml:space="preserve"> unsurlarından biri de jest ve mimikleri doğru kullanmaktır.</w:t>
            </w:r>
            <w:r w:rsidRPr="00777DC1">
              <w:rPr>
                <w:rFonts w:ascii="Arial" w:hAnsi="Arial" w:cs="Arial"/>
                <w:i/>
              </w:rPr>
              <w:br/>
            </w:r>
            <w:r w:rsidRPr="00777DC1">
              <w:rPr>
                <w:rFonts w:ascii="Arial" w:hAnsi="Arial" w:cs="Arial"/>
                <w:b/>
              </w:rPr>
              <w:t xml:space="preserve">Jest </w:t>
            </w:r>
            <w:proofErr w:type="spellStart"/>
            <w:r w:rsidRPr="00777DC1">
              <w:rPr>
                <w:rFonts w:ascii="Arial" w:hAnsi="Arial" w:cs="Arial"/>
                <w:b/>
              </w:rPr>
              <w:t>ve</w:t>
            </w:r>
            <w:proofErr w:type="spellEnd"/>
            <w:r w:rsidRPr="00777DC1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777DC1">
              <w:rPr>
                <w:rFonts w:ascii="Arial" w:hAnsi="Arial" w:cs="Arial"/>
                <w:b/>
              </w:rPr>
              <w:t>mimik</w:t>
            </w:r>
            <w:proofErr w:type="spellEnd"/>
            <w:r w:rsidRPr="00777DC1">
              <w:rPr>
                <w:rFonts w:ascii="Arial" w:hAnsi="Arial" w:cs="Arial"/>
                <w:b/>
              </w:rPr>
              <w:t xml:space="preserve"> ne demektir? Açıklayınız.</w:t>
            </w:r>
          </w:p>
        </w:tc>
      </w:tr>
    </w:tbl>
    <w:p w:rsidR="008519B4" w:rsidRDefault="00D11D7C" w:rsidP="00D70222">
      <w:pPr>
        <w:shd w:val="clear" w:color="auto" w:fill="FFFFFF" w:themeFill="background1"/>
        <w:spacing w:before="80" w:after="240" w:line="360" w:lineRule="exact"/>
        <w:rPr>
          <w:rFonts w:ascii="Arial" w:hAnsi="Arial" w:cs="Arial"/>
        </w:rPr>
      </w:pPr>
      <w:r w:rsidRPr="00777DC1">
        <w:rPr>
          <w:rFonts w:ascii="Arial" w:hAnsi="Arial" w:cs="Arial"/>
          <w:color w:val="A6A6A6"/>
        </w:rPr>
        <w:t>CEVAP:</w:t>
      </w:r>
      <w:r w:rsidRPr="00777DC1">
        <w:rPr>
          <w:rFonts w:ascii="Arial" w:hAnsi="Arial" w:cs="Arial"/>
          <w:color w:val="A6A6A6"/>
        </w:rPr>
        <w:br/>
      </w:r>
    </w:p>
    <w:p w:rsidR="00F54A20" w:rsidRPr="00777DC1" w:rsidRDefault="00F54A20" w:rsidP="00D70222">
      <w:pPr>
        <w:shd w:val="clear" w:color="auto" w:fill="FFFFFF" w:themeFill="background1"/>
        <w:spacing w:before="80" w:after="240" w:line="360" w:lineRule="exact"/>
        <w:rPr>
          <w:rFonts w:ascii="Arial" w:hAnsi="Arial" w:cs="Arial"/>
        </w:rPr>
      </w:pPr>
    </w:p>
    <w:tbl>
      <w:tblPr>
        <w:tblW w:w="0" w:type="auto"/>
        <w:jc w:val="center"/>
        <w:shd w:val="clear" w:color="auto" w:fill="FFFFFF" w:themeFill="background1"/>
        <w:tblLayout w:type="fixed"/>
        <w:tblLook w:val="04A0"/>
      </w:tblPr>
      <w:tblGrid>
        <w:gridCol w:w="9360"/>
      </w:tblGrid>
      <w:tr w:rsidR="008519B4" w:rsidRPr="00777DC1" w:rsidTr="00BD1422">
        <w:trPr>
          <w:jc w:val="center"/>
        </w:trPr>
        <w:tc>
          <w:tcPr>
            <w:tcW w:w="9360" w:type="dxa"/>
            <w:shd w:val="clear" w:color="auto" w:fill="FFFFFF" w:themeFill="background1"/>
          </w:tcPr>
          <w:p w:rsidR="008519B4" w:rsidRPr="00777DC1" w:rsidRDefault="000A0E9B" w:rsidP="00D70222">
            <w:pPr>
              <w:shd w:val="clear" w:color="auto" w:fill="FFFFFF" w:themeFill="background1"/>
              <w:spacing w:before="80" w:after="80"/>
              <w:ind w:left="144" w:right="144"/>
              <w:rPr>
                <w:rFonts w:ascii="Arial" w:hAnsi="Arial" w:cs="Arial"/>
              </w:rPr>
            </w:pPr>
            <w:proofErr w:type="spellStart"/>
            <w:r w:rsidRPr="00777DC1">
              <w:rPr>
                <w:rFonts w:ascii="Arial" w:hAnsi="Arial" w:cs="Arial"/>
                <w:b/>
                <w:color w:val="1F4E79"/>
              </w:rPr>
              <w:t>Soru</w:t>
            </w:r>
            <w:proofErr w:type="spellEnd"/>
            <w:r w:rsidRPr="00777DC1">
              <w:rPr>
                <w:rFonts w:ascii="Arial" w:hAnsi="Arial" w:cs="Arial"/>
                <w:b/>
                <w:color w:val="1F4E79"/>
              </w:rPr>
              <w:t xml:space="preserve"> 8</w:t>
            </w:r>
            <w:r w:rsidR="00486865" w:rsidRPr="00777DC1">
              <w:rPr>
                <w:rFonts w:ascii="Arial" w:hAnsi="Arial" w:cs="Arial"/>
                <w:b/>
                <w:color w:val="1F4E79"/>
              </w:rPr>
              <w:t xml:space="preserve">. </w:t>
            </w:r>
            <w:proofErr w:type="spellStart"/>
            <w:r w:rsidRPr="00777DC1">
              <w:rPr>
                <w:rFonts w:ascii="Arial" w:hAnsi="Arial" w:cs="Arial"/>
                <w:i/>
              </w:rPr>
              <w:t>Kelimeler</w:t>
            </w:r>
            <w:proofErr w:type="spellEnd"/>
            <w:r w:rsidRPr="00777DC1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777DC1">
              <w:rPr>
                <w:rFonts w:ascii="Arial" w:hAnsi="Arial" w:cs="Arial"/>
                <w:i/>
              </w:rPr>
              <w:t>kullanılmadan</w:t>
            </w:r>
            <w:proofErr w:type="spellEnd"/>
            <w:r w:rsidRPr="00777DC1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777DC1">
              <w:rPr>
                <w:rFonts w:ascii="Arial" w:hAnsi="Arial" w:cs="Arial"/>
                <w:i/>
              </w:rPr>
              <w:t>gerçekleştirilen</w:t>
            </w:r>
            <w:proofErr w:type="spellEnd"/>
            <w:r w:rsidRPr="00777DC1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777DC1">
              <w:rPr>
                <w:rFonts w:ascii="Arial" w:hAnsi="Arial" w:cs="Arial"/>
                <w:i/>
              </w:rPr>
              <w:t>iletişime</w:t>
            </w:r>
            <w:proofErr w:type="spellEnd"/>
            <w:r w:rsidRPr="00777DC1">
              <w:rPr>
                <w:rFonts w:ascii="Arial" w:hAnsi="Arial" w:cs="Arial"/>
                <w:i/>
              </w:rPr>
              <w:t xml:space="preserve"> sözsüz </w:t>
            </w:r>
            <w:r w:rsidRPr="00777DC1">
              <w:rPr>
                <w:rFonts w:ascii="Arial" w:hAnsi="Arial" w:cs="Arial"/>
                <w:i/>
              </w:rPr>
              <w:t>iletişim denir.</w:t>
            </w:r>
            <w:r w:rsidRPr="00777DC1">
              <w:rPr>
                <w:rFonts w:ascii="Arial" w:hAnsi="Arial" w:cs="Arial"/>
                <w:i/>
              </w:rPr>
              <w:br/>
            </w:r>
            <w:proofErr w:type="spellStart"/>
            <w:r w:rsidRPr="00777DC1">
              <w:rPr>
                <w:rFonts w:ascii="Arial" w:hAnsi="Arial" w:cs="Arial"/>
                <w:b/>
              </w:rPr>
              <w:t>Sözsüz</w:t>
            </w:r>
            <w:proofErr w:type="spellEnd"/>
            <w:r w:rsidRPr="00777DC1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777DC1">
              <w:rPr>
                <w:rFonts w:ascii="Arial" w:hAnsi="Arial" w:cs="Arial"/>
                <w:b/>
              </w:rPr>
              <w:t>iletişim</w:t>
            </w:r>
            <w:proofErr w:type="spellEnd"/>
            <w:r w:rsidRPr="00777DC1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777DC1">
              <w:rPr>
                <w:rFonts w:ascii="Arial" w:hAnsi="Arial" w:cs="Arial"/>
                <w:b/>
              </w:rPr>
              <w:t>becerileri</w:t>
            </w:r>
            <w:proofErr w:type="spellEnd"/>
            <w:r w:rsidRPr="00777DC1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777DC1">
              <w:rPr>
                <w:rFonts w:ascii="Arial" w:hAnsi="Arial" w:cs="Arial"/>
                <w:b/>
              </w:rPr>
              <w:t>nelerdir</w:t>
            </w:r>
            <w:proofErr w:type="spellEnd"/>
            <w:r w:rsidRPr="00777DC1">
              <w:rPr>
                <w:rFonts w:ascii="Arial" w:hAnsi="Arial" w:cs="Arial"/>
                <w:b/>
              </w:rPr>
              <w:t>? Yazınız.</w:t>
            </w:r>
          </w:p>
        </w:tc>
      </w:tr>
    </w:tbl>
    <w:p w:rsidR="008519B4" w:rsidRDefault="00D11D7C" w:rsidP="00D70222">
      <w:pPr>
        <w:shd w:val="clear" w:color="auto" w:fill="FFFFFF" w:themeFill="background1"/>
        <w:spacing w:before="80" w:after="240" w:line="360" w:lineRule="exact"/>
        <w:rPr>
          <w:rFonts w:ascii="Arial" w:hAnsi="Arial" w:cs="Arial"/>
        </w:rPr>
      </w:pPr>
      <w:r w:rsidRPr="00777DC1">
        <w:rPr>
          <w:rFonts w:ascii="Arial" w:hAnsi="Arial" w:cs="Arial"/>
          <w:color w:val="A6A6A6"/>
        </w:rPr>
        <w:t>CEVAP:</w:t>
      </w:r>
      <w:r w:rsidRPr="00777DC1">
        <w:rPr>
          <w:rFonts w:ascii="Arial" w:hAnsi="Arial" w:cs="Arial"/>
          <w:color w:val="A6A6A6"/>
        </w:rPr>
        <w:br/>
      </w:r>
    </w:p>
    <w:p w:rsidR="00F54A20" w:rsidRPr="00777DC1" w:rsidRDefault="00F54A20" w:rsidP="00D70222">
      <w:pPr>
        <w:shd w:val="clear" w:color="auto" w:fill="FFFFFF" w:themeFill="background1"/>
        <w:spacing w:before="80" w:after="240" w:line="360" w:lineRule="exact"/>
        <w:rPr>
          <w:rFonts w:ascii="Arial" w:hAnsi="Arial" w:cs="Arial"/>
        </w:rPr>
      </w:pPr>
    </w:p>
    <w:tbl>
      <w:tblPr>
        <w:tblW w:w="0" w:type="auto"/>
        <w:jc w:val="center"/>
        <w:shd w:val="clear" w:color="auto" w:fill="FFFFFF" w:themeFill="background1"/>
        <w:tblLayout w:type="fixed"/>
        <w:tblLook w:val="04A0"/>
      </w:tblPr>
      <w:tblGrid>
        <w:gridCol w:w="9360"/>
      </w:tblGrid>
      <w:tr w:rsidR="008519B4" w:rsidRPr="00777DC1" w:rsidTr="00F54A20">
        <w:trPr>
          <w:jc w:val="center"/>
        </w:trPr>
        <w:tc>
          <w:tcPr>
            <w:tcW w:w="9360" w:type="dxa"/>
            <w:shd w:val="clear" w:color="auto" w:fill="FFFFFF" w:themeFill="background1"/>
          </w:tcPr>
          <w:p w:rsidR="008519B4" w:rsidRPr="00777DC1" w:rsidRDefault="000A0E9B" w:rsidP="00D70222">
            <w:pPr>
              <w:shd w:val="clear" w:color="auto" w:fill="FFFFFF" w:themeFill="background1"/>
              <w:spacing w:before="80" w:after="80"/>
              <w:ind w:left="144" w:right="144"/>
              <w:rPr>
                <w:rFonts w:ascii="Arial" w:hAnsi="Arial" w:cs="Arial"/>
              </w:rPr>
            </w:pPr>
            <w:proofErr w:type="spellStart"/>
            <w:r w:rsidRPr="00777DC1">
              <w:rPr>
                <w:rFonts w:ascii="Arial" w:hAnsi="Arial" w:cs="Arial"/>
                <w:b/>
                <w:color w:val="1F4E79"/>
              </w:rPr>
              <w:t>Soru</w:t>
            </w:r>
            <w:proofErr w:type="spellEnd"/>
            <w:r w:rsidRPr="00777DC1">
              <w:rPr>
                <w:rFonts w:ascii="Arial" w:hAnsi="Arial" w:cs="Arial"/>
                <w:b/>
                <w:color w:val="1F4E79"/>
              </w:rPr>
              <w:t xml:space="preserve"> 9</w:t>
            </w:r>
            <w:r w:rsidR="00370706" w:rsidRPr="00777DC1">
              <w:rPr>
                <w:rFonts w:ascii="Arial" w:hAnsi="Arial" w:cs="Arial"/>
                <w:b/>
                <w:color w:val="1F4E79"/>
              </w:rPr>
              <w:t xml:space="preserve">. </w:t>
            </w:r>
            <w:proofErr w:type="spellStart"/>
            <w:r w:rsidRPr="00777DC1">
              <w:rPr>
                <w:rFonts w:ascii="Arial" w:hAnsi="Arial" w:cs="Arial"/>
                <w:i/>
              </w:rPr>
              <w:t>İletişim</w:t>
            </w:r>
            <w:proofErr w:type="spellEnd"/>
            <w:r w:rsidRPr="00777DC1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777DC1">
              <w:rPr>
                <w:rFonts w:ascii="Arial" w:hAnsi="Arial" w:cs="Arial"/>
                <w:i/>
              </w:rPr>
              <w:t>sürecinin</w:t>
            </w:r>
            <w:proofErr w:type="spellEnd"/>
            <w:r w:rsidRPr="00777DC1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777DC1">
              <w:rPr>
                <w:rFonts w:ascii="Arial" w:hAnsi="Arial" w:cs="Arial"/>
                <w:i/>
              </w:rPr>
              <w:t>olumlu</w:t>
            </w:r>
            <w:proofErr w:type="spellEnd"/>
            <w:r w:rsidRPr="00777DC1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777DC1">
              <w:rPr>
                <w:rFonts w:ascii="Arial" w:hAnsi="Arial" w:cs="Arial"/>
                <w:i/>
              </w:rPr>
              <w:t>ya</w:t>
            </w:r>
            <w:proofErr w:type="spellEnd"/>
            <w:r w:rsidRPr="00777DC1">
              <w:rPr>
                <w:rFonts w:ascii="Arial" w:hAnsi="Arial" w:cs="Arial"/>
                <w:i/>
              </w:rPr>
              <w:t xml:space="preserve"> da olumsuz ilerlemesini belirleyen birçok etken bulunmaktadır.</w:t>
            </w:r>
            <w:r w:rsidRPr="00777DC1">
              <w:rPr>
                <w:rFonts w:ascii="Arial" w:hAnsi="Arial" w:cs="Arial"/>
                <w:i/>
              </w:rPr>
              <w:br/>
            </w:r>
            <w:proofErr w:type="spellStart"/>
            <w:r w:rsidRPr="00777DC1">
              <w:rPr>
                <w:rFonts w:ascii="Arial" w:hAnsi="Arial" w:cs="Arial"/>
                <w:b/>
              </w:rPr>
              <w:t>Kişiler</w:t>
            </w:r>
            <w:proofErr w:type="spellEnd"/>
            <w:r w:rsidRPr="00777DC1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777DC1">
              <w:rPr>
                <w:rFonts w:ascii="Arial" w:hAnsi="Arial" w:cs="Arial"/>
                <w:b/>
              </w:rPr>
              <w:t>arasındaki</w:t>
            </w:r>
            <w:proofErr w:type="spellEnd"/>
            <w:r w:rsidRPr="00777DC1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777DC1">
              <w:rPr>
                <w:rFonts w:ascii="Arial" w:hAnsi="Arial" w:cs="Arial"/>
                <w:b/>
              </w:rPr>
              <w:t>iletişimi</w:t>
            </w:r>
            <w:proofErr w:type="spellEnd"/>
            <w:r w:rsidRPr="00777DC1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777DC1">
              <w:rPr>
                <w:rFonts w:ascii="Arial" w:hAnsi="Arial" w:cs="Arial"/>
                <w:b/>
              </w:rPr>
              <w:t>etkileyen</w:t>
            </w:r>
            <w:proofErr w:type="spellEnd"/>
            <w:r w:rsidRPr="00777DC1">
              <w:rPr>
                <w:rFonts w:ascii="Arial" w:hAnsi="Arial" w:cs="Arial"/>
                <w:b/>
              </w:rPr>
              <w:t xml:space="preserve"> faktörler nelerdir? 4 örnek veriniz.</w:t>
            </w:r>
          </w:p>
        </w:tc>
      </w:tr>
    </w:tbl>
    <w:p w:rsidR="008519B4" w:rsidRDefault="00D11D7C" w:rsidP="00D70222">
      <w:pPr>
        <w:shd w:val="clear" w:color="auto" w:fill="FFFFFF" w:themeFill="background1"/>
        <w:spacing w:before="80" w:after="240" w:line="360" w:lineRule="exact"/>
        <w:rPr>
          <w:rFonts w:ascii="Arial" w:hAnsi="Arial" w:cs="Arial"/>
        </w:rPr>
      </w:pPr>
      <w:r w:rsidRPr="00777DC1">
        <w:rPr>
          <w:rFonts w:ascii="Arial" w:hAnsi="Arial" w:cs="Arial"/>
          <w:color w:val="A6A6A6"/>
        </w:rPr>
        <w:t>CEVAP:</w:t>
      </w:r>
      <w:r w:rsidRPr="00777DC1">
        <w:rPr>
          <w:rFonts w:ascii="Arial" w:hAnsi="Arial" w:cs="Arial"/>
          <w:color w:val="A6A6A6"/>
        </w:rPr>
        <w:br/>
      </w:r>
    </w:p>
    <w:p w:rsidR="00F54A20" w:rsidRDefault="00F54A20" w:rsidP="00D70222">
      <w:pPr>
        <w:shd w:val="clear" w:color="auto" w:fill="FFFFFF" w:themeFill="background1"/>
        <w:spacing w:before="80" w:after="240" w:line="360" w:lineRule="exact"/>
        <w:rPr>
          <w:rFonts w:ascii="Arial" w:hAnsi="Arial" w:cs="Arial"/>
        </w:rPr>
      </w:pPr>
    </w:p>
    <w:p w:rsidR="00E1067C" w:rsidRDefault="00E1067C" w:rsidP="00E1067C">
      <w:pPr>
        <w:spacing w:before="280"/>
        <w:jc w:val="right"/>
        <w:rPr>
          <w:rFonts w:ascii="Arial" w:hAnsi="Arial" w:cs="Arial"/>
          <w:b/>
        </w:rPr>
      </w:pPr>
      <w:r w:rsidRPr="007E2AC6">
        <w:rPr>
          <w:rFonts w:ascii="Arial" w:hAnsi="Arial" w:cs="Arial"/>
          <w:b/>
        </w:rPr>
        <w:t xml:space="preserve">Zeki DOĞAN – </w:t>
      </w:r>
      <w:proofErr w:type="spellStart"/>
      <w:r w:rsidRPr="007E2AC6">
        <w:rPr>
          <w:rFonts w:ascii="Arial" w:hAnsi="Arial" w:cs="Arial"/>
          <w:b/>
        </w:rPr>
        <w:t>Sosyal</w:t>
      </w:r>
      <w:proofErr w:type="spellEnd"/>
      <w:r w:rsidRPr="007E2AC6">
        <w:rPr>
          <w:rFonts w:ascii="Arial" w:hAnsi="Arial" w:cs="Arial"/>
          <w:b/>
        </w:rPr>
        <w:t xml:space="preserve"> </w:t>
      </w:r>
      <w:proofErr w:type="spellStart"/>
      <w:r w:rsidRPr="007E2AC6">
        <w:rPr>
          <w:rFonts w:ascii="Arial" w:hAnsi="Arial" w:cs="Arial"/>
          <w:b/>
        </w:rPr>
        <w:t>Bilgiler</w:t>
      </w:r>
      <w:proofErr w:type="spellEnd"/>
      <w:r w:rsidRPr="007E2AC6">
        <w:rPr>
          <w:rFonts w:ascii="Arial" w:hAnsi="Arial" w:cs="Arial"/>
          <w:b/>
        </w:rPr>
        <w:t xml:space="preserve"> </w:t>
      </w:r>
      <w:proofErr w:type="spellStart"/>
      <w:r w:rsidRPr="007E2AC6">
        <w:rPr>
          <w:rFonts w:ascii="Arial" w:hAnsi="Arial" w:cs="Arial"/>
          <w:b/>
        </w:rPr>
        <w:t>Öğretmeni</w:t>
      </w:r>
      <w:proofErr w:type="spellEnd"/>
      <w:r w:rsidRPr="007E2AC6">
        <w:rPr>
          <w:rFonts w:ascii="Arial" w:hAnsi="Arial" w:cs="Arial"/>
          <w:b/>
        </w:rPr>
        <w:t xml:space="preserve"> - </w:t>
      </w:r>
      <w:hyperlink r:id="rId6" w:history="1">
        <w:r w:rsidRPr="00A7452C">
          <w:rPr>
            <w:rStyle w:val="Kpr"/>
            <w:rFonts w:ascii="Arial" w:hAnsi="Arial" w:cs="Arial"/>
            <w:b/>
          </w:rPr>
          <w:t>www.sosyalciniz.net</w:t>
        </w:r>
      </w:hyperlink>
      <w:r w:rsidRPr="007E2AC6">
        <w:rPr>
          <w:rFonts w:ascii="Arial" w:hAnsi="Arial" w:cs="Arial"/>
          <w:b/>
        </w:rPr>
        <w:br/>
        <w:t>BAŞARILAR....</w:t>
      </w:r>
    </w:p>
    <w:p w:rsidR="00E1067C" w:rsidRDefault="00E1067C" w:rsidP="00E1067C">
      <w:pPr>
        <w:spacing w:before="280"/>
        <w:jc w:val="right"/>
        <w:rPr>
          <w:rFonts w:ascii="Arial" w:hAnsi="Arial" w:cs="Arial"/>
          <w:b/>
        </w:rPr>
      </w:pPr>
    </w:p>
    <w:p w:rsidR="00F54A20" w:rsidRDefault="00F54A20" w:rsidP="006B322B">
      <w:pPr>
        <w:spacing w:before="280"/>
        <w:rPr>
          <w:rFonts w:ascii="Arial" w:hAnsi="Arial" w:cs="Arial"/>
          <w:b/>
        </w:rPr>
      </w:pPr>
    </w:p>
    <w:p w:rsidR="00F54A20" w:rsidRDefault="00F54A20" w:rsidP="00E1067C">
      <w:pPr>
        <w:spacing w:before="280"/>
        <w:jc w:val="right"/>
        <w:rPr>
          <w:rFonts w:ascii="Arial" w:hAnsi="Arial" w:cs="Arial"/>
          <w:b/>
        </w:rPr>
      </w:pPr>
    </w:p>
    <w:p w:rsidR="00F54A20" w:rsidRDefault="00F54A20" w:rsidP="00E1067C">
      <w:pPr>
        <w:spacing w:before="280"/>
        <w:jc w:val="right"/>
        <w:rPr>
          <w:rFonts w:ascii="Arial" w:hAnsi="Arial" w:cs="Arial"/>
          <w:b/>
        </w:rPr>
      </w:pPr>
    </w:p>
    <w:p w:rsidR="00E1067C" w:rsidRPr="00BD1422" w:rsidRDefault="00E1067C" w:rsidP="00E1067C">
      <w:pPr>
        <w:pStyle w:val="AralkYok"/>
        <w:jc w:val="center"/>
        <w:rPr>
          <w:rFonts w:ascii="Arial" w:hAnsi="Arial" w:cs="Arial"/>
          <w:b/>
        </w:rPr>
      </w:pPr>
      <w:r w:rsidRPr="00BD1422">
        <w:rPr>
          <w:rFonts w:ascii="Arial" w:hAnsi="Arial" w:cs="Arial"/>
          <w:b/>
        </w:rPr>
        <w:t>TEMEL YAŞAM BECERİLERİ DERSİ</w:t>
      </w:r>
    </w:p>
    <w:p w:rsidR="00E1067C" w:rsidRPr="00BD1422" w:rsidRDefault="00E1067C" w:rsidP="00E1067C">
      <w:pPr>
        <w:pStyle w:val="AralkYok"/>
        <w:jc w:val="center"/>
        <w:rPr>
          <w:rFonts w:ascii="Arial" w:hAnsi="Arial" w:cs="Arial"/>
          <w:b/>
        </w:rPr>
      </w:pPr>
      <w:r w:rsidRPr="00BD1422">
        <w:rPr>
          <w:rFonts w:ascii="Arial" w:hAnsi="Arial" w:cs="Arial"/>
          <w:b/>
        </w:rPr>
        <w:t>1. DÖNEM 1. ORTAK YAZILI KONU SORU DAĞILIM TABLOSU</w:t>
      </w:r>
    </w:p>
    <w:p w:rsidR="00E1067C" w:rsidRPr="00BD1422" w:rsidRDefault="00E1067C" w:rsidP="00E1067C">
      <w:pPr>
        <w:pStyle w:val="AralkYok"/>
        <w:rPr>
          <w:rFonts w:ascii="Arial" w:hAnsi="Arial" w:cs="Arial"/>
        </w:rPr>
      </w:pPr>
    </w:p>
    <w:tbl>
      <w:tblPr>
        <w:tblStyle w:val="TabloKlavuzu3"/>
        <w:tblW w:w="0" w:type="auto"/>
        <w:jc w:val="center"/>
        <w:tblInd w:w="-540" w:type="dxa"/>
        <w:tblLook w:val="04A0"/>
      </w:tblPr>
      <w:tblGrid>
        <w:gridCol w:w="1733"/>
        <w:gridCol w:w="6526"/>
        <w:gridCol w:w="1060"/>
      </w:tblGrid>
      <w:tr w:rsidR="00E1067C" w:rsidRPr="00BD1422" w:rsidTr="00E04E36">
        <w:trPr>
          <w:jc w:val="center"/>
        </w:trPr>
        <w:tc>
          <w:tcPr>
            <w:tcW w:w="1733" w:type="dxa"/>
            <w:shd w:val="clear" w:color="auto" w:fill="auto"/>
          </w:tcPr>
          <w:p w:rsidR="00E1067C" w:rsidRPr="00BD1422" w:rsidRDefault="00E1067C" w:rsidP="00E04E36">
            <w:pPr>
              <w:pStyle w:val="AralkYok"/>
              <w:jc w:val="center"/>
              <w:rPr>
                <w:rFonts w:ascii="Arial" w:hAnsi="Arial" w:cs="Arial"/>
                <w:b/>
              </w:rPr>
            </w:pPr>
            <w:r w:rsidRPr="00BD1422">
              <w:rPr>
                <w:rFonts w:ascii="Arial" w:hAnsi="Arial" w:cs="Arial"/>
                <w:b/>
              </w:rPr>
              <w:t>ÖĞRENME ALANI</w:t>
            </w:r>
          </w:p>
        </w:tc>
        <w:tc>
          <w:tcPr>
            <w:tcW w:w="6526" w:type="dxa"/>
          </w:tcPr>
          <w:p w:rsidR="00E1067C" w:rsidRPr="00BD1422" w:rsidRDefault="00E1067C" w:rsidP="00E04E36">
            <w:pPr>
              <w:pStyle w:val="AralkYok"/>
              <w:jc w:val="center"/>
              <w:rPr>
                <w:rFonts w:ascii="Arial" w:hAnsi="Arial" w:cs="Arial"/>
                <w:b/>
              </w:rPr>
            </w:pPr>
            <w:r w:rsidRPr="00BD1422">
              <w:rPr>
                <w:rFonts w:ascii="Arial" w:hAnsi="Arial" w:cs="Arial"/>
                <w:b/>
              </w:rPr>
              <w:t>ÖĞRENME ÇIKTISI</w:t>
            </w:r>
          </w:p>
        </w:tc>
        <w:tc>
          <w:tcPr>
            <w:tcW w:w="1060" w:type="dxa"/>
          </w:tcPr>
          <w:p w:rsidR="00E1067C" w:rsidRPr="00BD1422" w:rsidRDefault="00E1067C" w:rsidP="00E04E36">
            <w:pPr>
              <w:pStyle w:val="AralkYok"/>
              <w:jc w:val="center"/>
              <w:rPr>
                <w:rFonts w:ascii="Arial" w:hAnsi="Arial" w:cs="Arial"/>
                <w:b/>
              </w:rPr>
            </w:pPr>
            <w:r w:rsidRPr="00BD1422">
              <w:rPr>
                <w:rFonts w:ascii="Arial" w:hAnsi="Arial" w:cs="Arial"/>
                <w:b/>
              </w:rPr>
              <w:t>SORU</w:t>
            </w:r>
          </w:p>
        </w:tc>
      </w:tr>
      <w:tr w:rsidR="005D5200" w:rsidRPr="00BD1422" w:rsidTr="00E04E36">
        <w:trPr>
          <w:jc w:val="center"/>
        </w:trPr>
        <w:tc>
          <w:tcPr>
            <w:tcW w:w="1733" w:type="dxa"/>
            <w:vMerge w:val="restart"/>
            <w:shd w:val="clear" w:color="auto" w:fill="auto"/>
            <w:textDirection w:val="btLr"/>
          </w:tcPr>
          <w:p w:rsidR="005D5200" w:rsidRPr="00BD1422" w:rsidRDefault="005D5200" w:rsidP="00E1067C">
            <w:pPr>
              <w:pStyle w:val="AralkYok"/>
              <w:ind w:left="113" w:right="113"/>
              <w:jc w:val="center"/>
              <w:rPr>
                <w:rFonts w:ascii="Arial" w:hAnsi="Arial" w:cs="Arial"/>
                <w:b/>
              </w:rPr>
            </w:pPr>
            <w:r w:rsidRPr="00BD1422">
              <w:rPr>
                <w:rFonts w:ascii="Arial" w:hAnsi="Arial" w:cs="Arial"/>
                <w:b/>
              </w:rPr>
              <w:t>1. ÖĞRENME ALANI: İLETİŞİM VE SOSYAL BECERİLER</w:t>
            </w:r>
          </w:p>
        </w:tc>
        <w:tc>
          <w:tcPr>
            <w:tcW w:w="6526" w:type="dxa"/>
          </w:tcPr>
          <w:p w:rsidR="005D5200" w:rsidRPr="00BD1422" w:rsidRDefault="005D5200" w:rsidP="005D5200">
            <w:pPr>
              <w:rPr>
                <w:rFonts w:ascii="Arial" w:hAnsi="Arial" w:cs="Arial"/>
              </w:rPr>
            </w:pPr>
            <w:r w:rsidRPr="00BD1422">
              <w:rPr>
                <w:rStyle w:val="fontstyle01"/>
                <w:rFonts w:ascii="Arial" w:hAnsi="Arial" w:cs="Arial"/>
                <w:sz w:val="22"/>
                <w:szCs w:val="22"/>
              </w:rPr>
              <w:t>TYB.1.1.1. Kendini ifade etme yollarını karşılaştırabilme</w:t>
            </w:r>
            <w:r w:rsidRPr="00BD1422">
              <w:rPr>
                <w:rFonts w:ascii="Arial" w:hAnsi="Arial" w:cs="Arial"/>
                <w:iCs/>
                <w:color w:val="242021"/>
              </w:rPr>
              <w:br/>
            </w:r>
          </w:p>
        </w:tc>
        <w:tc>
          <w:tcPr>
            <w:tcW w:w="1060" w:type="dxa"/>
          </w:tcPr>
          <w:p w:rsidR="005D5200" w:rsidRPr="00BD1422" w:rsidRDefault="005D5200" w:rsidP="00E04E36">
            <w:pPr>
              <w:pStyle w:val="AralkYok"/>
              <w:jc w:val="center"/>
              <w:rPr>
                <w:rFonts w:ascii="Arial" w:hAnsi="Arial" w:cs="Arial"/>
              </w:rPr>
            </w:pPr>
            <w:r w:rsidRPr="00BD1422">
              <w:rPr>
                <w:rFonts w:ascii="Arial" w:hAnsi="Arial" w:cs="Arial"/>
              </w:rPr>
              <w:t>3</w:t>
            </w:r>
          </w:p>
        </w:tc>
      </w:tr>
      <w:tr w:rsidR="005D5200" w:rsidRPr="00BD1422" w:rsidTr="00E04E36">
        <w:trPr>
          <w:jc w:val="center"/>
        </w:trPr>
        <w:tc>
          <w:tcPr>
            <w:tcW w:w="1733" w:type="dxa"/>
            <w:vMerge/>
            <w:shd w:val="clear" w:color="auto" w:fill="auto"/>
          </w:tcPr>
          <w:p w:rsidR="005D5200" w:rsidRPr="00BD1422" w:rsidRDefault="005D5200" w:rsidP="00E04E36">
            <w:pPr>
              <w:pStyle w:val="AralkYok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526" w:type="dxa"/>
          </w:tcPr>
          <w:p w:rsidR="005D5200" w:rsidRPr="00BD1422" w:rsidRDefault="005D5200" w:rsidP="005D5200">
            <w:pPr>
              <w:rPr>
                <w:rFonts w:ascii="Arial" w:hAnsi="Arial" w:cs="Arial"/>
                <w:i/>
              </w:rPr>
            </w:pPr>
            <w:r w:rsidRPr="00BD1422">
              <w:rPr>
                <w:rFonts w:ascii="Arial" w:hAnsi="Arial" w:cs="Arial"/>
                <w:i/>
                <w:iCs/>
                <w:color w:val="242021"/>
              </w:rPr>
              <w:br/>
            </w:r>
            <w:r w:rsidRPr="00BD1422">
              <w:rPr>
                <w:rStyle w:val="fontstyle01"/>
                <w:rFonts w:ascii="Arial" w:hAnsi="Arial" w:cs="Arial"/>
                <w:i w:val="0"/>
                <w:sz w:val="22"/>
                <w:szCs w:val="22"/>
              </w:rPr>
              <w:t>TYB.1.1.2. Duygularının günlük yaşamındaki etkilerini yansıtabilme</w:t>
            </w:r>
            <w:r w:rsidRPr="00BD1422">
              <w:rPr>
                <w:rFonts w:ascii="Arial" w:hAnsi="Arial" w:cs="Arial"/>
                <w:i/>
                <w:iCs/>
                <w:color w:val="242021"/>
              </w:rPr>
              <w:br/>
            </w:r>
          </w:p>
        </w:tc>
        <w:tc>
          <w:tcPr>
            <w:tcW w:w="1060" w:type="dxa"/>
          </w:tcPr>
          <w:p w:rsidR="005D5200" w:rsidRPr="00BD1422" w:rsidRDefault="00BD1422" w:rsidP="00E04E36">
            <w:pPr>
              <w:pStyle w:val="AralkYok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  <w:tr w:rsidR="005D5200" w:rsidRPr="00BD1422" w:rsidTr="00E04E36">
        <w:trPr>
          <w:jc w:val="center"/>
        </w:trPr>
        <w:tc>
          <w:tcPr>
            <w:tcW w:w="1733" w:type="dxa"/>
            <w:vMerge/>
            <w:shd w:val="clear" w:color="auto" w:fill="auto"/>
          </w:tcPr>
          <w:p w:rsidR="005D5200" w:rsidRPr="00BD1422" w:rsidRDefault="005D5200" w:rsidP="00E04E36">
            <w:pPr>
              <w:pStyle w:val="AralkYok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526" w:type="dxa"/>
          </w:tcPr>
          <w:p w:rsidR="005D5200" w:rsidRPr="00BD1422" w:rsidRDefault="005D5200" w:rsidP="005D5200">
            <w:pPr>
              <w:rPr>
                <w:rFonts w:ascii="Arial" w:hAnsi="Arial" w:cs="Arial"/>
                <w:i/>
              </w:rPr>
            </w:pPr>
            <w:r w:rsidRPr="00BD1422">
              <w:rPr>
                <w:rFonts w:ascii="Arial" w:hAnsi="Arial" w:cs="Arial"/>
                <w:i/>
                <w:iCs/>
                <w:color w:val="242021"/>
              </w:rPr>
              <w:br/>
            </w:r>
            <w:r w:rsidRPr="00BD1422">
              <w:rPr>
                <w:rStyle w:val="fontstyle01"/>
                <w:rFonts w:ascii="Arial" w:hAnsi="Arial" w:cs="Arial"/>
                <w:i w:val="0"/>
                <w:sz w:val="22"/>
                <w:szCs w:val="22"/>
              </w:rPr>
              <w:t>TYB.1.1.3. Sözlü anlatımda diksiyon unsurlarının rolünü değerlendirebilme</w:t>
            </w:r>
            <w:r w:rsidRPr="00BD1422">
              <w:rPr>
                <w:rFonts w:ascii="Arial" w:hAnsi="Arial" w:cs="Arial"/>
                <w:i/>
                <w:iCs/>
                <w:color w:val="242021"/>
              </w:rPr>
              <w:br/>
            </w:r>
          </w:p>
        </w:tc>
        <w:tc>
          <w:tcPr>
            <w:tcW w:w="1060" w:type="dxa"/>
          </w:tcPr>
          <w:p w:rsidR="005D5200" w:rsidRPr="00BD1422" w:rsidRDefault="00BD1422" w:rsidP="00E04E36">
            <w:pPr>
              <w:pStyle w:val="AralkYok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5D5200" w:rsidRPr="00BD1422" w:rsidTr="00E04E36">
        <w:trPr>
          <w:jc w:val="center"/>
        </w:trPr>
        <w:tc>
          <w:tcPr>
            <w:tcW w:w="1733" w:type="dxa"/>
            <w:vMerge/>
            <w:shd w:val="clear" w:color="auto" w:fill="auto"/>
          </w:tcPr>
          <w:p w:rsidR="005D5200" w:rsidRPr="00BD1422" w:rsidRDefault="005D5200" w:rsidP="00E04E36">
            <w:pPr>
              <w:pStyle w:val="AralkYok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526" w:type="dxa"/>
          </w:tcPr>
          <w:p w:rsidR="005D5200" w:rsidRPr="00BD1422" w:rsidRDefault="005D5200">
            <w:pPr>
              <w:rPr>
                <w:rFonts w:ascii="Arial" w:hAnsi="Arial" w:cs="Arial"/>
                <w:i/>
              </w:rPr>
            </w:pPr>
            <w:r w:rsidRPr="00BD1422">
              <w:rPr>
                <w:rFonts w:ascii="Arial" w:hAnsi="Arial" w:cs="Arial"/>
                <w:i/>
                <w:iCs/>
                <w:color w:val="242021"/>
              </w:rPr>
              <w:br/>
            </w:r>
            <w:r w:rsidRPr="00BD1422">
              <w:rPr>
                <w:rStyle w:val="fontstyle01"/>
                <w:rFonts w:ascii="Arial" w:hAnsi="Arial" w:cs="Arial"/>
                <w:i w:val="0"/>
                <w:sz w:val="22"/>
                <w:szCs w:val="22"/>
              </w:rPr>
              <w:t>TYB.1.1.4. Dijital paylaşımlarında dijital ayak izi açısından dijital güvenlik önlemlerini yönetebilme</w:t>
            </w:r>
          </w:p>
        </w:tc>
        <w:tc>
          <w:tcPr>
            <w:tcW w:w="1060" w:type="dxa"/>
          </w:tcPr>
          <w:p w:rsidR="005D5200" w:rsidRPr="00BD1422" w:rsidRDefault="00BD1422" w:rsidP="00E04E36">
            <w:pPr>
              <w:pStyle w:val="AralkYok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:rsidR="00E1067C" w:rsidRPr="00BD1422" w:rsidRDefault="00E1067C" w:rsidP="00D70222">
      <w:pPr>
        <w:shd w:val="clear" w:color="auto" w:fill="FFFFFF" w:themeFill="background1"/>
        <w:spacing w:before="80" w:after="240" w:line="360" w:lineRule="exact"/>
        <w:rPr>
          <w:rFonts w:ascii="Arial" w:hAnsi="Arial" w:cs="Arial"/>
        </w:rPr>
      </w:pPr>
    </w:p>
    <w:sectPr w:rsidR="00E1067C" w:rsidRPr="00BD1422" w:rsidSect="0097467F">
      <w:pgSz w:w="12240" w:h="15840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arlow-LightItal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0A0E9B"/>
    <w:rsid w:val="0015074B"/>
    <w:rsid w:val="0029639D"/>
    <w:rsid w:val="00326F90"/>
    <w:rsid w:val="00370706"/>
    <w:rsid w:val="00414098"/>
    <w:rsid w:val="00486865"/>
    <w:rsid w:val="005D5200"/>
    <w:rsid w:val="006B322B"/>
    <w:rsid w:val="00777DC1"/>
    <w:rsid w:val="008519B4"/>
    <w:rsid w:val="0097467F"/>
    <w:rsid w:val="00AA1D8D"/>
    <w:rsid w:val="00B47730"/>
    <w:rsid w:val="00BD1422"/>
    <w:rsid w:val="00CB0664"/>
    <w:rsid w:val="00CB2157"/>
    <w:rsid w:val="00D11D7C"/>
    <w:rsid w:val="00D70222"/>
    <w:rsid w:val="00E1067C"/>
    <w:rsid w:val="00F54A20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pr">
    <w:name w:val="Hyperlink"/>
    <w:basedOn w:val="VarsaylanParagrafYazTipi"/>
    <w:uiPriority w:val="99"/>
    <w:unhideWhenUsed/>
    <w:rsid w:val="00E1067C"/>
    <w:rPr>
      <w:color w:val="0000FF" w:themeColor="hyperlink"/>
      <w:u w:val="single"/>
    </w:rPr>
  </w:style>
  <w:style w:type="table" w:customStyle="1" w:styleId="TabloKlavuzu3">
    <w:name w:val="Tablo Kılavuzu3"/>
    <w:basedOn w:val="NormalTablo"/>
    <w:uiPriority w:val="59"/>
    <w:rsid w:val="00E1067C"/>
    <w:pPr>
      <w:spacing w:after="0" w:line="240" w:lineRule="auto"/>
    </w:pPr>
    <w:rPr>
      <w:rFonts w:eastAsiaTheme="minorHAnsi"/>
      <w:lang w:val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VarsaylanParagrafYazTipi"/>
    <w:rsid w:val="005D5200"/>
    <w:rPr>
      <w:rFonts w:ascii="Barlow-LightItalic" w:hAnsi="Barlow-LightItalic" w:hint="default"/>
      <w:b w:val="0"/>
      <w:bCs w:val="0"/>
      <w:i/>
      <w:iCs/>
      <w:color w:val="242021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sosyalciniz.net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DF8851B-38B5-464B-BBA8-DEED951BE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391</Words>
  <Characters>2231</Characters>
  <Application>Microsoft Office Word</Application>
  <DocSecurity>0</DocSecurity>
  <Lines>18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By NeC ® 2010 | Katilimsiz.Com</Company>
  <LinksUpToDate>false</LinksUpToDate>
  <CharactersWithSpaces>2617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SOSYALCİNİZ</dc:creator>
  <dc:description>generated by python-docx</dc:description>
  <cp:lastModifiedBy>Zeki</cp:lastModifiedBy>
  <cp:revision>2</cp:revision>
  <dcterms:created xsi:type="dcterms:W3CDTF">2026-10-25T16:23:00Z</dcterms:created>
  <dcterms:modified xsi:type="dcterms:W3CDTF">2026-10-25T16:23:00Z</dcterms:modified>
</cp:coreProperties>
</file>