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7"/>
        <w:gridCol w:w="6095"/>
        <w:gridCol w:w="1440"/>
      </w:tblGrid>
      <w:tr w:rsidR="00BB2E12" w:rsidRPr="00F86FD7" w:rsidTr="00F139AA">
        <w:trPr>
          <w:jc w:val="center"/>
        </w:trPr>
        <w:tc>
          <w:tcPr>
            <w:tcW w:w="2977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E12" w:rsidRPr="00F86FD7" w:rsidRDefault="00000C58" w:rsidP="003E6FD2">
            <w:pPr>
              <w:spacing w:after="40"/>
            </w:pPr>
            <w:r w:rsidRPr="00F86FD7">
              <w:rPr>
                <w:rFonts w:ascii="Arial" w:hAnsi="Arial"/>
                <w:b/>
                <w:sz w:val="19"/>
              </w:rPr>
              <w:t xml:space="preserve">ADI SOYADI: </w:t>
            </w:r>
            <w:r w:rsidRPr="00F139AA">
              <w:rPr>
                <w:rFonts w:ascii="Arial" w:hAnsi="Arial"/>
                <w:sz w:val="19"/>
              </w:rPr>
              <w:t>.......................................</w:t>
            </w:r>
            <w:r w:rsidR="003E6FD2" w:rsidRPr="00F139AA">
              <w:rPr>
                <w:rFonts w:ascii="Arial" w:hAnsi="Arial"/>
                <w:sz w:val="19"/>
              </w:rPr>
              <w:t>......</w:t>
            </w:r>
            <w:r w:rsidRPr="00F86FD7">
              <w:rPr>
                <w:rFonts w:ascii="Arial" w:hAnsi="Arial"/>
                <w:b/>
                <w:sz w:val="19"/>
              </w:rPr>
              <w:br/>
              <w:t>SINIFI NO: .....................</w:t>
            </w:r>
            <w:r w:rsidR="003E6FD2" w:rsidRPr="00F86FD7">
              <w:rPr>
                <w:rFonts w:ascii="Arial" w:hAnsi="Arial"/>
                <w:b/>
                <w:sz w:val="19"/>
              </w:rPr>
              <w:t>.....</w:t>
            </w:r>
          </w:p>
        </w:tc>
        <w:tc>
          <w:tcPr>
            <w:tcW w:w="6095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E12" w:rsidRPr="00F86FD7" w:rsidRDefault="00000C58" w:rsidP="003E6FD2">
            <w:pPr>
              <w:spacing w:after="40"/>
              <w:jc w:val="center"/>
            </w:pPr>
            <w:r w:rsidRPr="00F86FD7">
              <w:rPr>
                <w:rFonts w:ascii="Arial" w:hAnsi="Arial"/>
                <w:b/>
                <w:color w:val="1B365D"/>
                <w:sz w:val="20"/>
              </w:rPr>
              <w:t xml:space="preserve">2025-2026 EĞİTİM ÖĞRETİM YILI </w:t>
            </w:r>
            <w:r w:rsidR="003E6FD2" w:rsidRPr="00F86FD7">
              <w:rPr>
                <w:rFonts w:ascii="Arial" w:hAnsi="Arial"/>
                <w:b/>
                <w:color w:val="1B365D"/>
                <w:sz w:val="20"/>
              </w:rPr>
              <w:t>BAYRAMYAZI</w:t>
            </w:r>
            <w:r w:rsidRPr="00F86FD7">
              <w:rPr>
                <w:rFonts w:ascii="Arial" w:hAnsi="Arial"/>
                <w:b/>
                <w:color w:val="1B365D"/>
                <w:sz w:val="20"/>
              </w:rPr>
              <w:t xml:space="preserve"> ORTAOKULU</w:t>
            </w:r>
            <w:r w:rsidRPr="00F86FD7">
              <w:rPr>
                <w:rFonts w:ascii="Arial" w:hAnsi="Arial"/>
                <w:b/>
                <w:color w:val="1B365D"/>
                <w:sz w:val="20"/>
              </w:rPr>
              <w:br/>
              <w:t>7. SINIF DÜŞÜNME EĞİTİMİ DERSİ</w:t>
            </w:r>
            <w:r w:rsidRPr="00F86FD7">
              <w:rPr>
                <w:rFonts w:ascii="Arial" w:hAnsi="Arial"/>
                <w:b/>
                <w:color w:val="1B365D"/>
                <w:sz w:val="20"/>
              </w:rPr>
              <w:br/>
              <w:t>1. DÖNEM 1. YAZILI SINAVI</w:t>
            </w:r>
          </w:p>
        </w:tc>
        <w:tc>
          <w:tcPr>
            <w:tcW w:w="1440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B2E12" w:rsidRPr="00F86FD7" w:rsidRDefault="00000C58">
            <w:pPr>
              <w:spacing w:after="40"/>
              <w:jc w:val="center"/>
            </w:pPr>
            <w:r w:rsidRPr="00F86FD7">
              <w:rPr>
                <w:rFonts w:ascii="Arial" w:hAnsi="Arial"/>
                <w:b/>
                <w:sz w:val="20"/>
              </w:rPr>
              <w:t>PUAN</w:t>
            </w:r>
            <w:r w:rsidRPr="00F86FD7">
              <w:rPr>
                <w:rFonts w:ascii="Arial" w:hAnsi="Arial"/>
                <w:b/>
                <w:sz w:val="20"/>
              </w:rPr>
              <w:br/>
            </w:r>
            <w:r w:rsidRPr="00F86FD7">
              <w:rPr>
                <w:rFonts w:ascii="Arial" w:hAnsi="Arial"/>
                <w:b/>
                <w:sz w:val="20"/>
              </w:rPr>
              <w:br/>
              <w:t>...........</w:t>
            </w:r>
          </w:p>
        </w:tc>
      </w:tr>
      <w:tr w:rsidR="00BB2E12" w:rsidRPr="00F86FD7" w:rsidTr="003E6FD2">
        <w:trPr>
          <w:jc w:val="center"/>
        </w:trPr>
        <w:tc>
          <w:tcPr>
            <w:tcW w:w="10512" w:type="dxa"/>
            <w:gridSpan w:val="3"/>
          </w:tcPr>
          <w:tbl>
            <w:tblPr>
              <w:tblW w:w="956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956"/>
              <w:gridCol w:w="956"/>
              <w:gridCol w:w="956"/>
              <w:gridCol w:w="956"/>
              <w:gridCol w:w="956"/>
              <w:gridCol w:w="956"/>
              <w:gridCol w:w="956"/>
              <w:gridCol w:w="956"/>
              <w:gridCol w:w="956"/>
              <w:gridCol w:w="956"/>
            </w:tblGrid>
            <w:tr w:rsidR="00DB1A78" w:rsidRPr="00F86FD7" w:rsidTr="00DB1A78">
              <w:trPr>
                <w:jc w:val="center"/>
              </w:trPr>
              <w:tc>
                <w:tcPr>
                  <w:tcW w:w="956" w:type="dxa"/>
                  <w:shd w:val="clear" w:color="auto" w:fill="D9E2EC"/>
                </w:tcPr>
                <w:p w:rsidR="00DB1A78" w:rsidRPr="00F86FD7" w:rsidRDefault="00DB1A78">
                  <w:pPr>
                    <w:jc w:val="center"/>
                  </w:pPr>
                  <w:r w:rsidRPr="00F86FD7">
                    <w:rPr>
                      <w:rFonts w:ascii="Arial" w:hAnsi="Arial"/>
                      <w:b/>
                      <w:sz w:val="16"/>
                    </w:rPr>
                    <w:t>PUAN</w:t>
                  </w:r>
                </w:p>
              </w:tc>
              <w:tc>
                <w:tcPr>
                  <w:tcW w:w="956" w:type="dxa"/>
                  <w:shd w:val="clear" w:color="auto" w:fill="D9E2EC"/>
                </w:tcPr>
                <w:p w:rsidR="00DB1A78" w:rsidRPr="00F86FD7" w:rsidRDefault="00DB1A78">
                  <w:pPr>
                    <w:jc w:val="center"/>
                  </w:pPr>
                  <w:r w:rsidRPr="00F86FD7">
                    <w:rPr>
                      <w:rFonts w:ascii="Arial" w:hAnsi="Arial"/>
                      <w:b/>
                      <w:sz w:val="16"/>
                    </w:rPr>
                    <w:t>1.S</w:t>
                  </w:r>
                  <w:r>
                    <w:rPr>
                      <w:rFonts w:ascii="Arial" w:hAnsi="Arial"/>
                      <w:b/>
                      <w:sz w:val="16"/>
                    </w:rPr>
                    <w:t>ORU</w:t>
                  </w:r>
                </w:p>
              </w:tc>
              <w:tc>
                <w:tcPr>
                  <w:tcW w:w="956" w:type="dxa"/>
                  <w:shd w:val="clear" w:color="auto" w:fill="D9E2EC"/>
                </w:tcPr>
                <w:p w:rsidR="00DB1A78" w:rsidRPr="00F86FD7" w:rsidRDefault="00DB1A78">
                  <w:pPr>
                    <w:jc w:val="center"/>
                  </w:pPr>
                  <w:r w:rsidRPr="00F86FD7">
                    <w:rPr>
                      <w:rFonts w:ascii="Arial" w:hAnsi="Arial"/>
                      <w:b/>
                      <w:sz w:val="16"/>
                    </w:rPr>
                    <w:t>2.S</w:t>
                  </w:r>
                  <w:r>
                    <w:rPr>
                      <w:rFonts w:ascii="Arial" w:hAnsi="Arial"/>
                      <w:b/>
                      <w:sz w:val="16"/>
                    </w:rPr>
                    <w:t>ORU</w:t>
                  </w:r>
                </w:p>
              </w:tc>
              <w:tc>
                <w:tcPr>
                  <w:tcW w:w="956" w:type="dxa"/>
                  <w:shd w:val="clear" w:color="auto" w:fill="D9E2EC"/>
                </w:tcPr>
                <w:p w:rsidR="00DB1A78" w:rsidRPr="00F86FD7" w:rsidRDefault="00DB1A78">
                  <w:pPr>
                    <w:jc w:val="center"/>
                  </w:pPr>
                  <w:r w:rsidRPr="00F86FD7">
                    <w:rPr>
                      <w:rFonts w:ascii="Arial" w:hAnsi="Arial"/>
                      <w:b/>
                      <w:sz w:val="16"/>
                    </w:rPr>
                    <w:t>3.S</w:t>
                  </w:r>
                  <w:r>
                    <w:rPr>
                      <w:rFonts w:ascii="Arial" w:hAnsi="Arial"/>
                      <w:b/>
                      <w:sz w:val="16"/>
                    </w:rPr>
                    <w:t>ORU</w:t>
                  </w:r>
                </w:p>
              </w:tc>
              <w:tc>
                <w:tcPr>
                  <w:tcW w:w="956" w:type="dxa"/>
                  <w:shd w:val="clear" w:color="auto" w:fill="D9E2EC"/>
                </w:tcPr>
                <w:p w:rsidR="00DB1A78" w:rsidRPr="00F86FD7" w:rsidRDefault="00DB1A78">
                  <w:pPr>
                    <w:jc w:val="center"/>
                  </w:pPr>
                  <w:r w:rsidRPr="00F86FD7">
                    <w:rPr>
                      <w:rFonts w:ascii="Arial" w:hAnsi="Arial"/>
                      <w:b/>
                      <w:sz w:val="16"/>
                    </w:rPr>
                    <w:t>4.S</w:t>
                  </w:r>
                  <w:r>
                    <w:rPr>
                      <w:rFonts w:ascii="Arial" w:hAnsi="Arial"/>
                      <w:b/>
                      <w:sz w:val="16"/>
                    </w:rPr>
                    <w:t>ORU</w:t>
                  </w:r>
                </w:p>
              </w:tc>
              <w:tc>
                <w:tcPr>
                  <w:tcW w:w="956" w:type="dxa"/>
                  <w:shd w:val="clear" w:color="auto" w:fill="D9E2EC"/>
                </w:tcPr>
                <w:p w:rsidR="00DB1A78" w:rsidRPr="00F86FD7" w:rsidRDefault="00DB1A78">
                  <w:pPr>
                    <w:jc w:val="center"/>
                  </w:pPr>
                  <w:r w:rsidRPr="00F86FD7">
                    <w:rPr>
                      <w:rFonts w:ascii="Arial" w:hAnsi="Arial"/>
                      <w:b/>
                      <w:sz w:val="16"/>
                    </w:rPr>
                    <w:t>5.S</w:t>
                  </w:r>
                  <w:r>
                    <w:rPr>
                      <w:rFonts w:ascii="Arial" w:hAnsi="Arial"/>
                      <w:b/>
                      <w:sz w:val="16"/>
                    </w:rPr>
                    <w:t>ORU</w:t>
                  </w:r>
                </w:p>
              </w:tc>
              <w:tc>
                <w:tcPr>
                  <w:tcW w:w="956" w:type="dxa"/>
                  <w:shd w:val="clear" w:color="auto" w:fill="D9E2EC"/>
                </w:tcPr>
                <w:p w:rsidR="00DB1A78" w:rsidRPr="00F86FD7" w:rsidRDefault="00DB1A78">
                  <w:pPr>
                    <w:jc w:val="center"/>
                  </w:pPr>
                  <w:r w:rsidRPr="00F86FD7">
                    <w:rPr>
                      <w:rFonts w:ascii="Arial" w:hAnsi="Arial"/>
                      <w:b/>
                      <w:sz w:val="16"/>
                    </w:rPr>
                    <w:t>6.S</w:t>
                  </w:r>
                  <w:r>
                    <w:rPr>
                      <w:rFonts w:ascii="Arial" w:hAnsi="Arial"/>
                      <w:b/>
                      <w:sz w:val="16"/>
                    </w:rPr>
                    <w:t>ORU</w:t>
                  </w:r>
                </w:p>
              </w:tc>
              <w:tc>
                <w:tcPr>
                  <w:tcW w:w="956" w:type="dxa"/>
                  <w:shd w:val="clear" w:color="auto" w:fill="D9E2EC"/>
                </w:tcPr>
                <w:p w:rsidR="00DB1A78" w:rsidRPr="00F86FD7" w:rsidRDefault="00DB1A78">
                  <w:pPr>
                    <w:jc w:val="center"/>
                  </w:pPr>
                  <w:r w:rsidRPr="00F86FD7">
                    <w:rPr>
                      <w:rFonts w:ascii="Arial" w:hAnsi="Arial"/>
                      <w:b/>
                      <w:sz w:val="16"/>
                    </w:rPr>
                    <w:t>7.S</w:t>
                  </w:r>
                  <w:r>
                    <w:rPr>
                      <w:rFonts w:ascii="Arial" w:hAnsi="Arial"/>
                      <w:b/>
                      <w:sz w:val="16"/>
                    </w:rPr>
                    <w:t>ORU</w:t>
                  </w:r>
                </w:p>
              </w:tc>
              <w:tc>
                <w:tcPr>
                  <w:tcW w:w="956" w:type="dxa"/>
                  <w:shd w:val="clear" w:color="auto" w:fill="D9E2EC"/>
                </w:tcPr>
                <w:p w:rsidR="00DB1A78" w:rsidRPr="00F86FD7" w:rsidRDefault="00DB1A78">
                  <w:pPr>
                    <w:jc w:val="center"/>
                  </w:pPr>
                  <w:r w:rsidRPr="00F86FD7">
                    <w:rPr>
                      <w:rFonts w:ascii="Arial" w:hAnsi="Arial"/>
                      <w:b/>
                      <w:sz w:val="16"/>
                    </w:rPr>
                    <w:t>8.S</w:t>
                  </w:r>
                  <w:r>
                    <w:rPr>
                      <w:rFonts w:ascii="Arial" w:hAnsi="Arial"/>
                      <w:b/>
                      <w:sz w:val="16"/>
                    </w:rPr>
                    <w:t>ORU</w:t>
                  </w:r>
                </w:p>
              </w:tc>
              <w:tc>
                <w:tcPr>
                  <w:tcW w:w="956" w:type="dxa"/>
                  <w:shd w:val="clear" w:color="auto" w:fill="D9E2EC"/>
                </w:tcPr>
                <w:p w:rsidR="00DB1A78" w:rsidRPr="00F86FD7" w:rsidRDefault="00DB1A78">
                  <w:pPr>
                    <w:jc w:val="center"/>
                  </w:pPr>
                  <w:r w:rsidRPr="00F86FD7">
                    <w:rPr>
                      <w:rFonts w:ascii="Arial" w:hAnsi="Arial"/>
                      <w:b/>
                      <w:sz w:val="16"/>
                    </w:rPr>
                    <w:t>9.S</w:t>
                  </w:r>
                  <w:r>
                    <w:rPr>
                      <w:rFonts w:ascii="Arial" w:hAnsi="Arial"/>
                      <w:b/>
                      <w:sz w:val="16"/>
                    </w:rPr>
                    <w:t>ORU</w:t>
                  </w:r>
                </w:p>
              </w:tc>
            </w:tr>
            <w:tr w:rsidR="00DB1A78" w:rsidRPr="00F86FD7" w:rsidTr="00DB1A78">
              <w:trPr>
                <w:jc w:val="center"/>
              </w:trPr>
              <w:tc>
                <w:tcPr>
                  <w:tcW w:w="956" w:type="dxa"/>
                </w:tcPr>
                <w:p w:rsidR="00DB1A78" w:rsidRPr="00F86FD7" w:rsidRDefault="00DB1A78">
                  <w:pPr>
                    <w:jc w:val="center"/>
                  </w:pPr>
                  <w:r w:rsidRPr="00F86FD7">
                    <w:rPr>
                      <w:rFonts w:ascii="Arial" w:hAnsi="Arial"/>
                      <w:sz w:val="16"/>
                    </w:rPr>
                    <w:t>DEĞER</w:t>
                  </w:r>
                </w:p>
              </w:tc>
              <w:tc>
                <w:tcPr>
                  <w:tcW w:w="956" w:type="dxa"/>
                </w:tcPr>
                <w:p w:rsidR="00DB1A78" w:rsidRPr="00F86FD7" w:rsidRDefault="00DB1A78">
                  <w:pPr>
                    <w:jc w:val="center"/>
                  </w:pPr>
                  <w:r w:rsidRPr="00F86FD7">
                    <w:rPr>
                      <w:rFonts w:ascii="Arial" w:hAnsi="Arial"/>
                      <w:sz w:val="16"/>
                    </w:rPr>
                    <w:t>1</w:t>
                  </w:r>
                  <w:r>
                    <w:rPr>
                      <w:rFonts w:ascii="Arial" w:hAnsi="Arial"/>
                      <w:sz w:val="16"/>
                    </w:rPr>
                    <w:t>5</w:t>
                  </w:r>
                </w:p>
              </w:tc>
              <w:tc>
                <w:tcPr>
                  <w:tcW w:w="956" w:type="dxa"/>
                </w:tcPr>
                <w:p w:rsidR="00DB1A78" w:rsidRPr="00F86FD7" w:rsidRDefault="00DB1A78">
                  <w:pPr>
                    <w:jc w:val="center"/>
                  </w:pPr>
                  <w:r w:rsidRPr="00F86FD7">
                    <w:rPr>
                      <w:rFonts w:ascii="Arial" w:hAnsi="Arial"/>
                      <w:sz w:val="16"/>
                    </w:rPr>
                    <w:t>10</w:t>
                  </w:r>
                </w:p>
              </w:tc>
              <w:tc>
                <w:tcPr>
                  <w:tcW w:w="956" w:type="dxa"/>
                </w:tcPr>
                <w:p w:rsidR="00DB1A78" w:rsidRPr="00F86FD7" w:rsidRDefault="00DB1A78">
                  <w:pPr>
                    <w:jc w:val="center"/>
                  </w:pPr>
                  <w:r w:rsidRPr="00F86FD7">
                    <w:rPr>
                      <w:rFonts w:ascii="Arial" w:hAnsi="Arial"/>
                      <w:sz w:val="16"/>
                    </w:rPr>
                    <w:t>10</w:t>
                  </w:r>
                </w:p>
              </w:tc>
              <w:tc>
                <w:tcPr>
                  <w:tcW w:w="956" w:type="dxa"/>
                </w:tcPr>
                <w:p w:rsidR="00DB1A78" w:rsidRPr="00F86FD7" w:rsidRDefault="00DB1A78">
                  <w:pPr>
                    <w:jc w:val="center"/>
                  </w:pPr>
                  <w:r w:rsidRPr="00F86FD7">
                    <w:rPr>
                      <w:rFonts w:ascii="Arial" w:hAnsi="Arial"/>
                      <w:sz w:val="16"/>
                    </w:rPr>
                    <w:t>10</w:t>
                  </w:r>
                </w:p>
              </w:tc>
              <w:tc>
                <w:tcPr>
                  <w:tcW w:w="956" w:type="dxa"/>
                </w:tcPr>
                <w:p w:rsidR="00DB1A78" w:rsidRPr="00F86FD7" w:rsidRDefault="00DB1A78">
                  <w:pPr>
                    <w:jc w:val="center"/>
                  </w:pPr>
                  <w:r w:rsidRPr="00F86FD7">
                    <w:rPr>
                      <w:rFonts w:ascii="Arial" w:hAnsi="Arial"/>
                      <w:sz w:val="16"/>
                    </w:rPr>
                    <w:t>10</w:t>
                  </w:r>
                </w:p>
              </w:tc>
              <w:tc>
                <w:tcPr>
                  <w:tcW w:w="956" w:type="dxa"/>
                </w:tcPr>
                <w:p w:rsidR="00DB1A78" w:rsidRPr="00F86FD7" w:rsidRDefault="00DB1A78">
                  <w:pPr>
                    <w:jc w:val="center"/>
                  </w:pPr>
                  <w:r w:rsidRPr="00F86FD7">
                    <w:rPr>
                      <w:rFonts w:ascii="Arial" w:hAnsi="Arial"/>
                      <w:sz w:val="16"/>
                    </w:rPr>
                    <w:t>10</w:t>
                  </w:r>
                </w:p>
              </w:tc>
              <w:tc>
                <w:tcPr>
                  <w:tcW w:w="956" w:type="dxa"/>
                </w:tcPr>
                <w:p w:rsidR="00DB1A78" w:rsidRPr="00F86FD7" w:rsidRDefault="00DB1A78">
                  <w:pPr>
                    <w:jc w:val="center"/>
                  </w:pPr>
                  <w:r w:rsidRPr="00F86FD7">
                    <w:rPr>
                      <w:rFonts w:ascii="Arial" w:hAnsi="Arial"/>
                      <w:sz w:val="16"/>
                    </w:rPr>
                    <w:t>10</w:t>
                  </w:r>
                </w:p>
              </w:tc>
              <w:tc>
                <w:tcPr>
                  <w:tcW w:w="956" w:type="dxa"/>
                </w:tcPr>
                <w:p w:rsidR="00DB1A78" w:rsidRPr="00F86FD7" w:rsidRDefault="00DB1A78">
                  <w:pPr>
                    <w:jc w:val="center"/>
                  </w:pPr>
                  <w:r w:rsidRPr="00F86FD7">
                    <w:rPr>
                      <w:rFonts w:ascii="Arial" w:hAnsi="Arial"/>
                      <w:sz w:val="16"/>
                    </w:rPr>
                    <w:t>10</w:t>
                  </w:r>
                </w:p>
              </w:tc>
              <w:tc>
                <w:tcPr>
                  <w:tcW w:w="956" w:type="dxa"/>
                </w:tcPr>
                <w:p w:rsidR="00DB1A78" w:rsidRPr="00F86FD7" w:rsidRDefault="00DB1A78">
                  <w:pPr>
                    <w:jc w:val="center"/>
                  </w:pPr>
                  <w:r w:rsidRPr="00F86FD7">
                    <w:rPr>
                      <w:rFonts w:ascii="Arial" w:hAnsi="Arial"/>
                      <w:sz w:val="16"/>
                    </w:rPr>
                    <w:t>1</w:t>
                  </w:r>
                  <w:r>
                    <w:rPr>
                      <w:rFonts w:ascii="Arial" w:hAnsi="Arial"/>
                      <w:sz w:val="16"/>
                    </w:rPr>
                    <w:t>5</w:t>
                  </w:r>
                </w:p>
              </w:tc>
            </w:tr>
          </w:tbl>
          <w:p w:rsidR="00BB2E12" w:rsidRPr="00F86FD7" w:rsidRDefault="00BB2E12"/>
        </w:tc>
      </w:tr>
    </w:tbl>
    <w:p w:rsidR="00BB2E12" w:rsidRPr="00F86FD7" w:rsidRDefault="00BB2E12">
      <w:pPr>
        <w:spacing w:after="120"/>
      </w:pPr>
    </w:p>
    <w:p w:rsidR="00BB2E12" w:rsidRPr="00F86FD7" w:rsidRDefault="00000C58" w:rsidP="003E6FD2">
      <w:pPr>
        <w:keepNext/>
        <w:spacing w:before="160" w:after="40"/>
      </w:pPr>
      <w:proofErr w:type="gramStart"/>
      <w:r w:rsidRPr="00F86FD7">
        <w:rPr>
          <w:rFonts w:ascii="Arial" w:hAnsi="Arial"/>
          <w:b/>
          <w:color w:val="1B365D"/>
        </w:rPr>
        <w:t>SORU 1.</w:t>
      </w:r>
      <w:proofErr w:type="gramEnd"/>
      <w:r w:rsidRPr="00F86FD7">
        <w:rPr>
          <w:rFonts w:ascii="Arial" w:hAnsi="Arial"/>
          <w:b/>
          <w:color w:val="1B365D"/>
        </w:rPr>
        <w:t xml:space="preserve"> </w:t>
      </w:r>
      <w:proofErr w:type="spellStart"/>
      <w:proofErr w:type="gramStart"/>
      <w:r w:rsidRPr="00F86FD7">
        <w:rPr>
          <w:rFonts w:ascii="Arial" w:hAnsi="Arial"/>
          <w:color w:val="333333"/>
        </w:rPr>
        <w:t>Bir</w:t>
      </w:r>
      <w:proofErr w:type="spellEnd"/>
      <w:r w:rsidRPr="00F86FD7">
        <w:rPr>
          <w:rFonts w:ascii="Arial" w:hAnsi="Arial"/>
          <w:color w:val="333333"/>
        </w:rPr>
        <w:t xml:space="preserve"> </w:t>
      </w:r>
      <w:proofErr w:type="spellStart"/>
      <w:r w:rsidRPr="00F86FD7">
        <w:rPr>
          <w:rFonts w:ascii="Arial" w:hAnsi="Arial"/>
          <w:color w:val="333333"/>
        </w:rPr>
        <w:t>elmayı</w:t>
      </w:r>
      <w:proofErr w:type="spellEnd"/>
      <w:r w:rsidRPr="00F86FD7">
        <w:rPr>
          <w:rFonts w:ascii="Arial" w:hAnsi="Arial"/>
          <w:color w:val="333333"/>
        </w:rPr>
        <w:t xml:space="preserve"> </w:t>
      </w:r>
      <w:proofErr w:type="spellStart"/>
      <w:r w:rsidRPr="00F86FD7">
        <w:rPr>
          <w:rFonts w:ascii="Arial" w:hAnsi="Arial"/>
          <w:color w:val="333333"/>
        </w:rPr>
        <w:t>gördüğümüzde</w:t>
      </w:r>
      <w:proofErr w:type="spellEnd"/>
      <w:r w:rsidRPr="00F86FD7">
        <w:rPr>
          <w:rFonts w:ascii="Arial" w:hAnsi="Arial"/>
          <w:color w:val="333333"/>
        </w:rPr>
        <w:t xml:space="preserve"> </w:t>
      </w:r>
      <w:proofErr w:type="spellStart"/>
      <w:r w:rsidRPr="00F86FD7">
        <w:rPr>
          <w:rFonts w:ascii="Arial" w:hAnsi="Arial"/>
          <w:color w:val="333333"/>
        </w:rPr>
        <w:t>önce</w:t>
      </w:r>
      <w:proofErr w:type="spellEnd"/>
      <w:r w:rsidRPr="00F86FD7">
        <w:rPr>
          <w:rFonts w:ascii="Arial" w:hAnsi="Arial"/>
          <w:color w:val="333333"/>
        </w:rPr>
        <w:t xml:space="preserve"> gözümüzle onu hissederiz (Duyum), ardından onun yenilebilir kırmızı bir meyve olduğunu zihnimizde anlarız (Algı) ve daha önce yediğimiz elmanın tadını hatırlarız (Hafıza).</w:t>
      </w:r>
      <w:proofErr w:type="gramEnd"/>
    </w:p>
    <w:p w:rsidR="00BB2E12" w:rsidRPr="00F86FD7" w:rsidRDefault="00767411">
      <w:pPr>
        <w:keepNext/>
        <w:spacing w:before="40" w:after="80"/>
      </w:pPr>
      <w:r>
        <w:rPr>
          <w:rFonts w:ascii="Arial" w:hAnsi="Arial"/>
          <w:b/>
        </w:rPr>
        <w:t>Bu</w:t>
      </w:r>
      <w:r w:rsidR="00000C58" w:rsidRPr="00F86FD7">
        <w:rPr>
          <w:rFonts w:ascii="Arial" w:hAnsi="Arial"/>
          <w:b/>
        </w:rPr>
        <w:t xml:space="preserve"> </w:t>
      </w:r>
      <w:proofErr w:type="spellStart"/>
      <w:r w:rsidR="00000C58" w:rsidRPr="00F86FD7">
        <w:rPr>
          <w:rFonts w:ascii="Arial" w:hAnsi="Arial"/>
          <w:b/>
        </w:rPr>
        <w:t>açıklamadan</w:t>
      </w:r>
      <w:proofErr w:type="spellEnd"/>
      <w:r w:rsidR="00000C58" w:rsidRPr="00F86FD7">
        <w:rPr>
          <w:rFonts w:ascii="Arial" w:hAnsi="Arial"/>
          <w:b/>
        </w:rPr>
        <w:t xml:space="preserve"> </w:t>
      </w:r>
      <w:proofErr w:type="spellStart"/>
      <w:r w:rsidR="00000C58" w:rsidRPr="00F86FD7">
        <w:rPr>
          <w:rFonts w:ascii="Arial" w:hAnsi="Arial"/>
          <w:b/>
        </w:rPr>
        <w:t>hareketle</w:t>
      </w:r>
      <w:proofErr w:type="spellEnd"/>
      <w:r w:rsidR="00000C58" w:rsidRPr="00F86FD7">
        <w:rPr>
          <w:rFonts w:ascii="Arial" w:hAnsi="Arial"/>
          <w:b/>
        </w:rPr>
        <w:t xml:space="preserve"> '</w:t>
      </w:r>
      <w:proofErr w:type="spellStart"/>
      <w:r w:rsidR="00000C58" w:rsidRPr="00F86FD7">
        <w:rPr>
          <w:rFonts w:ascii="Arial" w:hAnsi="Arial"/>
          <w:b/>
        </w:rPr>
        <w:t>Duyum</w:t>
      </w:r>
      <w:proofErr w:type="spellEnd"/>
      <w:r w:rsidR="00000C58" w:rsidRPr="00F86FD7">
        <w:rPr>
          <w:rFonts w:ascii="Arial" w:hAnsi="Arial"/>
          <w:b/>
        </w:rPr>
        <w:t xml:space="preserve">', </w:t>
      </w:r>
      <w:proofErr w:type="gramStart"/>
      <w:r w:rsidR="00000C58" w:rsidRPr="00F86FD7">
        <w:rPr>
          <w:rFonts w:ascii="Arial" w:hAnsi="Arial"/>
          <w:b/>
        </w:rPr>
        <w:t>'</w:t>
      </w:r>
      <w:proofErr w:type="spellStart"/>
      <w:r w:rsidR="00000C58" w:rsidRPr="00F86FD7">
        <w:rPr>
          <w:rFonts w:ascii="Arial" w:hAnsi="Arial"/>
          <w:b/>
        </w:rPr>
        <w:t>Algı</w:t>
      </w:r>
      <w:proofErr w:type="spellEnd"/>
      <w:r w:rsidR="00000C58" w:rsidRPr="00F86FD7">
        <w:rPr>
          <w:rFonts w:ascii="Arial" w:hAnsi="Arial"/>
          <w:b/>
        </w:rPr>
        <w:t>' ve</w:t>
      </w:r>
      <w:proofErr w:type="gramEnd"/>
      <w:r w:rsidR="00000C58" w:rsidRPr="00F86FD7">
        <w:rPr>
          <w:rFonts w:ascii="Arial" w:hAnsi="Arial"/>
          <w:b/>
        </w:rPr>
        <w:t xml:space="preserve"> 'Hafıza' kavramları arasındaki ilişkiyi kısaca açıklayınız. </w:t>
      </w:r>
    </w:p>
    <w:tbl>
      <w:tblPr>
        <w:tblStyle w:val="TabloKlavuzu"/>
        <w:tblW w:w="0" w:type="auto"/>
        <w:tblLook w:val="04A0"/>
      </w:tblPr>
      <w:tblGrid>
        <w:gridCol w:w="10652"/>
      </w:tblGrid>
      <w:tr w:rsidR="00F86FD7" w:rsidRPr="00F86FD7" w:rsidTr="00F86FD7">
        <w:tc>
          <w:tcPr>
            <w:tcW w:w="10652" w:type="dxa"/>
          </w:tcPr>
          <w:p w:rsidR="008B56AF" w:rsidRDefault="00F86FD7" w:rsidP="008B56AF">
            <w:pPr>
              <w:spacing w:before="40"/>
              <w:rPr>
                <w:rFonts w:ascii="Arial" w:hAnsi="Arial"/>
                <w:color w:val="FF0000"/>
              </w:rPr>
            </w:pPr>
            <w:r w:rsidRPr="00F86FD7">
              <w:rPr>
                <w:rFonts w:ascii="Arial" w:hAnsi="Arial"/>
                <w:b/>
                <w:color w:val="0066CC"/>
              </w:rPr>
              <w:t xml:space="preserve">CEVAP: </w:t>
            </w:r>
            <w:r>
              <w:rPr>
                <w:rFonts w:ascii="Arial" w:hAnsi="Arial"/>
                <w:b/>
                <w:color w:val="0066CC"/>
              </w:rPr>
              <w:br/>
            </w:r>
          </w:p>
          <w:p w:rsidR="008B56AF" w:rsidRDefault="008B56AF" w:rsidP="008B56AF">
            <w:pPr>
              <w:spacing w:before="40"/>
              <w:rPr>
                <w:rFonts w:ascii="Arial" w:hAnsi="Arial"/>
                <w:color w:val="FF0000"/>
              </w:rPr>
            </w:pPr>
          </w:p>
          <w:p w:rsidR="00F86FD7" w:rsidRPr="00F86FD7" w:rsidRDefault="00397AEA" w:rsidP="008B56AF">
            <w:pPr>
              <w:spacing w:before="40"/>
            </w:pPr>
            <w:r>
              <w:rPr>
                <w:rFonts w:ascii="Arial" w:hAnsi="Arial"/>
                <w:color w:val="FF0000"/>
              </w:rPr>
              <w:br/>
            </w:r>
          </w:p>
        </w:tc>
      </w:tr>
    </w:tbl>
    <w:p w:rsidR="00BB2E12" w:rsidRPr="00F86FD7" w:rsidRDefault="00000C58" w:rsidP="003E6FD2">
      <w:pPr>
        <w:keepNext/>
        <w:spacing w:before="160" w:after="40"/>
      </w:pPr>
      <w:proofErr w:type="gramStart"/>
      <w:r w:rsidRPr="00F86FD7">
        <w:rPr>
          <w:rFonts w:ascii="Arial" w:hAnsi="Arial"/>
          <w:b/>
          <w:color w:val="1B365D"/>
        </w:rPr>
        <w:t>SORU 2.</w:t>
      </w:r>
      <w:proofErr w:type="gramEnd"/>
      <w:r w:rsidRPr="00F86FD7">
        <w:rPr>
          <w:rFonts w:ascii="Arial" w:hAnsi="Arial"/>
          <w:b/>
          <w:color w:val="1B365D"/>
        </w:rPr>
        <w:t xml:space="preserve"> </w:t>
      </w:r>
      <w:r w:rsidRPr="00F86FD7">
        <w:rPr>
          <w:rFonts w:ascii="Arial" w:hAnsi="Arial"/>
          <w:color w:val="333333"/>
        </w:rPr>
        <w:t xml:space="preserve"> Gözleri bağlı adamlar karanlık ahırdaki bir file dokunmuşlardır. </w:t>
      </w:r>
      <w:proofErr w:type="gramStart"/>
      <w:r w:rsidRPr="00F86FD7">
        <w:rPr>
          <w:rFonts w:ascii="Arial" w:hAnsi="Arial"/>
          <w:color w:val="333333"/>
        </w:rPr>
        <w:t>Hortumuna dokunan su borusu, kulağına dokunan yelpaze, bacağına dokunan ise direk sanmıştır.</w:t>
      </w:r>
      <w:proofErr w:type="gramEnd"/>
      <w:r w:rsidRPr="00F86FD7">
        <w:rPr>
          <w:rFonts w:ascii="Arial" w:hAnsi="Arial"/>
          <w:color w:val="333333"/>
        </w:rPr>
        <w:t xml:space="preserve"> </w:t>
      </w:r>
      <w:proofErr w:type="gramStart"/>
      <w:r w:rsidRPr="00F86FD7">
        <w:rPr>
          <w:rFonts w:ascii="Arial" w:hAnsi="Arial"/>
          <w:color w:val="333333"/>
        </w:rPr>
        <w:t>Oysa fil bambaşka bir hayvandır.</w:t>
      </w:r>
      <w:proofErr w:type="gramEnd"/>
    </w:p>
    <w:p w:rsidR="00BB2E12" w:rsidRPr="00F86FD7" w:rsidRDefault="00000C58">
      <w:pPr>
        <w:keepNext/>
        <w:spacing w:before="40" w:after="80"/>
      </w:pPr>
      <w:proofErr w:type="gramStart"/>
      <w:r w:rsidRPr="00F86FD7">
        <w:rPr>
          <w:rFonts w:ascii="Arial" w:hAnsi="Arial"/>
          <w:b/>
        </w:rPr>
        <w:t>Bu hikâyede insanların fili yanlış ve farklı tarif etmelerinin zihinsel sebebi nedir?</w:t>
      </w:r>
      <w:proofErr w:type="gramEnd"/>
      <w:r w:rsidRPr="00F86FD7">
        <w:rPr>
          <w:rFonts w:ascii="Arial" w:hAnsi="Arial"/>
          <w:b/>
        </w:rPr>
        <w:t xml:space="preserve"> </w:t>
      </w:r>
      <w:proofErr w:type="gramStart"/>
      <w:r w:rsidRPr="00F86FD7">
        <w:rPr>
          <w:rFonts w:ascii="Arial" w:hAnsi="Arial"/>
          <w:b/>
        </w:rPr>
        <w:t>Bir durumun sadece bir kısmına bakarak karar vermenin ne gibi riski vardır?</w:t>
      </w:r>
      <w:proofErr w:type="gramEnd"/>
      <w:r w:rsidRPr="00F86FD7">
        <w:rPr>
          <w:rFonts w:ascii="Arial" w:hAnsi="Arial"/>
          <w:b/>
        </w:rPr>
        <w:t xml:space="preserve"> </w:t>
      </w:r>
    </w:p>
    <w:tbl>
      <w:tblPr>
        <w:tblStyle w:val="TabloKlavuzu"/>
        <w:tblW w:w="0" w:type="auto"/>
        <w:tblLook w:val="04A0"/>
      </w:tblPr>
      <w:tblGrid>
        <w:gridCol w:w="10652"/>
      </w:tblGrid>
      <w:tr w:rsidR="00F86FD7" w:rsidRPr="00F86FD7" w:rsidTr="00F86FD7">
        <w:tc>
          <w:tcPr>
            <w:tcW w:w="10652" w:type="dxa"/>
          </w:tcPr>
          <w:p w:rsidR="008B56AF" w:rsidRDefault="00F86FD7" w:rsidP="008B56AF">
            <w:pPr>
              <w:spacing w:before="40"/>
              <w:rPr>
                <w:rFonts w:ascii="Arial" w:hAnsi="Arial"/>
                <w:color w:val="FF0000"/>
              </w:rPr>
            </w:pPr>
            <w:r w:rsidRPr="00F86FD7">
              <w:rPr>
                <w:rFonts w:ascii="Arial" w:hAnsi="Arial"/>
                <w:b/>
                <w:color w:val="0066CC"/>
              </w:rPr>
              <w:t xml:space="preserve">CEVAP: </w:t>
            </w:r>
            <w:r>
              <w:rPr>
                <w:rFonts w:ascii="Arial" w:hAnsi="Arial"/>
                <w:b/>
                <w:color w:val="0066CC"/>
              </w:rPr>
              <w:br/>
            </w:r>
          </w:p>
          <w:p w:rsidR="00F86FD7" w:rsidRDefault="00397AEA" w:rsidP="008B56AF">
            <w:pPr>
              <w:spacing w:before="40"/>
            </w:pPr>
            <w:r>
              <w:rPr>
                <w:rFonts w:ascii="Arial" w:hAnsi="Arial"/>
              </w:rPr>
              <w:br/>
            </w:r>
          </w:p>
          <w:p w:rsidR="008B56AF" w:rsidRPr="00F86FD7" w:rsidRDefault="008B56AF" w:rsidP="008B56AF">
            <w:pPr>
              <w:spacing w:before="40"/>
            </w:pPr>
          </w:p>
        </w:tc>
      </w:tr>
    </w:tbl>
    <w:p w:rsidR="00BB2E12" w:rsidRPr="00F86FD7" w:rsidRDefault="00000C58" w:rsidP="003E6FD2">
      <w:pPr>
        <w:keepNext/>
        <w:spacing w:before="160" w:after="40"/>
      </w:pPr>
      <w:proofErr w:type="gramStart"/>
      <w:r w:rsidRPr="00F86FD7">
        <w:rPr>
          <w:rFonts w:ascii="Arial" w:hAnsi="Arial"/>
          <w:b/>
          <w:color w:val="1B365D"/>
        </w:rPr>
        <w:t>SORU 3.</w:t>
      </w:r>
      <w:proofErr w:type="gramEnd"/>
      <w:r w:rsidRPr="00F86FD7">
        <w:rPr>
          <w:rFonts w:ascii="Arial" w:hAnsi="Arial"/>
          <w:b/>
          <w:color w:val="1B365D"/>
        </w:rPr>
        <w:t xml:space="preserve"> </w:t>
      </w:r>
      <w:proofErr w:type="spellStart"/>
      <w:proofErr w:type="gramStart"/>
      <w:r w:rsidRPr="00F86FD7">
        <w:rPr>
          <w:rFonts w:ascii="Arial" w:hAnsi="Arial"/>
          <w:color w:val="333333"/>
        </w:rPr>
        <w:t>Öğretmen</w:t>
      </w:r>
      <w:proofErr w:type="spellEnd"/>
      <w:r w:rsidRPr="00F86FD7">
        <w:rPr>
          <w:rFonts w:ascii="Arial" w:hAnsi="Arial"/>
          <w:color w:val="333333"/>
        </w:rPr>
        <w:t xml:space="preserve">, </w:t>
      </w:r>
      <w:proofErr w:type="spellStart"/>
      <w:r w:rsidRPr="00F86FD7">
        <w:rPr>
          <w:rFonts w:ascii="Arial" w:hAnsi="Arial"/>
          <w:color w:val="333333"/>
        </w:rPr>
        <w:t>derste</w:t>
      </w:r>
      <w:proofErr w:type="spellEnd"/>
      <w:r w:rsidRPr="00F86FD7">
        <w:rPr>
          <w:rFonts w:ascii="Arial" w:hAnsi="Arial"/>
          <w:color w:val="333333"/>
        </w:rPr>
        <w:t xml:space="preserve"> </w:t>
      </w:r>
      <w:proofErr w:type="spellStart"/>
      <w:r w:rsidRPr="00F86FD7">
        <w:rPr>
          <w:rFonts w:ascii="Arial" w:hAnsi="Arial"/>
          <w:color w:val="333333"/>
        </w:rPr>
        <w:t>işlenen</w:t>
      </w:r>
      <w:proofErr w:type="spellEnd"/>
      <w:r w:rsidRPr="00F86FD7">
        <w:rPr>
          <w:rFonts w:ascii="Arial" w:hAnsi="Arial"/>
          <w:color w:val="333333"/>
        </w:rPr>
        <w:t xml:space="preserve"> </w:t>
      </w:r>
      <w:proofErr w:type="spellStart"/>
      <w:r w:rsidRPr="00F86FD7">
        <w:rPr>
          <w:rFonts w:ascii="Arial" w:hAnsi="Arial"/>
          <w:color w:val="333333"/>
        </w:rPr>
        <w:t>konuyu</w:t>
      </w:r>
      <w:proofErr w:type="spellEnd"/>
      <w:r w:rsidRPr="00F86FD7">
        <w:rPr>
          <w:rFonts w:ascii="Arial" w:hAnsi="Arial"/>
          <w:color w:val="333333"/>
        </w:rPr>
        <w:t xml:space="preserve"> ezberleyen öğrenciler ile konuyu gerçekten kavrayan öğrencileri ayırt etmek istemektedir.</w:t>
      </w:r>
      <w:proofErr w:type="gramEnd"/>
    </w:p>
    <w:p w:rsidR="00BB2E12" w:rsidRPr="00F86FD7" w:rsidRDefault="00000C58">
      <w:pPr>
        <w:keepNext/>
        <w:spacing w:before="40" w:after="80"/>
      </w:pPr>
      <w:proofErr w:type="gramStart"/>
      <w:r w:rsidRPr="00F86FD7">
        <w:rPr>
          <w:rFonts w:ascii="Arial" w:hAnsi="Arial"/>
          <w:b/>
        </w:rPr>
        <w:t>Bir öğrencinin ders konusunu ezberlemeyip gerçekten 'kavradığını' gösteren en belirgin zihinsel davranış nedir?</w:t>
      </w:r>
      <w:proofErr w:type="gramEnd"/>
      <w:r w:rsidRPr="00F86FD7">
        <w:rPr>
          <w:rFonts w:ascii="Arial" w:hAnsi="Arial"/>
          <w:b/>
        </w:rPr>
        <w:t xml:space="preserve"> </w:t>
      </w:r>
      <w:proofErr w:type="gramStart"/>
      <w:r w:rsidRPr="00F86FD7">
        <w:rPr>
          <w:rFonts w:ascii="Arial" w:hAnsi="Arial"/>
          <w:b/>
        </w:rPr>
        <w:t>Yazınız.</w:t>
      </w:r>
      <w:proofErr w:type="gramEnd"/>
      <w:r w:rsidRPr="00F86FD7">
        <w:rPr>
          <w:rFonts w:ascii="Arial" w:hAnsi="Arial"/>
          <w:b/>
        </w:rPr>
        <w:t xml:space="preserve"> </w:t>
      </w:r>
    </w:p>
    <w:tbl>
      <w:tblPr>
        <w:tblStyle w:val="TabloKlavuzu"/>
        <w:tblW w:w="0" w:type="auto"/>
        <w:tblLook w:val="04A0"/>
      </w:tblPr>
      <w:tblGrid>
        <w:gridCol w:w="10652"/>
      </w:tblGrid>
      <w:tr w:rsidR="00F86FD7" w:rsidRPr="00F86FD7" w:rsidTr="00F86FD7">
        <w:tc>
          <w:tcPr>
            <w:tcW w:w="10652" w:type="dxa"/>
          </w:tcPr>
          <w:p w:rsidR="00F86FD7" w:rsidRDefault="00F86FD7" w:rsidP="008B56AF">
            <w:pPr>
              <w:spacing w:before="40"/>
              <w:rPr>
                <w:rFonts w:ascii="Arial" w:hAnsi="Arial"/>
                <w:color w:val="FF0000"/>
              </w:rPr>
            </w:pPr>
            <w:r w:rsidRPr="00F86FD7">
              <w:rPr>
                <w:rFonts w:ascii="Arial" w:hAnsi="Arial"/>
                <w:b/>
                <w:color w:val="0066CC"/>
              </w:rPr>
              <w:t xml:space="preserve">CEVAP: </w:t>
            </w:r>
            <w:r>
              <w:rPr>
                <w:rFonts w:ascii="Arial" w:hAnsi="Arial"/>
                <w:b/>
                <w:color w:val="0066CC"/>
              </w:rPr>
              <w:br/>
            </w:r>
          </w:p>
          <w:p w:rsidR="008B56AF" w:rsidRPr="00F86FD7" w:rsidRDefault="008B56AF" w:rsidP="008B56AF">
            <w:pPr>
              <w:spacing w:before="40"/>
            </w:pPr>
          </w:p>
        </w:tc>
      </w:tr>
    </w:tbl>
    <w:p w:rsidR="00BB2E12" w:rsidRPr="00F86FD7" w:rsidRDefault="00000C58" w:rsidP="003E6FD2">
      <w:pPr>
        <w:keepNext/>
        <w:spacing w:before="160" w:after="40"/>
      </w:pPr>
      <w:proofErr w:type="gramStart"/>
      <w:r w:rsidRPr="00F86FD7">
        <w:rPr>
          <w:rFonts w:ascii="Arial" w:hAnsi="Arial"/>
          <w:b/>
          <w:color w:val="1B365D"/>
        </w:rPr>
        <w:t>SORU 4.</w:t>
      </w:r>
      <w:proofErr w:type="gramEnd"/>
      <w:r w:rsidRPr="00F86FD7">
        <w:rPr>
          <w:rFonts w:ascii="Arial" w:hAnsi="Arial"/>
          <w:b/>
          <w:color w:val="1B365D"/>
        </w:rPr>
        <w:t xml:space="preserve"> </w:t>
      </w:r>
      <w:r w:rsidRPr="00F86FD7">
        <w:rPr>
          <w:rFonts w:ascii="Arial" w:hAnsi="Arial"/>
          <w:color w:val="333333"/>
        </w:rPr>
        <w:t xml:space="preserve"> </w:t>
      </w:r>
      <w:proofErr w:type="gramStart"/>
      <w:r w:rsidRPr="00F86FD7">
        <w:rPr>
          <w:rFonts w:ascii="Arial" w:hAnsi="Arial"/>
          <w:color w:val="333333"/>
        </w:rPr>
        <w:t>Elif bilgisayarı açılmayınca şarjının bittiğini düşünüp fişi prize taktı (Kavrama).</w:t>
      </w:r>
      <w:proofErr w:type="gramEnd"/>
      <w:r w:rsidRPr="00F86FD7">
        <w:rPr>
          <w:rFonts w:ascii="Arial" w:hAnsi="Arial"/>
          <w:color w:val="333333"/>
        </w:rPr>
        <w:t xml:space="preserve"> </w:t>
      </w:r>
      <w:proofErr w:type="gramStart"/>
      <w:r w:rsidRPr="00F86FD7">
        <w:rPr>
          <w:rFonts w:ascii="Arial" w:hAnsi="Arial"/>
          <w:color w:val="333333"/>
        </w:rPr>
        <w:t>Bilgisayar yine çalışmayınca tamirciye götürdü.</w:t>
      </w:r>
      <w:proofErr w:type="gramEnd"/>
      <w:r w:rsidRPr="00F86FD7">
        <w:rPr>
          <w:rFonts w:ascii="Arial" w:hAnsi="Arial"/>
          <w:color w:val="333333"/>
        </w:rPr>
        <w:t xml:space="preserve"> Tamirci inceleyip arızanın ekran kartından kaynaklandığını tespit etti (Anlama) ve değiştirilmesi gerektiğine karar </w:t>
      </w:r>
      <w:proofErr w:type="gramStart"/>
      <w:r w:rsidRPr="00F86FD7">
        <w:rPr>
          <w:rFonts w:ascii="Arial" w:hAnsi="Arial"/>
          <w:color w:val="333333"/>
        </w:rPr>
        <w:t>verdi</w:t>
      </w:r>
      <w:proofErr w:type="gramEnd"/>
      <w:r w:rsidRPr="00F86FD7">
        <w:rPr>
          <w:rFonts w:ascii="Arial" w:hAnsi="Arial"/>
          <w:color w:val="333333"/>
        </w:rPr>
        <w:t xml:space="preserve"> (Yargılama).</w:t>
      </w:r>
    </w:p>
    <w:p w:rsidR="00BB2E12" w:rsidRPr="00F86FD7" w:rsidRDefault="00000C58">
      <w:pPr>
        <w:keepNext/>
        <w:spacing w:before="40" w:after="80"/>
      </w:pPr>
      <w:r w:rsidRPr="00F86FD7">
        <w:rPr>
          <w:rFonts w:ascii="Arial" w:hAnsi="Arial"/>
          <w:b/>
        </w:rPr>
        <w:t xml:space="preserve">Bu olaydaki 'Kavrama', </w:t>
      </w:r>
      <w:proofErr w:type="gramStart"/>
      <w:r w:rsidRPr="00F86FD7">
        <w:rPr>
          <w:rFonts w:ascii="Arial" w:hAnsi="Arial"/>
          <w:b/>
        </w:rPr>
        <w:t>'Anlama' ve</w:t>
      </w:r>
      <w:proofErr w:type="gramEnd"/>
      <w:r w:rsidRPr="00F86FD7">
        <w:rPr>
          <w:rFonts w:ascii="Arial" w:hAnsi="Arial"/>
          <w:b/>
        </w:rPr>
        <w:t xml:space="preserve"> 'Yargılama' durumlarını kısaca açıklayarak yazınız. </w:t>
      </w:r>
    </w:p>
    <w:tbl>
      <w:tblPr>
        <w:tblStyle w:val="TabloKlavuzu"/>
        <w:tblW w:w="0" w:type="auto"/>
        <w:tblLook w:val="04A0"/>
      </w:tblPr>
      <w:tblGrid>
        <w:gridCol w:w="10652"/>
      </w:tblGrid>
      <w:tr w:rsidR="00F86FD7" w:rsidRPr="00F86FD7" w:rsidTr="00F86FD7">
        <w:tc>
          <w:tcPr>
            <w:tcW w:w="10652" w:type="dxa"/>
          </w:tcPr>
          <w:p w:rsidR="008B56AF" w:rsidRDefault="00F86FD7" w:rsidP="008B56AF">
            <w:pPr>
              <w:spacing w:before="40"/>
              <w:rPr>
                <w:rFonts w:ascii="Arial" w:hAnsi="Arial"/>
                <w:color w:val="FF0000"/>
              </w:rPr>
            </w:pPr>
            <w:r w:rsidRPr="00F86FD7">
              <w:rPr>
                <w:rFonts w:ascii="Arial" w:hAnsi="Arial"/>
                <w:b/>
                <w:color w:val="0066CC"/>
              </w:rPr>
              <w:t xml:space="preserve">CEVAP: </w:t>
            </w:r>
            <w:r w:rsidR="00767411">
              <w:rPr>
                <w:rFonts w:ascii="Arial" w:hAnsi="Arial"/>
                <w:b/>
                <w:color w:val="0066CC"/>
              </w:rPr>
              <w:br/>
            </w:r>
          </w:p>
          <w:p w:rsidR="008B56AF" w:rsidRDefault="008B56AF" w:rsidP="008B56AF">
            <w:pPr>
              <w:spacing w:before="40"/>
              <w:rPr>
                <w:rFonts w:ascii="Arial" w:hAnsi="Arial"/>
              </w:rPr>
            </w:pPr>
          </w:p>
          <w:p w:rsidR="00F86FD7" w:rsidRPr="008B56AF" w:rsidRDefault="00397AEA" w:rsidP="008B56AF">
            <w:pPr>
              <w:spacing w:before="40"/>
              <w:rPr>
                <w:rFonts w:ascii="Arial" w:hAnsi="Arial"/>
              </w:rPr>
            </w:pPr>
            <w:r>
              <w:rPr>
                <w:rFonts w:ascii="Arial" w:hAnsi="Arial"/>
              </w:rPr>
              <w:br/>
            </w:r>
          </w:p>
        </w:tc>
      </w:tr>
    </w:tbl>
    <w:p w:rsidR="00BB2E12" w:rsidRPr="00F86FD7" w:rsidRDefault="00000C58" w:rsidP="003E6FD2">
      <w:pPr>
        <w:keepNext/>
        <w:spacing w:before="160" w:after="40"/>
      </w:pPr>
      <w:proofErr w:type="gramStart"/>
      <w:r w:rsidRPr="00F86FD7">
        <w:rPr>
          <w:rFonts w:ascii="Arial" w:hAnsi="Arial"/>
          <w:b/>
          <w:color w:val="1B365D"/>
        </w:rPr>
        <w:lastRenderedPageBreak/>
        <w:t>SORU 5.</w:t>
      </w:r>
      <w:proofErr w:type="gramEnd"/>
      <w:r w:rsidRPr="00F86FD7">
        <w:rPr>
          <w:rFonts w:ascii="Arial" w:hAnsi="Arial"/>
          <w:b/>
          <w:color w:val="1B365D"/>
        </w:rPr>
        <w:t xml:space="preserve"> </w:t>
      </w:r>
      <w:proofErr w:type="spellStart"/>
      <w:r w:rsidRPr="00F86FD7">
        <w:rPr>
          <w:rFonts w:ascii="Arial" w:hAnsi="Arial"/>
          <w:color w:val="333333"/>
        </w:rPr>
        <w:t>İmgelem</w:t>
      </w:r>
      <w:proofErr w:type="spellEnd"/>
      <w:r w:rsidRPr="00F86FD7">
        <w:rPr>
          <w:rFonts w:ascii="Arial" w:hAnsi="Arial"/>
          <w:color w:val="333333"/>
        </w:rPr>
        <w:t xml:space="preserve"> (</w:t>
      </w:r>
      <w:proofErr w:type="spellStart"/>
      <w:r w:rsidRPr="00F86FD7">
        <w:rPr>
          <w:rFonts w:ascii="Arial" w:hAnsi="Arial"/>
          <w:color w:val="333333"/>
        </w:rPr>
        <w:t>Hayal</w:t>
      </w:r>
      <w:proofErr w:type="spellEnd"/>
      <w:r w:rsidRPr="00F86FD7">
        <w:rPr>
          <w:rFonts w:ascii="Arial" w:hAnsi="Arial"/>
          <w:color w:val="333333"/>
        </w:rPr>
        <w:t xml:space="preserve"> </w:t>
      </w:r>
      <w:proofErr w:type="spellStart"/>
      <w:r w:rsidRPr="00F86FD7">
        <w:rPr>
          <w:rFonts w:ascii="Arial" w:hAnsi="Arial"/>
          <w:color w:val="333333"/>
        </w:rPr>
        <w:t>Gücü</w:t>
      </w:r>
      <w:proofErr w:type="spellEnd"/>
      <w:r w:rsidRPr="00F86FD7">
        <w:rPr>
          <w:rFonts w:ascii="Arial" w:hAnsi="Arial"/>
          <w:color w:val="333333"/>
        </w:rPr>
        <w:t xml:space="preserve">); </w:t>
      </w:r>
      <w:proofErr w:type="spellStart"/>
      <w:r w:rsidRPr="00F86FD7">
        <w:rPr>
          <w:rFonts w:ascii="Arial" w:hAnsi="Arial"/>
          <w:color w:val="333333"/>
        </w:rPr>
        <w:t>zihnimizde</w:t>
      </w:r>
      <w:proofErr w:type="spellEnd"/>
      <w:r w:rsidRPr="00F86FD7">
        <w:rPr>
          <w:rFonts w:ascii="Arial" w:hAnsi="Arial"/>
          <w:color w:val="333333"/>
        </w:rPr>
        <w:t xml:space="preserve"> o </w:t>
      </w:r>
      <w:proofErr w:type="gramStart"/>
      <w:r w:rsidRPr="00F86FD7">
        <w:rPr>
          <w:rFonts w:ascii="Arial" w:hAnsi="Arial"/>
          <w:color w:val="333333"/>
        </w:rPr>
        <w:t>an</w:t>
      </w:r>
      <w:proofErr w:type="gramEnd"/>
      <w:r w:rsidRPr="00F86FD7">
        <w:rPr>
          <w:rFonts w:ascii="Arial" w:hAnsi="Arial"/>
          <w:color w:val="333333"/>
        </w:rPr>
        <w:t xml:space="preserve"> gözümüzün önünde olmayan şeyleri canlandırabilme yeteneğimizdir.</w:t>
      </w:r>
    </w:p>
    <w:p w:rsidR="00BB2E12" w:rsidRPr="00F86FD7" w:rsidRDefault="00000C58">
      <w:pPr>
        <w:keepNext/>
        <w:spacing w:before="40" w:after="80"/>
      </w:pPr>
      <w:proofErr w:type="gramStart"/>
      <w:r w:rsidRPr="00F86FD7">
        <w:rPr>
          <w:rFonts w:ascii="Arial" w:hAnsi="Arial"/>
          <w:b/>
        </w:rPr>
        <w:t>Uçakların icat edilmesini veya bilimsel buluşları düşündüğünüzde hayal gücünün (imgelemin) buluşlardaki önemini bir örnekle açıklayınız.</w:t>
      </w:r>
      <w:proofErr w:type="gramEnd"/>
      <w:r w:rsidRPr="00F86FD7">
        <w:rPr>
          <w:rFonts w:ascii="Arial" w:hAnsi="Arial"/>
          <w:b/>
        </w:rPr>
        <w:t xml:space="preserve"> </w:t>
      </w:r>
    </w:p>
    <w:tbl>
      <w:tblPr>
        <w:tblStyle w:val="TabloKlavuzu"/>
        <w:tblW w:w="0" w:type="auto"/>
        <w:tblLook w:val="04A0"/>
      </w:tblPr>
      <w:tblGrid>
        <w:gridCol w:w="10652"/>
      </w:tblGrid>
      <w:tr w:rsidR="00F86FD7" w:rsidRPr="00F86FD7" w:rsidTr="00F86FD7">
        <w:tc>
          <w:tcPr>
            <w:tcW w:w="10652" w:type="dxa"/>
          </w:tcPr>
          <w:p w:rsidR="00F86FD7" w:rsidRDefault="00F86FD7" w:rsidP="008B56AF">
            <w:pPr>
              <w:spacing w:before="40"/>
              <w:rPr>
                <w:rFonts w:ascii="Arial" w:hAnsi="Arial"/>
                <w:color w:val="FF0000"/>
              </w:rPr>
            </w:pPr>
            <w:r w:rsidRPr="00F86FD7">
              <w:rPr>
                <w:rFonts w:ascii="Arial" w:hAnsi="Arial"/>
                <w:b/>
                <w:color w:val="0066CC"/>
              </w:rPr>
              <w:t xml:space="preserve">CEVAP: </w:t>
            </w:r>
            <w:r w:rsidR="005E059A">
              <w:rPr>
                <w:rFonts w:ascii="Arial" w:hAnsi="Arial"/>
                <w:b/>
                <w:color w:val="0066CC"/>
              </w:rPr>
              <w:br/>
            </w:r>
          </w:p>
          <w:p w:rsidR="008B56AF" w:rsidRDefault="008B56AF" w:rsidP="008B56AF">
            <w:pPr>
              <w:spacing w:before="40"/>
            </w:pPr>
          </w:p>
          <w:p w:rsidR="008B56AF" w:rsidRPr="00F86FD7" w:rsidRDefault="008B56AF" w:rsidP="008B56AF">
            <w:pPr>
              <w:spacing w:before="40"/>
            </w:pPr>
          </w:p>
        </w:tc>
      </w:tr>
    </w:tbl>
    <w:p w:rsidR="00BB2E12" w:rsidRPr="00F86FD7" w:rsidRDefault="00397AEA" w:rsidP="003E6FD2">
      <w:pPr>
        <w:keepNext/>
        <w:spacing w:before="160" w:after="40"/>
      </w:pPr>
      <w:r>
        <w:rPr>
          <w:rFonts w:ascii="Arial" w:hAnsi="Arial"/>
          <w:b/>
          <w:color w:val="1B365D"/>
        </w:rPr>
        <w:br/>
      </w:r>
      <w:proofErr w:type="gramStart"/>
      <w:r>
        <w:rPr>
          <w:rFonts w:ascii="Arial" w:hAnsi="Arial"/>
          <w:b/>
          <w:color w:val="1B365D"/>
        </w:rPr>
        <w:t>SORU 6</w:t>
      </w:r>
      <w:r w:rsidR="00000C58" w:rsidRPr="00F86FD7">
        <w:rPr>
          <w:rFonts w:ascii="Arial" w:hAnsi="Arial"/>
          <w:b/>
          <w:color w:val="1B365D"/>
        </w:rPr>
        <w:t>.</w:t>
      </w:r>
      <w:proofErr w:type="gramEnd"/>
      <w:r w:rsidR="00000C58" w:rsidRPr="00F86FD7">
        <w:rPr>
          <w:rFonts w:ascii="Arial" w:hAnsi="Arial"/>
          <w:b/>
          <w:color w:val="1B365D"/>
        </w:rPr>
        <w:t xml:space="preserve"> </w:t>
      </w:r>
      <w:proofErr w:type="spellStart"/>
      <w:proofErr w:type="gramStart"/>
      <w:r w:rsidR="00000C58" w:rsidRPr="00F86FD7">
        <w:rPr>
          <w:rFonts w:ascii="Arial" w:hAnsi="Arial"/>
          <w:color w:val="333333"/>
        </w:rPr>
        <w:t>İnternette</w:t>
      </w:r>
      <w:proofErr w:type="spellEnd"/>
      <w:r w:rsidR="00000C58" w:rsidRPr="00F86FD7">
        <w:rPr>
          <w:rFonts w:ascii="Arial" w:hAnsi="Arial"/>
          <w:color w:val="333333"/>
        </w:rPr>
        <w:t xml:space="preserve"> </w:t>
      </w:r>
      <w:proofErr w:type="spellStart"/>
      <w:r w:rsidR="00000C58" w:rsidRPr="00F86FD7">
        <w:rPr>
          <w:rFonts w:ascii="Arial" w:hAnsi="Arial"/>
          <w:color w:val="333333"/>
        </w:rPr>
        <w:t>araştırma</w:t>
      </w:r>
      <w:proofErr w:type="spellEnd"/>
      <w:r w:rsidR="00000C58" w:rsidRPr="00F86FD7">
        <w:rPr>
          <w:rFonts w:ascii="Arial" w:hAnsi="Arial"/>
          <w:color w:val="333333"/>
        </w:rPr>
        <w:t xml:space="preserve"> </w:t>
      </w:r>
      <w:proofErr w:type="spellStart"/>
      <w:r w:rsidR="00000C58" w:rsidRPr="00F86FD7">
        <w:rPr>
          <w:rFonts w:ascii="Arial" w:hAnsi="Arial"/>
          <w:color w:val="333333"/>
        </w:rPr>
        <w:t>yaparken</w:t>
      </w:r>
      <w:proofErr w:type="spellEnd"/>
      <w:r w:rsidR="00000C58" w:rsidRPr="00F86FD7">
        <w:rPr>
          <w:rFonts w:ascii="Arial" w:hAnsi="Arial"/>
          <w:color w:val="333333"/>
        </w:rPr>
        <w:t xml:space="preserve"> </w:t>
      </w:r>
      <w:proofErr w:type="spellStart"/>
      <w:r w:rsidR="00000C58" w:rsidRPr="00F86FD7">
        <w:rPr>
          <w:rFonts w:ascii="Arial" w:hAnsi="Arial"/>
          <w:color w:val="333333"/>
        </w:rPr>
        <w:t>karşımıza</w:t>
      </w:r>
      <w:proofErr w:type="spellEnd"/>
      <w:r w:rsidR="00000C58" w:rsidRPr="00F86FD7">
        <w:rPr>
          <w:rFonts w:ascii="Arial" w:hAnsi="Arial"/>
          <w:color w:val="333333"/>
        </w:rPr>
        <w:t xml:space="preserve"> yüzlerce site çıkar.</w:t>
      </w:r>
      <w:proofErr w:type="gramEnd"/>
      <w:r w:rsidR="00000C58" w:rsidRPr="00F86FD7">
        <w:rPr>
          <w:rFonts w:ascii="Arial" w:hAnsi="Arial"/>
          <w:color w:val="333333"/>
        </w:rPr>
        <w:t xml:space="preserve"> Ancak uzmanlar '.edu' (üniversite) ve '.gov' (devlet kurumu) uzantılı siteleri kullanmamızı tavsiye </w:t>
      </w:r>
      <w:proofErr w:type="gramStart"/>
      <w:r w:rsidR="00000C58" w:rsidRPr="00F86FD7">
        <w:rPr>
          <w:rFonts w:ascii="Arial" w:hAnsi="Arial"/>
          <w:color w:val="333333"/>
        </w:rPr>
        <w:t>eder</w:t>
      </w:r>
      <w:proofErr w:type="gramEnd"/>
      <w:r w:rsidR="00000C58" w:rsidRPr="00F86FD7">
        <w:rPr>
          <w:rFonts w:ascii="Arial" w:hAnsi="Arial"/>
          <w:color w:val="333333"/>
        </w:rPr>
        <w:t>.</w:t>
      </w:r>
    </w:p>
    <w:p w:rsidR="00BB2E12" w:rsidRPr="00F86FD7" w:rsidRDefault="00000C58">
      <w:pPr>
        <w:keepNext/>
        <w:spacing w:before="40" w:after="80"/>
      </w:pPr>
      <w:proofErr w:type="gramStart"/>
      <w:r w:rsidRPr="00F86FD7">
        <w:rPr>
          <w:rFonts w:ascii="Arial" w:hAnsi="Arial"/>
          <w:b/>
        </w:rPr>
        <w:t>Araştırma yaparken bu tür resmî/akademik site uzantılarını tercih etmek güvenilir bilgi açısından neden önemlidir?</w:t>
      </w:r>
      <w:proofErr w:type="gramEnd"/>
      <w:r w:rsidRPr="00F86FD7">
        <w:rPr>
          <w:rFonts w:ascii="Arial" w:hAnsi="Arial"/>
          <w:b/>
        </w:rPr>
        <w:t xml:space="preserve"> </w:t>
      </w:r>
    </w:p>
    <w:tbl>
      <w:tblPr>
        <w:tblStyle w:val="TabloKlavuzu"/>
        <w:tblW w:w="0" w:type="auto"/>
        <w:tblLook w:val="04A0"/>
      </w:tblPr>
      <w:tblGrid>
        <w:gridCol w:w="10652"/>
      </w:tblGrid>
      <w:tr w:rsidR="005E059A" w:rsidRPr="005E059A" w:rsidTr="00CB1F8F">
        <w:tc>
          <w:tcPr>
            <w:tcW w:w="10652" w:type="dxa"/>
          </w:tcPr>
          <w:p w:rsidR="008B56AF" w:rsidRPr="008B56AF" w:rsidRDefault="005E059A" w:rsidP="008B56AF">
            <w:pPr>
              <w:spacing w:before="40"/>
              <w:rPr>
                <w:rFonts w:ascii="Arial" w:hAnsi="Arial"/>
                <w:color w:val="FF0000"/>
              </w:rPr>
            </w:pPr>
            <w:r w:rsidRPr="005E059A">
              <w:rPr>
                <w:rFonts w:ascii="Arial" w:hAnsi="Arial"/>
                <w:b/>
                <w:color w:val="0066CC"/>
              </w:rPr>
              <w:t xml:space="preserve">CEVAP: </w:t>
            </w:r>
            <w:r>
              <w:rPr>
                <w:rFonts w:ascii="Arial" w:hAnsi="Arial"/>
                <w:b/>
                <w:color w:val="0066CC"/>
              </w:rPr>
              <w:br/>
            </w:r>
          </w:p>
        </w:tc>
      </w:tr>
    </w:tbl>
    <w:p w:rsidR="00BB2E12" w:rsidRPr="00F86FD7" w:rsidRDefault="00397AEA" w:rsidP="003E6FD2">
      <w:pPr>
        <w:keepNext/>
        <w:spacing w:before="160" w:after="40"/>
      </w:pPr>
      <w:r>
        <w:rPr>
          <w:rFonts w:ascii="Arial" w:hAnsi="Arial"/>
          <w:b/>
          <w:color w:val="1B365D"/>
        </w:rPr>
        <w:br/>
      </w:r>
      <w:proofErr w:type="gramStart"/>
      <w:r>
        <w:rPr>
          <w:rFonts w:ascii="Arial" w:hAnsi="Arial"/>
          <w:b/>
          <w:color w:val="1B365D"/>
        </w:rPr>
        <w:t>SORU 7</w:t>
      </w:r>
      <w:r w:rsidR="00000C58" w:rsidRPr="00F86FD7">
        <w:rPr>
          <w:rFonts w:ascii="Arial" w:hAnsi="Arial"/>
          <w:b/>
          <w:color w:val="1B365D"/>
        </w:rPr>
        <w:t>.</w:t>
      </w:r>
      <w:proofErr w:type="gramEnd"/>
      <w:r w:rsidR="00000C58" w:rsidRPr="00F86FD7">
        <w:rPr>
          <w:rFonts w:ascii="Arial" w:hAnsi="Arial"/>
          <w:b/>
          <w:color w:val="1B365D"/>
        </w:rPr>
        <w:t xml:space="preserve"> </w:t>
      </w:r>
      <w:proofErr w:type="spellStart"/>
      <w:proofErr w:type="gramStart"/>
      <w:r w:rsidR="00000C58" w:rsidRPr="00F86FD7">
        <w:rPr>
          <w:rFonts w:ascii="Arial" w:hAnsi="Arial"/>
          <w:color w:val="333333"/>
        </w:rPr>
        <w:t>Düşünme</w:t>
      </w:r>
      <w:proofErr w:type="spellEnd"/>
      <w:r w:rsidR="00000C58" w:rsidRPr="00F86FD7">
        <w:rPr>
          <w:rFonts w:ascii="Arial" w:hAnsi="Arial"/>
          <w:color w:val="333333"/>
        </w:rPr>
        <w:t xml:space="preserve"> </w:t>
      </w:r>
      <w:proofErr w:type="spellStart"/>
      <w:r w:rsidR="00000C58" w:rsidRPr="00F86FD7">
        <w:rPr>
          <w:rFonts w:ascii="Arial" w:hAnsi="Arial"/>
          <w:color w:val="333333"/>
        </w:rPr>
        <w:t>eğitimi</w:t>
      </w:r>
      <w:proofErr w:type="spellEnd"/>
      <w:r w:rsidR="00000C58" w:rsidRPr="00F86FD7">
        <w:rPr>
          <w:rFonts w:ascii="Arial" w:hAnsi="Arial"/>
          <w:color w:val="333333"/>
        </w:rPr>
        <w:t xml:space="preserve"> </w:t>
      </w:r>
      <w:proofErr w:type="spellStart"/>
      <w:r w:rsidR="00000C58" w:rsidRPr="00F86FD7">
        <w:rPr>
          <w:rFonts w:ascii="Arial" w:hAnsi="Arial"/>
          <w:color w:val="333333"/>
        </w:rPr>
        <w:t>dersinde</w:t>
      </w:r>
      <w:proofErr w:type="spellEnd"/>
      <w:r w:rsidR="00000C58" w:rsidRPr="00F86FD7">
        <w:rPr>
          <w:rFonts w:ascii="Arial" w:hAnsi="Arial"/>
          <w:color w:val="333333"/>
        </w:rPr>
        <w:t xml:space="preserve"> </w:t>
      </w:r>
      <w:proofErr w:type="spellStart"/>
      <w:r w:rsidR="00000C58" w:rsidRPr="00F86FD7">
        <w:rPr>
          <w:rFonts w:ascii="Arial" w:hAnsi="Arial"/>
          <w:color w:val="333333"/>
        </w:rPr>
        <w:t>bir</w:t>
      </w:r>
      <w:proofErr w:type="spellEnd"/>
      <w:r w:rsidR="00000C58" w:rsidRPr="00F86FD7">
        <w:rPr>
          <w:rFonts w:ascii="Arial" w:hAnsi="Arial"/>
          <w:color w:val="333333"/>
        </w:rPr>
        <w:t xml:space="preserve"> soru sorulduğunda öğretmen öğrencilerine 'Dur - Düşün - Sonra Söyle' kuralını uygulatır.</w:t>
      </w:r>
      <w:proofErr w:type="gramEnd"/>
    </w:p>
    <w:p w:rsidR="00BB2E12" w:rsidRPr="00F86FD7" w:rsidRDefault="00000C58">
      <w:pPr>
        <w:keepNext/>
        <w:spacing w:before="40" w:after="80"/>
      </w:pPr>
      <w:proofErr w:type="gramStart"/>
      <w:r w:rsidRPr="00F86FD7">
        <w:rPr>
          <w:rFonts w:ascii="Arial" w:hAnsi="Arial"/>
          <w:b/>
        </w:rPr>
        <w:t>Bir soru veya durum karşısında hemen konuşmayıp 'DÜŞÜN' aşamasında beklemenin zihinsel amacı nedir?</w:t>
      </w:r>
      <w:proofErr w:type="gramEnd"/>
      <w:r w:rsidRPr="00F86FD7">
        <w:rPr>
          <w:rFonts w:ascii="Arial" w:hAnsi="Arial"/>
          <w:b/>
        </w:rPr>
        <w:t xml:space="preserve"> </w:t>
      </w:r>
    </w:p>
    <w:tbl>
      <w:tblPr>
        <w:tblStyle w:val="TabloKlavuzu"/>
        <w:tblW w:w="0" w:type="auto"/>
        <w:tblLook w:val="04A0"/>
      </w:tblPr>
      <w:tblGrid>
        <w:gridCol w:w="10652"/>
      </w:tblGrid>
      <w:tr w:rsidR="005E059A" w:rsidRPr="005E059A" w:rsidTr="005F13B2">
        <w:tc>
          <w:tcPr>
            <w:tcW w:w="10652" w:type="dxa"/>
          </w:tcPr>
          <w:p w:rsidR="008B56AF" w:rsidRDefault="005E059A" w:rsidP="008B56AF">
            <w:pPr>
              <w:spacing w:before="40"/>
              <w:rPr>
                <w:rFonts w:ascii="Arial" w:hAnsi="Arial"/>
                <w:color w:val="FF0000"/>
              </w:rPr>
            </w:pPr>
            <w:r w:rsidRPr="005E059A">
              <w:rPr>
                <w:rFonts w:ascii="Arial" w:hAnsi="Arial"/>
                <w:b/>
                <w:color w:val="0066CC"/>
              </w:rPr>
              <w:t xml:space="preserve">CEVAP: </w:t>
            </w:r>
            <w:r>
              <w:rPr>
                <w:rFonts w:ascii="Arial" w:hAnsi="Arial"/>
                <w:b/>
                <w:color w:val="0066CC"/>
              </w:rPr>
              <w:br/>
            </w:r>
          </w:p>
          <w:p w:rsidR="008B56AF" w:rsidRDefault="008B56AF" w:rsidP="008B56AF">
            <w:pPr>
              <w:spacing w:before="40"/>
              <w:rPr>
                <w:rFonts w:ascii="Arial" w:hAnsi="Arial"/>
                <w:color w:val="FF0000"/>
              </w:rPr>
            </w:pPr>
          </w:p>
          <w:p w:rsidR="008B56AF" w:rsidRPr="008B56AF" w:rsidRDefault="008B56AF" w:rsidP="008B56AF">
            <w:pPr>
              <w:spacing w:before="40"/>
              <w:rPr>
                <w:rFonts w:ascii="Arial" w:hAnsi="Arial"/>
                <w:color w:val="FF0000"/>
              </w:rPr>
            </w:pPr>
          </w:p>
        </w:tc>
      </w:tr>
    </w:tbl>
    <w:p w:rsidR="00BB2E12" w:rsidRPr="006C6560" w:rsidRDefault="00397AEA" w:rsidP="006C6560">
      <w:pPr>
        <w:pStyle w:val="AralkYok"/>
        <w:rPr>
          <w:rFonts w:ascii="Arial" w:hAnsi="Arial" w:cs="Arial"/>
        </w:rPr>
      </w:pPr>
      <w:r>
        <w:rPr>
          <w:b/>
          <w:color w:val="1B365D"/>
        </w:rPr>
        <w:br/>
      </w:r>
      <w:proofErr w:type="gramStart"/>
      <w:r w:rsidRPr="006C6560">
        <w:rPr>
          <w:rFonts w:ascii="Arial" w:hAnsi="Arial" w:cs="Arial"/>
          <w:b/>
          <w:color w:val="1B365D"/>
        </w:rPr>
        <w:t>SORU 8</w:t>
      </w:r>
      <w:r w:rsidR="00000C58" w:rsidRPr="006C6560">
        <w:rPr>
          <w:rFonts w:ascii="Arial" w:hAnsi="Arial" w:cs="Arial"/>
          <w:b/>
          <w:color w:val="1B365D"/>
        </w:rPr>
        <w:t>.</w:t>
      </w:r>
      <w:proofErr w:type="gramEnd"/>
      <w:r w:rsidR="00000C58" w:rsidRPr="006C6560">
        <w:rPr>
          <w:rFonts w:ascii="Arial" w:hAnsi="Arial" w:cs="Arial"/>
          <w:b/>
          <w:color w:val="1B365D"/>
        </w:rPr>
        <w:t xml:space="preserve"> </w:t>
      </w:r>
      <w:r w:rsidR="00000C58" w:rsidRPr="006C6560">
        <w:rPr>
          <w:rFonts w:ascii="Arial" w:hAnsi="Arial" w:cs="Arial"/>
        </w:rPr>
        <w:t xml:space="preserve"> İki öğrenciden birincisi sınıftaki bir problemi 'Yapacak bir şey yok, düzen böyle' diyerek </w:t>
      </w:r>
      <w:proofErr w:type="gramStart"/>
      <w:r w:rsidR="00000C58" w:rsidRPr="006C6560">
        <w:rPr>
          <w:rFonts w:ascii="Arial" w:hAnsi="Arial" w:cs="Arial"/>
        </w:rPr>
        <w:t>kabul</w:t>
      </w:r>
      <w:proofErr w:type="gramEnd"/>
      <w:r w:rsidR="00000C58" w:rsidRPr="006C6560">
        <w:rPr>
          <w:rFonts w:ascii="Arial" w:hAnsi="Arial" w:cs="Arial"/>
        </w:rPr>
        <w:t xml:space="preserve"> ederken; ikinci öğrenci 'Bu problemi nasıl çözebiliriz?' diyerek çözüm aramaktadır.</w:t>
      </w:r>
    </w:p>
    <w:p w:rsidR="00BB2E12" w:rsidRPr="00F86FD7" w:rsidRDefault="00000C58">
      <w:pPr>
        <w:keepNext/>
        <w:spacing w:before="40" w:after="80"/>
      </w:pPr>
      <w:proofErr w:type="gramStart"/>
      <w:r w:rsidRPr="00F86FD7">
        <w:rPr>
          <w:rFonts w:ascii="Arial" w:hAnsi="Arial"/>
          <w:b/>
        </w:rPr>
        <w:t>Bu iki öğrencinin olaylara bakış açısı ve düşünme tarzı arasındaki temel fark nedir?</w:t>
      </w:r>
      <w:proofErr w:type="gramEnd"/>
      <w:r w:rsidRPr="00F86FD7">
        <w:rPr>
          <w:rFonts w:ascii="Arial" w:hAnsi="Arial"/>
          <w:b/>
        </w:rPr>
        <w:t xml:space="preserve"> </w:t>
      </w:r>
    </w:p>
    <w:tbl>
      <w:tblPr>
        <w:tblStyle w:val="TabloKlavuzu"/>
        <w:tblW w:w="0" w:type="auto"/>
        <w:tblLook w:val="04A0"/>
      </w:tblPr>
      <w:tblGrid>
        <w:gridCol w:w="10652"/>
      </w:tblGrid>
      <w:tr w:rsidR="005E059A" w:rsidRPr="005E059A" w:rsidTr="005E059A">
        <w:tc>
          <w:tcPr>
            <w:tcW w:w="10652" w:type="dxa"/>
          </w:tcPr>
          <w:p w:rsidR="005E059A" w:rsidRDefault="005E059A" w:rsidP="008B56AF">
            <w:pPr>
              <w:spacing w:before="40"/>
              <w:rPr>
                <w:rFonts w:ascii="Arial" w:hAnsi="Arial"/>
                <w:color w:val="FF0000"/>
              </w:rPr>
            </w:pPr>
            <w:r w:rsidRPr="005E059A">
              <w:rPr>
                <w:rFonts w:ascii="Arial" w:hAnsi="Arial"/>
                <w:b/>
                <w:color w:val="0066CC"/>
              </w:rPr>
              <w:t xml:space="preserve">CEVAP: </w:t>
            </w:r>
            <w:r w:rsidRPr="005E059A">
              <w:rPr>
                <w:rFonts w:ascii="Arial" w:hAnsi="Arial"/>
                <w:b/>
                <w:color w:val="0066CC"/>
              </w:rPr>
              <w:br/>
            </w:r>
          </w:p>
          <w:p w:rsidR="008B56AF" w:rsidRDefault="008B56AF" w:rsidP="008B56AF">
            <w:pPr>
              <w:spacing w:before="40"/>
              <w:rPr>
                <w:rFonts w:ascii="Arial" w:hAnsi="Arial"/>
                <w:color w:val="FF0000"/>
              </w:rPr>
            </w:pPr>
          </w:p>
          <w:p w:rsidR="008B56AF" w:rsidRPr="005E059A" w:rsidRDefault="008B56AF" w:rsidP="008B56AF">
            <w:pPr>
              <w:spacing w:before="40"/>
            </w:pPr>
          </w:p>
        </w:tc>
      </w:tr>
    </w:tbl>
    <w:p w:rsidR="00BB2E12" w:rsidRPr="00F86FD7" w:rsidRDefault="00397AEA" w:rsidP="003E6FD2">
      <w:pPr>
        <w:keepNext/>
        <w:spacing w:before="160" w:after="40"/>
      </w:pPr>
      <w:r>
        <w:rPr>
          <w:rFonts w:ascii="Arial" w:hAnsi="Arial"/>
          <w:b/>
          <w:color w:val="1B365D"/>
        </w:rPr>
        <w:br/>
      </w:r>
      <w:proofErr w:type="gramStart"/>
      <w:r>
        <w:rPr>
          <w:rFonts w:ascii="Arial" w:hAnsi="Arial"/>
          <w:b/>
          <w:color w:val="1B365D"/>
        </w:rPr>
        <w:t>SORU 9</w:t>
      </w:r>
      <w:r w:rsidR="00000C58" w:rsidRPr="00F86FD7">
        <w:rPr>
          <w:rFonts w:ascii="Arial" w:hAnsi="Arial"/>
          <w:b/>
          <w:color w:val="1B365D"/>
        </w:rPr>
        <w:t>.</w:t>
      </w:r>
      <w:proofErr w:type="gramEnd"/>
      <w:r w:rsidR="00000C58" w:rsidRPr="00F86FD7">
        <w:rPr>
          <w:rFonts w:ascii="Arial" w:hAnsi="Arial"/>
          <w:b/>
          <w:color w:val="1B365D"/>
        </w:rPr>
        <w:t xml:space="preserve"> </w:t>
      </w:r>
      <w:r w:rsidR="00000C58" w:rsidRPr="00F86FD7">
        <w:rPr>
          <w:rFonts w:ascii="Arial" w:hAnsi="Arial"/>
          <w:color w:val="333333"/>
        </w:rPr>
        <w:t xml:space="preserve"> </w:t>
      </w:r>
      <w:proofErr w:type="gramStart"/>
      <w:r w:rsidR="00000C58" w:rsidRPr="00F86FD7">
        <w:rPr>
          <w:rFonts w:ascii="Arial" w:hAnsi="Arial"/>
          <w:color w:val="333333"/>
        </w:rPr>
        <w:t>İnsanlık tarihi boyunca insanlar 'Ateş nasıl yanar?', 'Dünya nasıl dönüyor?' veya 'Hastalıklar nasıl iyileşir?' gibi sorular sorarak cevabını merak etmişlerdir.</w:t>
      </w:r>
      <w:proofErr w:type="gramEnd"/>
    </w:p>
    <w:p w:rsidR="00BB2E12" w:rsidRPr="00F86FD7" w:rsidRDefault="00000C58">
      <w:pPr>
        <w:keepNext/>
        <w:spacing w:before="40" w:after="80"/>
      </w:pPr>
      <w:proofErr w:type="gramStart"/>
      <w:r w:rsidRPr="00F86FD7">
        <w:rPr>
          <w:rFonts w:ascii="Arial" w:hAnsi="Arial"/>
          <w:b/>
        </w:rPr>
        <w:t>İnsanlarda 'Merak' duygusu olmasaydı insanlığın ve bilimin gelişiminde ne gibi eksiklikler yaşanırdı?</w:t>
      </w:r>
      <w:proofErr w:type="gramEnd"/>
      <w:r w:rsidRPr="00F86FD7">
        <w:rPr>
          <w:rFonts w:ascii="Arial" w:hAnsi="Arial"/>
          <w:b/>
        </w:rPr>
        <w:t xml:space="preserve"> </w:t>
      </w:r>
    </w:p>
    <w:tbl>
      <w:tblPr>
        <w:tblStyle w:val="TabloKlavuzu"/>
        <w:tblW w:w="0" w:type="auto"/>
        <w:tblLook w:val="04A0"/>
      </w:tblPr>
      <w:tblGrid>
        <w:gridCol w:w="10652"/>
      </w:tblGrid>
      <w:tr w:rsidR="000F0792" w:rsidRPr="000F0792" w:rsidTr="000F0792">
        <w:tc>
          <w:tcPr>
            <w:tcW w:w="10652" w:type="dxa"/>
          </w:tcPr>
          <w:p w:rsidR="000F0792" w:rsidRDefault="000F0792" w:rsidP="008B56AF">
            <w:pPr>
              <w:spacing w:before="40"/>
            </w:pPr>
            <w:r w:rsidRPr="000F0792">
              <w:rPr>
                <w:rFonts w:ascii="Arial" w:hAnsi="Arial"/>
                <w:b/>
                <w:color w:val="0066CC"/>
              </w:rPr>
              <w:t>CEVAP</w:t>
            </w:r>
            <w:proofErr w:type="gramStart"/>
            <w:r w:rsidRPr="000F0792">
              <w:rPr>
                <w:rFonts w:ascii="Arial" w:hAnsi="Arial"/>
                <w:b/>
                <w:color w:val="0066CC"/>
              </w:rPr>
              <w:t xml:space="preserve">: </w:t>
            </w:r>
            <w:proofErr w:type="gramEnd"/>
            <w:r w:rsidRPr="000F0792">
              <w:rPr>
                <w:rFonts w:ascii="Arial" w:hAnsi="Arial"/>
                <w:b/>
                <w:color w:val="0066CC"/>
              </w:rPr>
              <w:br/>
            </w:r>
            <w:r w:rsidRPr="000F0792">
              <w:rPr>
                <w:rFonts w:ascii="Arial" w:hAnsi="Arial"/>
                <w:color w:val="FF0000"/>
              </w:rPr>
              <w:t>.</w:t>
            </w:r>
            <w:r w:rsidRPr="000F0792">
              <w:rPr>
                <w:rFonts w:ascii="Arial" w:hAnsi="Arial"/>
                <w:color w:val="FF0000"/>
              </w:rPr>
              <w:br/>
            </w:r>
          </w:p>
          <w:p w:rsidR="008B56AF" w:rsidRPr="000F0792" w:rsidRDefault="008B56AF" w:rsidP="008B56AF">
            <w:pPr>
              <w:spacing w:before="40"/>
            </w:pPr>
          </w:p>
        </w:tc>
      </w:tr>
    </w:tbl>
    <w:p w:rsidR="006C6560" w:rsidRDefault="006C6560" w:rsidP="006C6560">
      <w:pPr>
        <w:spacing w:before="280"/>
        <w:jc w:val="right"/>
        <w:rPr>
          <w:rFonts w:ascii="Arial" w:hAnsi="Arial" w:cs="Arial"/>
          <w:b/>
        </w:rPr>
      </w:pPr>
      <w:r w:rsidRPr="007E2AC6">
        <w:rPr>
          <w:rFonts w:ascii="Arial" w:hAnsi="Arial" w:cs="Arial"/>
          <w:b/>
        </w:rPr>
        <w:t xml:space="preserve">Zeki DOĞAN – </w:t>
      </w:r>
      <w:proofErr w:type="spellStart"/>
      <w:r w:rsidRPr="007E2AC6">
        <w:rPr>
          <w:rFonts w:ascii="Arial" w:hAnsi="Arial" w:cs="Arial"/>
          <w:b/>
        </w:rPr>
        <w:t>Sosyal</w:t>
      </w:r>
      <w:proofErr w:type="spellEnd"/>
      <w:r w:rsidRPr="007E2AC6">
        <w:rPr>
          <w:rFonts w:ascii="Arial" w:hAnsi="Arial" w:cs="Arial"/>
          <w:b/>
        </w:rPr>
        <w:t xml:space="preserve"> </w:t>
      </w:r>
      <w:proofErr w:type="spellStart"/>
      <w:r w:rsidRPr="007E2AC6">
        <w:rPr>
          <w:rFonts w:ascii="Arial" w:hAnsi="Arial" w:cs="Arial"/>
          <w:b/>
        </w:rPr>
        <w:t>Bilgiler</w:t>
      </w:r>
      <w:proofErr w:type="spellEnd"/>
      <w:r w:rsidRPr="007E2AC6">
        <w:rPr>
          <w:rFonts w:ascii="Arial" w:hAnsi="Arial" w:cs="Arial"/>
          <w:b/>
        </w:rPr>
        <w:t xml:space="preserve"> </w:t>
      </w:r>
      <w:proofErr w:type="spellStart"/>
      <w:r w:rsidRPr="007E2AC6">
        <w:rPr>
          <w:rFonts w:ascii="Arial" w:hAnsi="Arial" w:cs="Arial"/>
          <w:b/>
        </w:rPr>
        <w:t>Öğretmeni</w:t>
      </w:r>
      <w:proofErr w:type="spellEnd"/>
      <w:r w:rsidRPr="007E2AC6">
        <w:rPr>
          <w:rFonts w:ascii="Arial" w:hAnsi="Arial" w:cs="Arial"/>
          <w:b/>
        </w:rPr>
        <w:t xml:space="preserve"> - </w:t>
      </w:r>
      <w:hyperlink r:id="rId8" w:history="1">
        <w:r w:rsidRPr="00A7452C">
          <w:rPr>
            <w:rStyle w:val="Kpr"/>
            <w:rFonts w:ascii="Arial" w:hAnsi="Arial" w:cs="Arial"/>
            <w:b/>
          </w:rPr>
          <w:t>www.sosyalciniz.net</w:t>
        </w:r>
      </w:hyperlink>
      <w:r w:rsidRPr="007E2AC6">
        <w:rPr>
          <w:rFonts w:ascii="Arial" w:hAnsi="Arial" w:cs="Arial"/>
          <w:b/>
        </w:rPr>
        <w:br/>
        <w:t>BAŞARILAR....</w:t>
      </w:r>
    </w:p>
    <w:p w:rsidR="00BB2E12" w:rsidRDefault="00BB2E12">
      <w:pPr>
        <w:spacing w:before="280"/>
        <w:jc w:val="right"/>
        <w:rPr>
          <w:rFonts w:ascii="Arial" w:hAnsi="Arial"/>
          <w:b/>
          <w:color w:val="1B365D"/>
        </w:rPr>
      </w:pPr>
    </w:p>
    <w:p w:rsidR="00397AEA" w:rsidRDefault="00397AEA">
      <w:pPr>
        <w:spacing w:before="280"/>
        <w:jc w:val="right"/>
      </w:pPr>
    </w:p>
    <w:p w:rsidR="006C6560" w:rsidRDefault="006C6560">
      <w:pPr>
        <w:spacing w:before="280"/>
        <w:jc w:val="right"/>
      </w:pPr>
    </w:p>
    <w:p w:rsidR="006C6560" w:rsidRDefault="006C6560">
      <w:pPr>
        <w:spacing w:before="280"/>
        <w:jc w:val="right"/>
      </w:pPr>
    </w:p>
    <w:p w:rsidR="006C6560" w:rsidRPr="00AB1B29" w:rsidRDefault="006C6560" w:rsidP="006C6560">
      <w:pPr>
        <w:pStyle w:val="AralkYok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DÜŞÜNME EĞİTİMİ </w:t>
      </w:r>
      <w:r w:rsidRPr="00AB1B29">
        <w:rPr>
          <w:rFonts w:ascii="Arial" w:hAnsi="Arial" w:cs="Arial"/>
          <w:b/>
        </w:rPr>
        <w:t>DERSİ</w:t>
      </w:r>
    </w:p>
    <w:p w:rsidR="006C6560" w:rsidRPr="00AB1B29" w:rsidRDefault="006C6560" w:rsidP="006C6560">
      <w:pPr>
        <w:pStyle w:val="AralkYok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 DÖNEM 1</w:t>
      </w:r>
      <w:r w:rsidRPr="00AB1B29">
        <w:rPr>
          <w:rFonts w:ascii="Arial" w:hAnsi="Arial" w:cs="Arial"/>
          <w:b/>
        </w:rPr>
        <w:t>. ORTAK YAZILI KONU SORU DAĞILIM TABLOSU</w:t>
      </w:r>
    </w:p>
    <w:p w:rsidR="006C6560" w:rsidRPr="00AB1B29" w:rsidRDefault="006C6560" w:rsidP="006C6560">
      <w:pPr>
        <w:pStyle w:val="AralkYok"/>
        <w:rPr>
          <w:rFonts w:ascii="Arial" w:hAnsi="Arial" w:cs="Arial"/>
        </w:rPr>
      </w:pPr>
    </w:p>
    <w:tbl>
      <w:tblPr>
        <w:tblStyle w:val="TabloKlavuzu3"/>
        <w:tblW w:w="0" w:type="auto"/>
        <w:jc w:val="center"/>
        <w:tblInd w:w="-540" w:type="dxa"/>
        <w:tblLook w:val="04A0"/>
      </w:tblPr>
      <w:tblGrid>
        <w:gridCol w:w="1733"/>
        <w:gridCol w:w="6526"/>
        <w:gridCol w:w="1060"/>
      </w:tblGrid>
      <w:tr w:rsidR="006C6560" w:rsidRPr="00000C58" w:rsidTr="002721A0">
        <w:trPr>
          <w:jc w:val="center"/>
        </w:trPr>
        <w:tc>
          <w:tcPr>
            <w:tcW w:w="1733" w:type="dxa"/>
            <w:shd w:val="clear" w:color="auto" w:fill="auto"/>
          </w:tcPr>
          <w:p w:rsidR="006C6560" w:rsidRPr="00000C58" w:rsidRDefault="006C6560" w:rsidP="002721A0">
            <w:pPr>
              <w:pStyle w:val="AralkYok"/>
              <w:jc w:val="center"/>
              <w:rPr>
                <w:rFonts w:ascii="Arial" w:hAnsi="Arial" w:cs="Arial"/>
                <w:b/>
              </w:rPr>
            </w:pPr>
            <w:r w:rsidRPr="00000C58">
              <w:rPr>
                <w:rFonts w:ascii="Arial" w:hAnsi="Arial" w:cs="Arial"/>
                <w:b/>
              </w:rPr>
              <w:t>ÖĞRENME ALANI</w:t>
            </w:r>
          </w:p>
        </w:tc>
        <w:tc>
          <w:tcPr>
            <w:tcW w:w="6526" w:type="dxa"/>
          </w:tcPr>
          <w:p w:rsidR="006C6560" w:rsidRPr="00000C58" w:rsidRDefault="006C6560" w:rsidP="002721A0">
            <w:pPr>
              <w:pStyle w:val="AralkYok"/>
              <w:jc w:val="center"/>
              <w:rPr>
                <w:rFonts w:ascii="Arial" w:hAnsi="Arial" w:cs="Arial"/>
                <w:b/>
              </w:rPr>
            </w:pPr>
            <w:r w:rsidRPr="00000C58">
              <w:rPr>
                <w:rFonts w:ascii="Arial" w:hAnsi="Arial" w:cs="Arial"/>
                <w:b/>
              </w:rPr>
              <w:t>ÖĞRENME ÇIKTISI</w:t>
            </w:r>
          </w:p>
        </w:tc>
        <w:tc>
          <w:tcPr>
            <w:tcW w:w="1060" w:type="dxa"/>
          </w:tcPr>
          <w:p w:rsidR="006C6560" w:rsidRPr="00000C58" w:rsidRDefault="006C6560" w:rsidP="002721A0">
            <w:pPr>
              <w:pStyle w:val="AralkYok"/>
              <w:jc w:val="center"/>
              <w:rPr>
                <w:rFonts w:ascii="Arial" w:hAnsi="Arial" w:cs="Arial"/>
                <w:b/>
              </w:rPr>
            </w:pPr>
            <w:r w:rsidRPr="00000C58">
              <w:rPr>
                <w:rFonts w:ascii="Arial" w:hAnsi="Arial" w:cs="Arial"/>
                <w:b/>
              </w:rPr>
              <w:t>SORU</w:t>
            </w:r>
          </w:p>
        </w:tc>
      </w:tr>
      <w:tr w:rsidR="00000C58" w:rsidRPr="00000C58" w:rsidTr="002721A0">
        <w:trPr>
          <w:jc w:val="center"/>
        </w:trPr>
        <w:tc>
          <w:tcPr>
            <w:tcW w:w="1733" w:type="dxa"/>
            <w:vMerge w:val="restart"/>
            <w:shd w:val="clear" w:color="auto" w:fill="auto"/>
            <w:textDirection w:val="btLr"/>
          </w:tcPr>
          <w:p w:rsidR="00000C58" w:rsidRPr="00000C58" w:rsidRDefault="00000C58" w:rsidP="002721A0">
            <w:pPr>
              <w:pStyle w:val="AralkYok"/>
              <w:ind w:left="113" w:right="113"/>
              <w:jc w:val="center"/>
              <w:rPr>
                <w:rFonts w:ascii="Arial" w:hAnsi="Arial" w:cs="Arial"/>
                <w:b/>
              </w:rPr>
            </w:pPr>
            <w:r w:rsidRPr="00000C58">
              <w:rPr>
                <w:rFonts w:ascii="Arial" w:hAnsi="Arial" w:cs="Arial"/>
              </w:rPr>
              <w:t>1. Ünite: Düşünme ve Düşünme Süreci</w:t>
            </w:r>
          </w:p>
        </w:tc>
        <w:tc>
          <w:tcPr>
            <w:tcW w:w="6526" w:type="dxa"/>
          </w:tcPr>
          <w:p w:rsidR="00000C58" w:rsidRDefault="00000C58" w:rsidP="002721A0">
            <w:pPr>
              <w:rPr>
                <w:rFonts w:ascii="Arial" w:hAnsi="Arial" w:cs="Arial"/>
              </w:rPr>
            </w:pPr>
            <w:r w:rsidRPr="00000C58">
              <w:rPr>
                <w:rFonts w:ascii="Arial" w:hAnsi="Arial" w:cs="Arial"/>
              </w:rPr>
              <w:t xml:space="preserve">DE.1.1.1. Düşünme süreci ve diğer zihinsel etkinlikler hakkında bilgi toplayabilme </w:t>
            </w:r>
          </w:p>
          <w:p w:rsidR="00000C58" w:rsidRPr="00000C58" w:rsidRDefault="00000C58" w:rsidP="002721A0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000C58" w:rsidRPr="00000C58" w:rsidRDefault="00000C58" w:rsidP="002721A0">
            <w:pPr>
              <w:pStyle w:val="AralkYok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000C58" w:rsidRPr="00000C58" w:rsidTr="002721A0">
        <w:trPr>
          <w:jc w:val="center"/>
        </w:trPr>
        <w:tc>
          <w:tcPr>
            <w:tcW w:w="1733" w:type="dxa"/>
            <w:vMerge/>
            <w:shd w:val="clear" w:color="auto" w:fill="auto"/>
          </w:tcPr>
          <w:p w:rsidR="00000C58" w:rsidRPr="00000C58" w:rsidRDefault="00000C58" w:rsidP="002721A0">
            <w:pPr>
              <w:pStyle w:val="AralkYok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526" w:type="dxa"/>
          </w:tcPr>
          <w:p w:rsidR="00000C58" w:rsidRPr="00000C58" w:rsidRDefault="00000C58" w:rsidP="002721A0">
            <w:pPr>
              <w:rPr>
                <w:rFonts w:ascii="Arial" w:hAnsi="Arial" w:cs="Arial"/>
              </w:rPr>
            </w:pPr>
            <w:r w:rsidRPr="00000C58">
              <w:rPr>
                <w:rFonts w:ascii="Arial" w:hAnsi="Arial" w:cs="Arial"/>
              </w:rPr>
              <w:t xml:space="preserve">DE.1.1.2. Farklı düşünme edimlerini sorgulayabilme </w:t>
            </w:r>
          </w:p>
          <w:p w:rsidR="00000C58" w:rsidRPr="00000C58" w:rsidRDefault="00000C58" w:rsidP="002721A0">
            <w:pPr>
              <w:pStyle w:val="AralkYok"/>
              <w:rPr>
                <w:rFonts w:ascii="Arial" w:hAnsi="Arial" w:cs="Arial"/>
              </w:rPr>
            </w:pPr>
          </w:p>
          <w:p w:rsidR="00000C58" w:rsidRPr="00000C58" w:rsidRDefault="00000C58" w:rsidP="002721A0">
            <w:pPr>
              <w:pStyle w:val="AralkYok"/>
              <w:rPr>
                <w:rFonts w:ascii="Arial" w:hAnsi="Arial" w:cs="Arial"/>
              </w:rPr>
            </w:pPr>
          </w:p>
        </w:tc>
        <w:tc>
          <w:tcPr>
            <w:tcW w:w="1060" w:type="dxa"/>
          </w:tcPr>
          <w:p w:rsidR="00000C58" w:rsidRPr="00000C58" w:rsidRDefault="00000C58" w:rsidP="002721A0">
            <w:pPr>
              <w:pStyle w:val="AralkYok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6C6560" w:rsidRDefault="006C6560">
      <w:pPr>
        <w:spacing w:before="280"/>
        <w:jc w:val="right"/>
      </w:pPr>
    </w:p>
    <w:p w:rsidR="002478BE" w:rsidRPr="00F86FD7" w:rsidRDefault="002478BE">
      <w:pPr>
        <w:spacing w:before="280"/>
        <w:jc w:val="right"/>
      </w:pPr>
    </w:p>
    <w:sectPr w:rsidR="002478BE" w:rsidRPr="00F86FD7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AB8" w:rsidRDefault="00927AB8" w:rsidP="00F139AA">
      <w:pPr>
        <w:spacing w:after="0" w:line="240" w:lineRule="auto"/>
      </w:pPr>
      <w:r>
        <w:separator/>
      </w:r>
    </w:p>
  </w:endnote>
  <w:endnote w:type="continuationSeparator" w:id="0">
    <w:p w:rsidR="00927AB8" w:rsidRDefault="00927AB8" w:rsidP="00F13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9AA" w:rsidRDefault="00F139AA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9AA" w:rsidRDefault="00F139AA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9AA" w:rsidRDefault="00F139AA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AB8" w:rsidRDefault="00927AB8" w:rsidP="00F139AA">
      <w:pPr>
        <w:spacing w:after="0" w:line="240" w:lineRule="auto"/>
      </w:pPr>
      <w:r>
        <w:separator/>
      </w:r>
    </w:p>
  </w:footnote>
  <w:footnote w:type="continuationSeparator" w:id="0">
    <w:p w:rsidR="00927AB8" w:rsidRDefault="00927AB8" w:rsidP="00F13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9AA" w:rsidRDefault="00F139AA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9AA" w:rsidRDefault="00F139AA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9AA" w:rsidRDefault="00F139AA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00C58"/>
    <w:rsid w:val="000017B8"/>
    <w:rsid w:val="00034616"/>
    <w:rsid w:val="0006063C"/>
    <w:rsid w:val="000A0A1F"/>
    <w:rsid w:val="000F0792"/>
    <w:rsid w:val="0015074B"/>
    <w:rsid w:val="002478BE"/>
    <w:rsid w:val="0029639D"/>
    <w:rsid w:val="00326F90"/>
    <w:rsid w:val="00397AEA"/>
    <w:rsid w:val="003E6FD2"/>
    <w:rsid w:val="005E059A"/>
    <w:rsid w:val="006C6560"/>
    <w:rsid w:val="006D43A7"/>
    <w:rsid w:val="00767411"/>
    <w:rsid w:val="008B56AF"/>
    <w:rsid w:val="00927AB8"/>
    <w:rsid w:val="00970C7A"/>
    <w:rsid w:val="00AA1D8D"/>
    <w:rsid w:val="00B47730"/>
    <w:rsid w:val="00BB2E12"/>
    <w:rsid w:val="00CB0664"/>
    <w:rsid w:val="00CD7BF5"/>
    <w:rsid w:val="00DB1A78"/>
    <w:rsid w:val="00F139AA"/>
    <w:rsid w:val="00F86FD7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oKlavuzu3">
    <w:name w:val="Tablo Kılavuzu3"/>
    <w:basedOn w:val="NormalTablo"/>
    <w:uiPriority w:val="59"/>
    <w:rsid w:val="006C6560"/>
    <w:pPr>
      <w:spacing w:after="0" w:line="240" w:lineRule="auto"/>
    </w:pPr>
    <w:rPr>
      <w:rFonts w:eastAsiaTheme="minorHAnsi"/>
      <w:lang w:val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6C65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syalciniz.net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10A693-00C2-45F5-8455-1168C9F8F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517</Words>
  <Characters>2950</Characters>
  <Application>Microsoft Office Word</Application>
  <DocSecurity>0</DocSecurity>
  <Lines>24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3461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</dc:creator>
  <dc:description>generated by python-docx</dc:description>
  <cp:lastModifiedBy>Zeki</cp:lastModifiedBy>
  <cp:revision>3</cp:revision>
  <cp:lastPrinted>2026-10-25T09:26:00Z</cp:lastPrinted>
  <dcterms:created xsi:type="dcterms:W3CDTF">2026-10-25T09:26:00Z</dcterms:created>
  <dcterms:modified xsi:type="dcterms:W3CDTF">2026-10-25T09:27:00Z</dcterms:modified>
</cp:coreProperties>
</file>