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4A0"/>
      </w:tblPr>
      <w:tblGrid>
        <w:gridCol w:w="7488"/>
        <w:gridCol w:w="2880"/>
      </w:tblGrid>
      <w:tr w:rsidR="00023CE6" w:rsidRPr="00224DA1">
        <w:trPr>
          <w:jc w:val="center"/>
        </w:trPr>
        <w:tc>
          <w:tcPr>
            <w:tcW w:w="7488" w:type="dxa"/>
          </w:tcPr>
          <w:p w:rsidR="00023CE6" w:rsidRPr="00224DA1" w:rsidRDefault="00E16029" w:rsidP="00D00210">
            <w:pPr>
              <w:rPr>
                <w:rFonts w:ascii="Arial" w:hAnsi="Arial" w:cs="Arial"/>
              </w:rPr>
            </w:pPr>
            <w:r w:rsidRPr="00224DA1">
              <w:rPr>
                <w:rFonts w:ascii="Arial" w:hAnsi="Arial" w:cs="Arial"/>
                <w:b/>
                <w:color w:val="1A365D"/>
              </w:rPr>
              <w:t xml:space="preserve">2026-2027 EĞİTİM ÖĞRETİM YILI </w:t>
            </w:r>
            <w:r w:rsidR="00D00210" w:rsidRPr="00224DA1">
              <w:rPr>
                <w:rFonts w:ascii="Arial" w:hAnsi="Arial" w:cs="Arial"/>
                <w:b/>
                <w:color w:val="1A365D"/>
              </w:rPr>
              <w:t>………………..</w:t>
            </w:r>
            <w:r w:rsidRPr="00224DA1">
              <w:rPr>
                <w:rFonts w:ascii="Arial" w:hAnsi="Arial" w:cs="Arial"/>
                <w:b/>
                <w:color w:val="1A365D"/>
              </w:rPr>
              <w:t>ORTAOKULU</w:t>
            </w:r>
            <w:r w:rsidRPr="00224DA1">
              <w:rPr>
                <w:rFonts w:ascii="Arial" w:hAnsi="Arial" w:cs="Arial"/>
                <w:b/>
                <w:color w:val="1A365D"/>
              </w:rPr>
              <w:br/>
            </w:r>
            <w:r w:rsidRPr="00224DA1">
              <w:rPr>
                <w:rFonts w:ascii="Arial" w:hAnsi="Arial" w:cs="Arial"/>
                <w:b/>
                <w:color w:val="2B6CB0"/>
              </w:rPr>
              <w:t>7. SINIF SOSYAL BİLGİLER DERSİ 1. DÖNEM 1. YAZILI SINAVI</w:t>
            </w:r>
          </w:p>
        </w:tc>
        <w:tc>
          <w:tcPr>
            <w:tcW w:w="2880" w:type="dxa"/>
            <w:shd w:val="clear" w:color="auto" w:fill="E6FFFA"/>
          </w:tcPr>
          <w:p w:rsidR="00023CE6" w:rsidRPr="00224DA1" w:rsidRDefault="00E16029" w:rsidP="00D94C8F">
            <w:pPr>
              <w:jc w:val="center"/>
              <w:rPr>
                <w:rFonts w:ascii="Arial" w:hAnsi="Arial" w:cs="Arial"/>
              </w:rPr>
            </w:pPr>
            <w:r w:rsidRPr="00224DA1">
              <w:rPr>
                <w:rFonts w:ascii="Arial" w:hAnsi="Arial" w:cs="Arial"/>
                <w:b/>
              </w:rPr>
              <w:t>ALDIĞI PUAN</w:t>
            </w:r>
            <w:r w:rsidRPr="00224DA1">
              <w:rPr>
                <w:rFonts w:ascii="Arial" w:hAnsi="Arial" w:cs="Arial"/>
                <w:b/>
              </w:rPr>
              <w:br/>
            </w:r>
            <w:r w:rsidRPr="00224DA1">
              <w:rPr>
                <w:rFonts w:ascii="Arial" w:hAnsi="Arial" w:cs="Arial"/>
                <w:b/>
              </w:rPr>
              <w:br/>
            </w:r>
            <w:r w:rsidRPr="00224DA1">
              <w:rPr>
                <w:rFonts w:ascii="Arial" w:hAnsi="Arial" w:cs="Arial"/>
                <w:b/>
                <w:color w:val="2F855A"/>
              </w:rPr>
              <w:t xml:space="preserve">........ </w:t>
            </w:r>
          </w:p>
        </w:tc>
      </w:tr>
      <w:tr w:rsidR="00023CE6" w:rsidRPr="00224DA1">
        <w:trPr>
          <w:jc w:val="center"/>
        </w:trPr>
        <w:tc>
          <w:tcPr>
            <w:tcW w:w="7488" w:type="dxa"/>
          </w:tcPr>
          <w:p w:rsidR="00023CE6" w:rsidRPr="00224DA1" w:rsidRDefault="00E16029">
            <w:pPr>
              <w:rPr>
                <w:rFonts w:ascii="Arial" w:hAnsi="Arial" w:cs="Arial"/>
              </w:rPr>
            </w:pPr>
            <w:r w:rsidRPr="00224DA1">
              <w:rPr>
                <w:rFonts w:ascii="Arial" w:hAnsi="Arial" w:cs="Arial"/>
                <w:b/>
              </w:rPr>
              <w:t>ADI SOYADI: ................................................................</w:t>
            </w:r>
            <w:r w:rsidRPr="00224DA1">
              <w:rPr>
                <w:rFonts w:ascii="Arial" w:hAnsi="Arial" w:cs="Arial"/>
                <w:b/>
              </w:rPr>
              <w:br/>
              <w:t>SINIFI / NO</w:t>
            </w:r>
            <w:proofErr w:type="gramStart"/>
            <w:r w:rsidRPr="00224DA1">
              <w:rPr>
                <w:rFonts w:ascii="Arial" w:hAnsi="Arial" w:cs="Arial"/>
                <w:b/>
              </w:rPr>
              <w:t>:  ........................</w:t>
            </w:r>
            <w:proofErr w:type="gramEnd"/>
            <w:r w:rsidRPr="00224DA1">
              <w:rPr>
                <w:rFonts w:ascii="Arial" w:hAnsi="Arial" w:cs="Arial"/>
                <w:b/>
              </w:rPr>
              <w:t xml:space="preserve"> / ................................</w:t>
            </w:r>
          </w:p>
        </w:tc>
        <w:tc>
          <w:tcPr>
            <w:tcW w:w="2880" w:type="dxa"/>
          </w:tcPr>
          <w:p w:rsidR="00023CE6" w:rsidRPr="00224DA1" w:rsidRDefault="00023CE6">
            <w:pPr>
              <w:jc w:val="center"/>
              <w:rPr>
                <w:rFonts w:ascii="Arial" w:hAnsi="Arial" w:cs="Arial"/>
              </w:rPr>
            </w:pPr>
          </w:p>
        </w:tc>
      </w:tr>
    </w:tbl>
    <w:p w:rsidR="00023CE6" w:rsidRPr="00224DA1" w:rsidRDefault="00023CE6">
      <w:pPr>
        <w:spacing w:before="80" w:after="80"/>
        <w:rPr>
          <w:rFonts w:ascii="Arial" w:hAnsi="Arial" w:cs="Arial"/>
        </w:rPr>
      </w:pPr>
    </w:p>
    <w:p w:rsidR="00023CE6" w:rsidRPr="00224DA1" w:rsidRDefault="00E16029">
      <w:pPr>
        <w:rPr>
          <w:rFonts w:ascii="Arial" w:hAnsi="Arial" w:cs="Arial"/>
        </w:rPr>
      </w:pPr>
      <w:proofErr w:type="spellStart"/>
      <w:proofErr w:type="gramStart"/>
      <w:r w:rsidRPr="00224DA1">
        <w:rPr>
          <w:rFonts w:ascii="Arial" w:hAnsi="Arial" w:cs="Arial"/>
          <w:i/>
        </w:rPr>
        <w:t>Sorulardaki</w:t>
      </w:r>
      <w:proofErr w:type="spellEnd"/>
      <w:r w:rsidRPr="00224DA1">
        <w:rPr>
          <w:rFonts w:ascii="Arial" w:hAnsi="Arial" w:cs="Arial"/>
          <w:i/>
        </w:rPr>
        <w:t xml:space="preserve"> </w:t>
      </w:r>
      <w:proofErr w:type="spellStart"/>
      <w:r w:rsidRPr="00224DA1">
        <w:rPr>
          <w:rFonts w:ascii="Arial" w:hAnsi="Arial" w:cs="Arial"/>
          <w:i/>
        </w:rPr>
        <w:t>ipuçlarını</w:t>
      </w:r>
      <w:proofErr w:type="spellEnd"/>
      <w:r w:rsidRPr="00224DA1">
        <w:rPr>
          <w:rFonts w:ascii="Arial" w:hAnsi="Arial" w:cs="Arial"/>
          <w:i/>
        </w:rPr>
        <w:t xml:space="preserve"> </w:t>
      </w:r>
      <w:proofErr w:type="spellStart"/>
      <w:r w:rsidRPr="00224DA1">
        <w:rPr>
          <w:rFonts w:ascii="Arial" w:hAnsi="Arial" w:cs="Arial"/>
          <w:i/>
        </w:rPr>
        <w:t>ve</w:t>
      </w:r>
      <w:proofErr w:type="spellEnd"/>
      <w:r w:rsidRPr="00224DA1">
        <w:rPr>
          <w:rFonts w:ascii="Arial" w:hAnsi="Arial" w:cs="Arial"/>
          <w:i/>
        </w:rPr>
        <w:t xml:space="preserve"> </w:t>
      </w:r>
      <w:proofErr w:type="spellStart"/>
      <w:r w:rsidRPr="00224DA1">
        <w:rPr>
          <w:rFonts w:ascii="Arial" w:hAnsi="Arial" w:cs="Arial"/>
          <w:i/>
        </w:rPr>
        <w:t>görselleri</w:t>
      </w:r>
      <w:proofErr w:type="spellEnd"/>
      <w:r w:rsidRPr="00224DA1">
        <w:rPr>
          <w:rFonts w:ascii="Arial" w:hAnsi="Arial" w:cs="Arial"/>
          <w:i/>
        </w:rPr>
        <w:t xml:space="preserve"> inceleyerek boş bırakılan yerleri tamamlayınız.</w:t>
      </w:r>
      <w:proofErr w:type="gramEnd"/>
      <w:r w:rsidRPr="00224DA1">
        <w:rPr>
          <w:rFonts w:ascii="Arial" w:hAnsi="Arial" w:cs="Arial"/>
          <w:i/>
        </w:rPr>
        <w:t xml:space="preserve"> </w:t>
      </w:r>
      <w:proofErr w:type="gramStart"/>
      <w:r w:rsidRPr="00224DA1">
        <w:rPr>
          <w:rFonts w:ascii="Arial" w:hAnsi="Arial" w:cs="Arial"/>
          <w:i/>
        </w:rPr>
        <w:t>Soruların altında örnek cevap anahtarı yer almaktadır.</w:t>
      </w:r>
      <w:proofErr w:type="gramEnd"/>
    </w:p>
    <w:tbl>
      <w:tblPr>
        <w:tblW w:w="0" w:type="auto"/>
        <w:jc w:val="center"/>
        <w:tblLayout w:type="fixed"/>
        <w:tblLook w:val="04A0"/>
      </w:tblPr>
      <w:tblGrid>
        <w:gridCol w:w="8640"/>
        <w:gridCol w:w="1728"/>
      </w:tblGrid>
      <w:tr w:rsidR="00023CE6" w:rsidRPr="00224DA1">
        <w:trPr>
          <w:jc w:val="center"/>
        </w:trPr>
        <w:tc>
          <w:tcPr>
            <w:tcW w:w="8640" w:type="dxa"/>
            <w:shd w:val="clear" w:color="auto" w:fill="F0FFF4"/>
          </w:tcPr>
          <w:p w:rsidR="00023CE6" w:rsidRPr="00224DA1" w:rsidRDefault="00E16029" w:rsidP="00E16029">
            <w:pPr>
              <w:spacing w:before="40" w:after="40"/>
              <w:rPr>
                <w:rFonts w:ascii="Arial" w:hAnsi="Arial" w:cs="Arial"/>
              </w:rPr>
            </w:pPr>
            <w:r w:rsidRPr="00224DA1">
              <w:rPr>
                <w:rFonts w:ascii="Arial" w:hAnsi="Arial" w:cs="Arial"/>
                <w:b/>
                <w:color w:val="276749"/>
              </w:rPr>
              <w:t xml:space="preserve">SORU 1: </w:t>
            </w:r>
          </w:p>
        </w:tc>
        <w:tc>
          <w:tcPr>
            <w:tcW w:w="1728" w:type="dxa"/>
            <w:shd w:val="clear" w:color="auto" w:fill="F0FFF4"/>
          </w:tcPr>
          <w:p w:rsidR="00023CE6" w:rsidRPr="00224DA1" w:rsidRDefault="00E16029">
            <w:pPr>
              <w:spacing w:before="40" w:after="40"/>
              <w:jc w:val="right"/>
              <w:rPr>
                <w:rFonts w:ascii="Arial" w:hAnsi="Arial" w:cs="Arial"/>
              </w:rPr>
            </w:pPr>
            <w:r w:rsidRPr="00224DA1">
              <w:rPr>
                <w:rFonts w:ascii="Arial" w:hAnsi="Arial" w:cs="Arial"/>
                <w:b/>
                <w:color w:val="C53030"/>
              </w:rPr>
              <w:t>(15 Puan)</w:t>
            </w:r>
          </w:p>
        </w:tc>
      </w:tr>
    </w:tbl>
    <w:p w:rsidR="00023CE6" w:rsidRPr="00224DA1" w:rsidRDefault="00E16029">
      <w:pPr>
        <w:spacing w:before="40" w:after="40"/>
        <w:rPr>
          <w:rFonts w:ascii="Arial" w:hAnsi="Arial" w:cs="Arial"/>
        </w:rPr>
      </w:pPr>
      <w:proofErr w:type="spellStart"/>
      <w:r w:rsidRPr="00224DA1">
        <w:rPr>
          <w:rFonts w:ascii="Arial" w:hAnsi="Arial" w:cs="Arial"/>
        </w:rPr>
        <w:t>Arkadaşımıza</w:t>
      </w:r>
      <w:proofErr w:type="spellEnd"/>
      <w:r w:rsidRPr="00224DA1">
        <w:rPr>
          <w:rFonts w:ascii="Arial" w:hAnsi="Arial" w:cs="Arial"/>
        </w:rPr>
        <w:t xml:space="preserve"> '</w:t>
      </w:r>
      <w:proofErr w:type="spellStart"/>
      <w:r w:rsidRPr="00224DA1">
        <w:rPr>
          <w:rFonts w:ascii="Arial" w:hAnsi="Arial" w:cs="Arial"/>
        </w:rPr>
        <w:t>Sen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proofErr w:type="gramStart"/>
      <w:r w:rsidRPr="00224DA1">
        <w:rPr>
          <w:rFonts w:ascii="Arial" w:hAnsi="Arial" w:cs="Arial"/>
        </w:rPr>
        <w:t>çok</w:t>
      </w:r>
      <w:proofErr w:type="spellEnd"/>
      <w:proofErr w:type="gram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tembelsin</w:t>
      </w:r>
      <w:proofErr w:type="spellEnd"/>
      <w:r w:rsidRPr="00224DA1">
        <w:rPr>
          <w:rFonts w:ascii="Arial" w:hAnsi="Arial" w:cs="Arial"/>
        </w:rPr>
        <w:t xml:space="preserve">!' demek 'Sen Dili'dir ve arkadaşımızı üzer. </w:t>
      </w:r>
      <w:proofErr w:type="gramStart"/>
      <w:r w:rsidRPr="00224DA1">
        <w:rPr>
          <w:rFonts w:ascii="Arial" w:hAnsi="Arial" w:cs="Arial"/>
        </w:rPr>
        <w:t>Bunun yerine duygumuzu belirterek konuşmak 'Ben Dili'dir.</w:t>
      </w:r>
      <w:proofErr w:type="gramEnd"/>
    </w:p>
    <w:p w:rsidR="00224DA1" w:rsidRDefault="00224DA1">
      <w:pPr>
        <w:spacing w:before="40" w:after="40"/>
        <w:rPr>
          <w:rFonts w:ascii="Arial" w:hAnsi="Arial" w:cs="Arial"/>
          <w:b/>
          <w:color w:val="4A5568"/>
        </w:rPr>
      </w:pPr>
    </w:p>
    <w:p w:rsidR="00023CE6" w:rsidRPr="00224DA1" w:rsidRDefault="00D00210">
      <w:pPr>
        <w:spacing w:before="40" w:after="40"/>
        <w:rPr>
          <w:rFonts w:ascii="Arial" w:hAnsi="Arial" w:cs="Arial"/>
        </w:rPr>
      </w:pPr>
      <w:r w:rsidRPr="00224DA1">
        <w:rPr>
          <w:rFonts w:ascii="Arial" w:hAnsi="Arial" w:cs="Arial"/>
          <w:b/>
          <w:color w:val="4A5568"/>
        </w:rPr>
        <w:t>CEVAP</w:t>
      </w:r>
      <w:r w:rsidR="00E16029" w:rsidRPr="00224DA1">
        <w:rPr>
          <w:rFonts w:ascii="Arial" w:hAnsi="Arial" w:cs="Arial"/>
          <w:b/>
          <w:color w:val="4A5568"/>
        </w:rPr>
        <w:t>:</w:t>
      </w:r>
      <w:r w:rsidR="00E16029" w:rsidRPr="00224DA1">
        <w:rPr>
          <w:rFonts w:ascii="Arial" w:hAnsi="Arial" w:cs="Arial"/>
          <w:b/>
          <w:color w:val="4A5568"/>
        </w:rPr>
        <w:br/>
      </w:r>
      <w:r w:rsidR="00E16029" w:rsidRPr="00224DA1">
        <w:rPr>
          <w:rFonts w:ascii="Arial" w:hAnsi="Arial" w:cs="Arial"/>
        </w:rPr>
        <w:t>'</w:t>
      </w:r>
      <w:proofErr w:type="spellStart"/>
      <w:r w:rsidR="00E16029" w:rsidRPr="00224DA1">
        <w:rPr>
          <w:rFonts w:ascii="Arial" w:hAnsi="Arial" w:cs="Arial"/>
        </w:rPr>
        <w:t>Ders</w:t>
      </w:r>
      <w:proofErr w:type="spellEnd"/>
      <w:r w:rsidR="00E16029" w:rsidRPr="00224DA1">
        <w:rPr>
          <w:rFonts w:ascii="Arial" w:hAnsi="Arial" w:cs="Arial"/>
        </w:rPr>
        <w:t xml:space="preserve"> </w:t>
      </w:r>
      <w:proofErr w:type="spellStart"/>
      <w:r w:rsidR="00E16029" w:rsidRPr="00224DA1">
        <w:rPr>
          <w:rFonts w:ascii="Arial" w:hAnsi="Arial" w:cs="Arial"/>
        </w:rPr>
        <w:t>çalışmadığın</w:t>
      </w:r>
      <w:proofErr w:type="spellEnd"/>
      <w:r w:rsidR="00E16029" w:rsidRPr="00224DA1">
        <w:rPr>
          <w:rFonts w:ascii="Arial" w:hAnsi="Arial" w:cs="Arial"/>
        </w:rPr>
        <w:t xml:space="preserve"> </w:t>
      </w:r>
      <w:proofErr w:type="spellStart"/>
      <w:r w:rsidR="00E16029" w:rsidRPr="00224DA1">
        <w:rPr>
          <w:rFonts w:ascii="Arial" w:hAnsi="Arial" w:cs="Arial"/>
        </w:rPr>
        <w:t>zaman</w:t>
      </w:r>
      <w:proofErr w:type="spellEnd"/>
      <w:r w:rsidR="00E16029" w:rsidRPr="00224DA1">
        <w:rPr>
          <w:rFonts w:ascii="Arial" w:hAnsi="Arial" w:cs="Arial"/>
        </w:rPr>
        <w:t xml:space="preserve"> </w:t>
      </w:r>
      <w:proofErr w:type="spellStart"/>
      <w:r w:rsidR="00E16029" w:rsidRPr="00224DA1">
        <w:rPr>
          <w:rFonts w:ascii="Arial" w:hAnsi="Arial" w:cs="Arial"/>
        </w:rPr>
        <w:t>ben</w:t>
      </w:r>
      <w:proofErr w:type="spellEnd"/>
      <w:r w:rsidR="00E16029" w:rsidRPr="00224DA1">
        <w:rPr>
          <w:rFonts w:ascii="Arial" w:hAnsi="Arial" w:cs="Arial"/>
        </w:rPr>
        <w:t xml:space="preserve"> çok ................................................................ (</w:t>
      </w:r>
      <w:proofErr w:type="gramStart"/>
      <w:r w:rsidR="00E16029" w:rsidRPr="00224DA1">
        <w:rPr>
          <w:rFonts w:ascii="Arial" w:hAnsi="Arial" w:cs="Arial"/>
        </w:rPr>
        <w:t>üzülüyorum</w:t>
      </w:r>
      <w:proofErr w:type="gramEnd"/>
      <w:r w:rsidR="00E16029" w:rsidRPr="00224DA1">
        <w:rPr>
          <w:rFonts w:ascii="Arial" w:hAnsi="Arial" w:cs="Arial"/>
        </w:rPr>
        <w:t xml:space="preserve"> / mutlu oluyorum).'</w:t>
      </w:r>
    </w:p>
    <w:p w:rsidR="00023CE6" w:rsidRDefault="00023CE6">
      <w:pPr>
        <w:spacing w:after="40"/>
        <w:rPr>
          <w:rFonts w:ascii="Arial" w:hAnsi="Arial" w:cs="Arial"/>
        </w:rPr>
      </w:pPr>
    </w:p>
    <w:p w:rsidR="00224DA1" w:rsidRPr="00224DA1" w:rsidRDefault="00224DA1">
      <w:pPr>
        <w:spacing w:after="40"/>
        <w:rPr>
          <w:rFonts w:ascii="Arial" w:hAnsi="Arial" w:cs="Arial"/>
        </w:rPr>
      </w:pPr>
    </w:p>
    <w:tbl>
      <w:tblPr>
        <w:tblW w:w="0" w:type="auto"/>
        <w:jc w:val="center"/>
        <w:tblLayout w:type="fixed"/>
        <w:tblLook w:val="04A0"/>
      </w:tblPr>
      <w:tblGrid>
        <w:gridCol w:w="8640"/>
        <w:gridCol w:w="1728"/>
      </w:tblGrid>
      <w:tr w:rsidR="00023CE6" w:rsidRPr="00224DA1">
        <w:trPr>
          <w:jc w:val="center"/>
        </w:trPr>
        <w:tc>
          <w:tcPr>
            <w:tcW w:w="8640" w:type="dxa"/>
            <w:shd w:val="clear" w:color="auto" w:fill="F0FFF4"/>
          </w:tcPr>
          <w:p w:rsidR="00023CE6" w:rsidRPr="00224DA1" w:rsidRDefault="00E16029" w:rsidP="00E16029">
            <w:pPr>
              <w:spacing w:before="40" w:after="40"/>
              <w:rPr>
                <w:rFonts w:ascii="Arial" w:hAnsi="Arial" w:cs="Arial"/>
              </w:rPr>
            </w:pPr>
            <w:r w:rsidRPr="00224DA1">
              <w:rPr>
                <w:rFonts w:ascii="Arial" w:hAnsi="Arial" w:cs="Arial"/>
                <w:b/>
                <w:color w:val="276749"/>
              </w:rPr>
              <w:t xml:space="preserve">SORU 2: </w:t>
            </w:r>
          </w:p>
        </w:tc>
        <w:tc>
          <w:tcPr>
            <w:tcW w:w="1728" w:type="dxa"/>
            <w:shd w:val="clear" w:color="auto" w:fill="F0FFF4"/>
          </w:tcPr>
          <w:p w:rsidR="00023CE6" w:rsidRPr="00224DA1" w:rsidRDefault="00E16029">
            <w:pPr>
              <w:spacing w:before="40" w:after="40"/>
              <w:jc w:val="right"/>
              <w:rPr>
                <w:rFonts w:ascii="Arial" w:hAnsi="Arial" w:cs="Arial"/>
              </w:rPr>
            </w:pPr>
            <w:r w:rsidRPr="00224DA1">
              <w:rPr>
                <w:rFonts w:ascii="Arial" w:hAnsi="Arial" w:cs="Arial"/>
                <w:b/>
                <w:color w:val="C53030"/>
              </w:rPr>
              <w:t>(15 Puan)</w:t>
            </w:r>
          </w:p>
        </w:tc>
      </w:tr>
    </w:tbl>
    <w:p w:rsidR="00023CE6" w:rsidRPr="00224DA1" w:rsidRDefault="00E16029">
      <w:pPr>
        <w:spacing w:before="40" w:after="40"/>
        <w:rPr>
          <w:rFonts w:ascii="Arial" w:hAnsi="Arial" w:cs="Arial"/>
        </w:rPr>
      </w:pPr>
      <w:proofErr w:type="gramStart"/>
      <w:r w:rsidRPr="00224DA1">
        <w:rPr>
          <w:rFonts w:ascii="Arial" w:hAnsi="Arial" w:cs="Arial"/>
        </w:rPr>
        <w:t xml:space="preserve">Ali </w:t>
      </w:r>
      <w:proofErr w:type="spellStart"/>
      <w:r w:rsidRPr="00224DA1">
        <w:rPr>
          <w:rFonts w:ascii="Arial" w:hAnsi="Arial" w:cs="Arial"/>
        </w:rPr>
        <w:t>sınıfta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konuşurken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Sinem</w:t>
      </w:r>
      <w:proofErr w:type="spellEnd"/>
      <w:r w:rsidRPr="00224DA1">
        <w:rPr>
          <w:rFonts w:ascii="Arial" w:hAnsi="Arial" w:cs="Arial"/>
        </w:rPr>
        <w:t xml:space="preserve"> sürekli cep telefonuyla oynamış ve Ali'yi dinlememiştir.</w:t>
      </w:r>
      <w:proofErr w:type="gramEnd"/>
    </w:p>
    <w:p w:rsidR="00224DA1" w:rsidRDefault="00D00210">
      <w:pPr>
        <w:spacing w:before="40" w:after="40"/>
        <w:rPr>
          <w:rFonts w:ascii="Arial" w:hAnsi="Arial" w:cs="Arial"/>
        </w:rPr>
      </w:pPr>
      <w:r w:rsidRPr="00224DA1">
        <w:rPr>
          <w:rFonts w:ascii="Arial" w:hAnsi="Arial" w:cs="Arial"/>
          <w:b/>
          <w:color w:val="4A5568"/>
        </w:rPr>
        <w:t>CEVAP</w:t>
      </w:r>
      <w:r w:rsidR="00E16029" w:rsidRPr="00224DA1">
        <w:rPr>
          <w:rFonts w:ascii="Arial" w:hAnsi="Arial" w:cs="Arial"/>
          <w:b/>
          <w:color w:val="4A5568"/>
        </w:rPr>
        <w:t>:</w:t>
      </w:r>
      <w:r w:rsidR="00E16029" w:rsidRPr="00224DA1">
        <w:rPr>
          <w:rFonts w:ascii="Arial" w:hAnsi="Arial" w:cs="Arial"/>
          <w:b/>
          <w:color w:val="4A5568"/>
        </w:rPr>
        <w:br/>
      </w:r>
    </w:p>
    <w:p w:rsidR="00023CE6" w:rsidRPr="00224DA1" w:rsidRDefault="00E16029">
      <w:pPr>
        <w:spacing w:before="40" w:after="40"/>
        <w:rPr>
          <w:rFonts w:ascii="Arial" w:hAnsi="Arial" w:cs="Arial"/>
        </w:rPr>
      </w:pPr>
      <w:proofErr w:type="spellStart"/>
      <w:r w:rsidRPr="00224DA1">
        <w:rPr>
          <w:rFonts w:ascii="Arial" w:hAnsi="Arial" w:cs="Arial"/>
        </w:rPr>
        <w:t>Sinem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etkili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bir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iletişim</w:t>
      </w:r>
      <w:proofErr w:type="spellEnd"/>
      <w:r w:rsidRPr="00224DA1">
        <w:rPr>
          <w:rFonts w:ascii="Arial" w:hAnsi="Arial" w:cs="Arial"/>
        </w:rPr>
        <w:t xml:space="preserve"> kurmak için telefonla oynamak yerine </w:t>
      </w:r>
      <w:proofErr w:type="gramStart"/>
      <w:r w:rsidRPr="00224DA1">
        <w:rPr>
          <w:rFonts w:ascii="Arial" w:hAnsi="Arial" w:cs="Arial"/>
        </w:rPr>
        <w:t>Ali'nin ................................................................</w:t>
      </w:r>
      <w:proofErr w:type="gramEnd"/>
      <w:r w:rsidRPr="00224DA1">
        <w:rPr>
          <w:rFonts w:ascii="Arial" w:hAnsi="Arial" w:cs="Arial"/>
        </w:rPr>
        <w:t xml:space="preserve"> (</w:t>
      </w:r>
      <w:proofErr w:type="gramStart"/>
      <w:r w:rsidRPr="00224DA1">
        <w:rPr>
          <w:rFonts w:ascii="Arial" w:hAnsi="Arial" w:cs="Arial"/>
        </w:rPr>
        <w:t>yüzüne</w:t>
      </w:r>
      <w:proofErr w:type="gramEnd"/>
      <w:r w:rsidRPr="00224DA1">
        <w:rPr>
          <w:rFonts w:ascii="Arial" w:hAnsi="Arial" w:cs="Arial"/>
        </w:rPr>
        <w:t xml:space="preserve"> bakmalı / arkasını dönmeli).</w:t>
      </w:r>
    </w:p>
    <w:p w:rsidR="00023CE6" w:rsidRPr="00224DA1" w:rsidRDefault="00023CE6">
      <w:pPr>
        <w:spacing w:after="40"/>
        <w:rPr>
          <w:rFonts w:ascii="Arial" w:hAnsi="Arial" w:cs="Arial"/>
        </w:rPr>
      </w:pPr>
    </w:p>
    <w:tbl>
      <w:tblPr>
        <w:tblW w:w="0" w:type="auto"/>
        <w:jc w:val="center"/>
        <w:tblLayout w:type="fixed"/>
        <w:tblLook w:val="04A0"/>
      </w:tblPr>
      <w:tblGrid>
        <w:gridCol w:w="8640"/>
        <w:gridCol w:w="1728"/>
      </w:tblGrid>
      <w:tr w:rsidR="00023CE6" w:rsidRPr="00224DA1">
        <w:trPr>
          <w:jc w:val="center"/>
        </w:trPr>
        <w:tc>
          <w:tcPr>
            <w:tcW w:w="8640" w:type="dxa"/>
            <w:shd w:val="clear" w:color="auto" w:fill="F0FFF4"/>
          </w:tcPr>
          <w:p w:rsidR="00023CE6" w:rsidRPr="00224DA1" w:rsidRDefault="00E16029" w:rsidP="00E16029">
            <w:pPr>
              <w:spacing w:before="40" w:after="40"/>
              <w:rPr>
                <w:rFonts w:ascii="Arial" w:hAnsi="Arial" w:cs="Arial"/>
              </w:rPr>
            </w:pPr>
            <w:r w:rsidRPr="00224DA1">
              <w:rPr>
                <w:rFonts w:ascii="Arial" w:hAnsi="Arial" w:cs="Arial"/>
                <w:b/>
                <w:color w:val="276749"/>
              </w:rPr>
              <w:t xml:space="preserve">SORU 3: </w:t>
            </w:r>
          </w:p>
        </w:tc>
        <w:tc>
          <w:tcPr>
            <w:tcW w:w="1728" w:type="dxa"/>
            <w:shd w:val="clear" w:color="auto" w:fill="F0FFF4"/>
          </w:tcPr>
          <w:p w:rsidR="00023CE6" w:rsidRPr="00224DA1" w:rsidRDefault="00E16029">
            <w:pPr>
              <w:spacing w:before="40" w:after="40"/>
              <w:jc w:val="right"/>
              <w:rPr>
                <w:rFonts w:ascii="Arial" w:hAnsi="Arial" w:cs="Arial"/>
              </w:rPr>
            </w:pPr>
            <w:r w:rsidRPr="00224DA1">
              <w:rPr>
                <w:rFonts w:ascii="Arial" w:hAnsi="Arial" w:cs="Arial"/>
                <w:b/>
                <w:color w:val="C53030"/>
              </w:rPr>
              <w:t>(15 Puan)</w:t>
            </w:r>
          </w:p>
        </w:tc>
      </w:tr>
    </w:tbl>
    <w:p w:rsidR="00023CE6" w:rsidRPr="00224DA1" w:rsidRDefault="00E16029">
      <w:pPr>
        <w:spacing w:before="40" w:after="40"/>
        <w:rPr>
          <w:rFonts w:ascii="Arial" w:hAnsi="Arial" w:cs="Arial"/>
        </w:rPr>
      </w:pPr>
      <w:proofErr w:type="spellStart"/>
      <w:proofErr w:type="gramStart"/>
      <w:r w:rsidRPr="00224DA1">
        <w:rPr>
          <w:rFonts w:ascii="Arial" w:hAnsi="Arial" w:cs="Arial"/>
        </w:rPr>
        <w:t>Görme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engelli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öğrencilerin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sınavlarda</w:t>
      </w:r>
      <w:proofErr w:type="spellEnd"/>
      <w:r w:rsidRPr="00224DA1">
        <w:rPr>
          <w:rFonts w:ascii="Arial" w:hAnsi="Arial" w:cs="Arial"/>
        </w:rPr>
        <w:t xml:space="preserve"> soruları rahatça anlayabilmesi için yanlarına soruları okuyan bir öğretmen verilir.</w:t>
      </w:r>
      <w:proofErr w:type="gramEnd"/>
    </w:p>
    <w:p w:rsidR="00224DA1" w:rsidRDefault="00224DA1">
      <w:pPr>
        <w:spacing w:before="40" w:after="40"/>
        <w:rPr>
          <w:rFonts w:ascii="Arial" w:hAnsi="Arial" w:cs="Arial"/>
          <w:b/>
          <w:color w:val="4A5568"/>
        </w:rPr>
      </w:pPr>
    </w:p>
    <w:p w:rsidR="00023CE6" w:rsidRPr="00224DA1" w:rsidRDefault="00D00210">
      <w:pPr>
        <w:spacing w:before="40" w:after="40"/>
        <w:rPr>
          <w:rFonts w:ascii="Arial" w:hAnsi="Arial" w:cs="Arial"/>
        </w:rPr>
      </w:pPr>
      <w:r w:rsidRPr="00224DA1">
        <w:rPr>
          <w:rFonts w:ascii="Arial" w:hAnsi="Arial" w:cs="Arial"/>
          <w:b/>
          <w:color w:val="4A5568"/>
        </w:rPr>
        <w:t>CEVAP</w:t>
      </w:r>
      <w:proofErr w:type="gramStart"/>
      <w:r w:rsidR="00E16029" w:rsidRPr="00224DA1">
        <w:rPr>
          <w:rFonts w:ascii="Arial" w:hAnsi="Arial" w:cs="Arial"/>
          <w:b/>
          <w:color w:val="4A5568"/>
        </w:rPr>
        <w:t>:</w:t>
      </w:r>
      <w:proofErr w:type="gramEnd"/>
      <w:r w:rsidR="00E16029" w:rsidRPr="00224DA1">
        <w:rPr>
          <w:rFonts w:ascii="Arial" w:hAnsi="Arial" w:cs="Arial"/>
          <w:b/>
          <w:color w:val="4A5568"/>
        </w:rPr>
        <w:br/>
      </w:r>
      <w:r w:rsidR="00E16029" w:rsidRPr="00224DA1">
        <w:rPr>
          <w:rFonts w:ascii="Arial" w:hAnsi="Arial" w:cs="Arial"/>
        </w:rPr>
        <w:t xml:space="preserve">Bu </w:t>
      </w:r>
      <w:proofErr w:type="spellStart"/>
      <w:r w:rsidR="00E16029" w:rsidRPr="00224DA1">
        <w:rPr>
          <w:rFonts w:ascii="Arial" w:hAnsi="Arial" w:cs="Arial"/>
        </w:rPr>
        <w:t>yardım</w:t>
      </w:r>
      <w:proofErr w:type="spellEnd"/>
      <w:r w:rsidR="00E16029" w:rsidRPr="00224DA1">
        <w:rPr>
          <w:rFonts w:ascii="Arial" w:hAnsi="Arial" w:cs="Arial"/>
        </w:rPr>
        <w:t xml:space="preserve"> </w:t>
      </w:r>
      <w:proofErr w:type="spellStart"/>
      <w:r w:rsidR="00E16029" w:rsidRPr="00224DA1">
        <w:rPr>
          <w:rFonts w:ascii="Arial" w:hAnsi="Arial" w:cs="Arial"/>
        </w:rPr>
        <w:t>görme</w:t>
      </w:r>
      <w:proofErr w:type="spellEnd"/>
      <w:r w:rsidR="00E16029" w:rsidRPr="00224DA1">
        <w:rPr>
          <w:rFonts w:ascii="Arial" w:hAnsi="Arial" w:cs="Arial"/>
        </w:rPr>
        <w:t xml:space="preserve"> </w:t>
      </w:r>
      <w:proofErr w:type="spellStart"/>
      <w:r w:rsidR="00E16029" w:rsidRPr="00224DA1">
        <w:rPr>
          <w:rFonts w:ascii="Arial" w:hAnsi="Arial" w:cs="Arial"/>
        </w:rPr>
        <w:t>engelli</w:t>
      </w:r>
      <w:proofErr w:type="spellEnd"/>
      <w:r w:rsidR="00E16029" w:rsidRPr="00224DA1">
        <w:rPr>
          <w:rFonts w:ascii="Arial" w:hAnsi="Arial" w:cs="Arial"/>
        </w:rPr>
        <w:t xml:space="preserve"> </w:t>
      </w:r>
      <w:proofErr w:type="spellStart"/>
      <w:r w:rsidR="00E16029" w:rsidRPr="00224DA1">
        <w:rPr>
          <w:rFonts w:ascii="Arial" w:hAnsi="Arial" w:cs="Arial"/>
        </w:rPr>
        <w:t>öğrenci</w:t>
      </w:r>
      <w:proofErr w:type="spellEnd"/>
      <w:r w:rsidR="00E16029" w:rsidRPr="00224DA1">
        <w:rPr>
          <w:rFonts w:ascii="Arial" w:hAnsi="Arial" w:cs="Arial"/>
        </w:rPr>
        <w:t xml:space="preserve"> ile diğer öğrencilerin ................................................................ (</w:t>
      </w:r>
      <w:proofErr w:type="gramStart"/>
      <w:r w:rsidR="00E16029" w:rsidRPr="00224DA1">
        <w:rPr>
          <w:rFonts w:ascii="Arial" w:hAnsi="Arial" w:cs="Arial"/>
        </w:rPr>
        <w:t>eşit</w:t>
      </w:r>
      <w:proofErr w:type="gramEnd"/>
      <w:r w:rsidR="00E16029" w:rsidRPr="00224DA1">
        <w:rPr>
          <w:rFonts w:ascii="Arial" w:hAnsi="Arial" w:cs="Arial"/>
        </w:rPr>
        <w:t xml:space="preserve"> / adaletsiz) şartlarda yarışmasını sağlar.</w:t>
      </w:r>
    </w:p>
    <w:p w:rsidR="00023CE6" w:rsidRDefault="00023CE6">
      <w:pPr>
        <w:spacing w:after="40"/>
        <w:rPr>
          <w:rFonts w:ascii="Arial" w:hAnsi="Arial" w:cs="Arial"/>
        </w:rPr>
      </w:pPr>
    </w:p>
    <w:p w:rsidR="00224DA1" w:rsidRPr="00224DA1" w:rsidRDefault="00224DA1">
      <w:pPr>
        <w:spacing w:after="40"/>
        <w:rPr>
          <w:rFonts w:ascii="Arial" w:hAnsi="Arial" w:cs="Arial"/>
        </w:rPr>
      </w:pPr>
    </w:p>
    <w:tbl>
      <w:tblPr>
        <w:tblW w:w="0" w:type="auto"/>
        <w:jc w:val="center"/>
        <w:tblLayout w:type="fixed"/>
        <w:tblLook w:val="04A0"/>
      </w:tblPr>
      <w:tblGrid>
        <w:gridCol w:w="8640"/>
        <w:gridCol w:w="1728"/>
      </w:tblGrid>
      <w:tr w:rsidR="00023CE6" w:rsidRPr="00224DA1">
        <w:trPr>
          <w:jc w:val="center"/>
        </w:trPr>
        <w:tc>
          <w:tcPr>
            <w:tcW w:w="8640" w:type="dxa"/>
            <w:shd w:val="clear" w:color="auto" w:fill="F0FFF4"/>
          </w:tcPr>
          <w:p w:rsidR="00023CE6" w:rsidRPr="00224DA1" w:rsidRDefault="00E16029" w:rsidP="00E16029">
            <w:pPr>
              <w:spacing w:before="40" w:after="40"/>
              <w:rPr>
                <w:rFonts w:ascii="Arial" w:hAnsi="Arial" w:cs="Arial"/>
              </w:rPr>
            </w:pPr>
            <w:r w:rsidRPr="00224DA1">
              <w:rPr>
                <w:rFonts w:ascii="Arial" w:hAnsi="Arial" w:cs="Arial"/>
                <w:b/>
                <w:color w:val="276749"/>
              </w:rPr>
              <w:t xml:space="preserve">SORU 4: </w:t>
            </w:r>
          </w:p>
        </w:tc>
        <w:tc>
          <w:tcPr>
            <w:tcW w:w="1728" w:type="dxa"/>
            <w:shd w:val="clear" w:color="auto" w:fill="F0FFF4"/>
          </w:tcPr>
          <w:p w:rsidR="00023CE6" w:rsidRPr="00224DA1" w:rsidRDefault="00E16029">
            <w:pPr>
              <w:spacing w:before="40" w:after="40"/>
              <w:jc w:val="right"/>
              <w:rPr>
                <w:rFonts w:ascii="Arial" w:hAnsi="Arial" w:cs="Arial"/>
              </w:rPr>
            </w:pPr>
            <w:r w:rsidRPr="00224DA1">
              <w:rPr>
                <w:rFonts w:ascii="Arial" w:hAnsi="Arial" w:cs="Arial"/>
                <w:b/>
                <w:color w:val="C53030"/>
              </w:rPr>
              <w:t>(10 Puan)</w:t>
            </w:r>
          </w:p>
        </w:tc>
      </w:tr>
    </w:tbl>
    <w:p w:rsidR="00224DA1" w:rsidRPr="00224DA1" w:rsidRDefault="00E16029">
      <w:pPr>
        <w:spacing w:before="40" w:after="40"/>
        <w:rPr>
          <w:rFonts w:ascii="Arial" w:hAnsi="Arial" w:cs="Arial"/>
        </w:rPr>
      </w:pPr>
      <w:proofErr w:type="spellStart"/>
      <w:proofErr w:type="gramStart"/>
      <w:r w:rsidRPr="00224DA1">
        <w:rPr>
          <w:rFonts w:ascii="Arial" w:hAnsi="Arial" w:cs="Arial"/>
        </w:rPr>
        <w:t>Okulumuza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tekerlekli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sandalye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kullanan</w:t>
      </w:r>
      <w:proofErr w:type="spellEnd"/>
      <w:r w:rsidRPr="00224DA1">
        <w:rPr>
          <w:rFonts w:ascii="Arial" w:hAnsi="Arial" w:cs="Arial"/>
        </w:rPr>
        <w:t xml:space="preserve"> yeni bir öğrenci geldi.</w:t>
      </w:r>
      <w:proofErr w:type="gramEnd"/>
      <w:r w:rsidRPr="00224DA1">
        <w:rPr>
          <w:rFonts w:ascii="Arial" w:hAnsi="Arial" w:cs="Arial"/>
        </w:rPr>
        <w:t xml:space="preserve"> </w:t>
      </w:r>
      <w:proofErr w:type="gramStart"/>
      <w:r w:rsidRPr="00224DA1">
        <w:rPr>
          <w:rFonts w:ascii="Arial" w:hAnsi="Arial" w:cs="Arial"/>
        </w:rPr>
        <w:t xml:space="preserve">Okul </w:t>
      </w:r>
      <w:proofErr w:type="spellStart"/>
      <w:r w:rsidRPr="00224DA1">
        <w:rPr>
          <w:rFonts w:ascii="Arial" w:hAnsi="Arial" w:cs="Arial"/>
        </w:rPr>
        <w:t>merdivenlerinden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tek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başına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çıkamıyor</w:t>
      </w:r>
      <w:proofErr w:type="spellEnd"/>
      <w:r w:rsidRPr="00224DA1">
        <w:rPr>
          <w:rFonts w:ascii="Arial" w:hAnsi="Arial" w:cs="Arial"/>
        </w:rPr>
        <w:t>.</w:t>
      </w:r>
      <w:proofErr w:type="gramEnd"/>
    </w:p>
    <w:p w:rsidR="00224DA1" w:rsidRDefault="00224DA1">
      <w:pPr>
        <w:spacing w:before="40" w:after="40"/>
        <w:rPr>
          <w:rFonts w:ascii="Arial" w:hAnsi="Arial" w:cs="Arial"/>
          <w:b/>
          <w:color w:val="4A5568"/>
        </w:rPr>
      </w:pPr>
    </w:p>
    <w:p w:rsidR="00023CE6" w:rsidRPr="00224DA1" w:rsidRDefault="00D00210">
      <w:pPr>
        <w:spacing w:before="40" w:after="40"/>
        <w:rPr>
          <w:rFonts w:ascii="Arial" w:hAnsi="Arial" w:cs="Arial"/>
        </w:rPr>
      </w:pPr>
      <w:r w:rsidRPr="00224DA1">
        <w:rPr>
          <w:rFonts w:ascii="Arial" w:hAnsi="Arial" w:cs="Arial"/>
          <w:b/>
          <w:color w:val="4A5568"/>
        </w:rPr>
        <w:t>CEVAP</w:t>
      </w:r>
      <w:proofErr w:type="gramStart"/>
      <w:r w:rsidR="00E16029" w:rsidRPr="00224DA1">
        <w:rPr>
          <w:rFonts w:ascii="Arial" w:hAnsi="Arial" w:cs="Arial"/>
          <w:b/>
          <w:color w:val="4A5568"/>
        </w:rPr>
        <w:t>:</w:t>
      </w:r>
      <w:proofErr w:type="gramEnd"/>
      <w:r w:rsidR="00E16029" w:rsidRPr="00224DA1">
        <w:rPr>
          <w:rFonts w:ascii="Arial" w:hAnsi="Arial" w:cs="Arial"/>
          <w:b/>
          <w:color w:val="4A5568"/>
        </w:rPr>
        <w:br/>
      </w:r>
      <w:r w:rsidR="00E16029" w:rsidRPr="00224DA1">
        <w:rPr>
          <w:rFonts w:ascii="Arial" w:hAnsi="Arial" w:cs="Arial"/>
        </w:rPr>
        <w:t xml:space="preserve">Bu </w:t>
      </w:r>
      <w:proofErr w:type="spellStart"/>
      <w:r w:rsidR="00E16029" w:rsidRPr="00224DA1">
        <w:rPr>
          <w:rFonts w:ascii="Arial" w:hAnsi="Arial" w:cs="Arial"/>
        </w:rPr>
        <w:t>arkadaşımızın</w:t>
      </w:r>
      <w:proofErr w:type="spellEnd"/>
      <w:r w:rsidR="00E16029" w:rsidRPr="00224DA1">
        <w:rPr>
          <w:rFonts w:ascii="Arial" w:hAnsi="Arial" w:cs="Arial"/>
        </w:rPr>
        <w:t xml:space="preserve"> </w:t>
      </w:r>
      <w:proofErr w:type="spellStart"/>
      <w:r w:rsidR="00E16029" w:rsidRPr="00224DA1">
        <w:rPr>
          <w:rFonts w:ascii="Arial" w:hAnsi="Arial" w:cs="Arial"/>
        </w:rPr>
        <w:t>okula</w:t>
      </w:r>
      <w:proofErr w:type="spellEnd"/>
      <w:r w:rsidR="00E16029" w:rsidRPr="00224DA1">
        <w:rPr>
          <w:rFonts w:ascii="Arial" w:hAnsi="Arial" w:cs="Arial"/>
        </w:rPr>
        <w:t xml:space="preserve"> </w:t>
      </w:r>
      <w:proofErr w:type="spellStart"/>
      <w:r w:rsidR="00E16029" w:rsidRPr="00224DA1">
        <w:rPr>
          <w:rFonts w:ascii="Arial" w:hAnsi="Arial" w:cs="Arial"/>
        </w:rPr>
        <w:t>kolayca</w:t>
      </w:r>
      <w:proofErr w:type="spellEnd"/>
      <w:r w:rsidR="00E16029" w:rsidRPr="00224DA1">
        <w:rPr>
          <w:rFonts w:ascii="Arial" w:hAnsi="Arial" w:cs="Arial"/>
        </w:rPr>
        <w:t xml:space="preserve"> </w:t>
      </w:r>
      <w:proofErr w:type="spellStart"/>
      <w:r w:rsidR="00E16029" w:rsidRPr="00224DA1">
        <w:rPr>
          <w:rFonts w:ascii="Arial" w:hAnsi="Arial" w:cs="Arial"/>
        </w:rPr>
        <w:t>girmesi</w:t>
      </w:r>
      <w:proofErr w:type="spellEnd"/>
      <w:r w:rsidR="00E16029" w:rsidRPr="00224DA1">
        <w:rPr>
          <w:rFonts w:ascii="Arial" w:hAnsi="Arial" w:cs="Arial"/>
        </w:rPr>
        <w:t xml:space="preserve"> için merdivenin yanına ne yapılmalıdır?</w:t>
      </w:r>
      <w:r w:rsidR="00E16029" w:rsidRPr="00224DA1">
        <w:rPr>
          <w:rFonts w:ascii="Arial" w:hAnsi="Arial" w:cs="Arial"/>
        </w:rPr>
        <w:br/>
        <w:t xml:space="preserve">Cevap: Okula </w:t>
      </w:r>
      <w:proofErr w:type="gramStart"/>
      <w:r w:rsidR="00E16029" w:rsidRPr="00224DA1">
        <w:rPr>
          <w:rFonts w:ascii="Arial" w:hAnsi="Arial" w:cs="Arial"/>
        </w:rPr>
        <w:t>engelli ................................................................</w:t>
      </w:r>
      <w:proofErr w:type="gramEnd"/>
      <w:r w:rsidR="00E16029" w:rsidRPr="00224DA1">
        <w:rPr>
          <w:rFonts w:ascii="Arial" w:hAnsi="Arial" w:cs="Arial"/>
        </w:rPr>
        <w:t xml:space="preserve"> (</w:t>
      </w:r>
      <w:proofErr w:type="gramStart"/>
      <w:r w:rsidR="00E16029" w:rsidRPr="00224DA1">
        <w:rPr>
          <w:rFonts w:ascii="Arial" w:hAnsi="Arial" w:cs="Arial"/>
        </w:rPr>
        <w:t>rampası</w:t>
      </w:r>
      <w:proofErr w:type="gramEnd"/>
      <w:r w:rsidR="00E16029" w:rsidRPr="00224DA1">
        <w:rPr>
          <w:rFonts w:ascii="Arial" w:hAnsi="Arial" w:cs="Arial"/>
        </w:rPr>
        <w:t xml:space="preserve"> / duvarı) yapılmalıdır.</w:t>
      </w:r>
    </w:p>
    <w:p w:rsidR="00023CE6" w:rsidRPr="00224DA1" w:rsidRDefault="00023CE6">
      <w:pPr>
        <w:spacing w:after="40"/>
        <w:rPr>
          <w:rFonts w:ascii="Arial" w:hAnsi="Arial" w:cs="Arial"/>
          <w:b/>
          <w:color w:val="2F855A"/>
        </w:rPr>
      </w:pPr>
    </w:p>
    <w:p w:rsidR="007753D2" w:rsidRPr="00224DA1" w:rsidRDefault="007753D2">
      <w:pPr>
        <w:spacing w:after="40"/>
        <w:rPr>
          <w:rFonts w:ascii="Arial" w:hAnsi="Arial" w:cs="Arial"/>
          <w:b/>
          <w:color w:val="2F855A"/>
        </w:rPr>
      </w:pPr>
    </w:p>
    <w:p w:rsidR="007753D2" w:rsidRPr="00224DA1" w:rsidRDefault="007753D2">
      <w:pPr>
        <w:spacing w:after="40"/>
        <w:rPr>
          <w:rFonts w:ascii="Arial" w:hAnsi="Arial" w:cs="Arial"/>
          <w:b/>
          <w:color w:val="2F855A"/>
        </w:rPr>
      </w:pPr>
    </w:p>
    <w:p w:rsidR="007753D2" w:rsidRPr="00224DA1" w:rsidRDefault="007753D2">
      <w:pPr>
        <w:spacing w:after="40"/>
        <w:rPr>
          <w:rFonts w:ascii="Arial" w:hAnsi="Arial" w:cs="Arial"/>
          <w:b/>
          <w:color w:val="2F855A"/>
        </w:rPr>
      </w:pPr>
    </w:p>
    <w:p w:rsidR="007753D2" w:rsidRPr="00224DA1" w:rsidRDefault="007753D2">
      <w:pPr>
        <w:spacing w:after="40"/>
        <w:rPr>
          <w:rFonts w:ascii="Arial" w:hAnsi="Arial" w:cs="Arial"/>
          <w:b/>
          <w:color w:val="2F855A"/>
        </w:rPr>
      </w:pPr>
    </w:p>
    <w:p w:rsidR="007753D2" w:rsidRPr="00224DA1" w:rsidRDefault="007753D2">
      <w:pPr>
        <w:spacing w:after="40"/>
        <w:rPr>
          <w:rFonts w:ascii="Arial" w:hAnsi="Arial" w:cs="Arial"/>
        </w:rPr>
      </w:pPr>
    </w:p>
    <w:tbl>
      <w:tblPr>
        <w:tblW w:w="0" w:type="auto"/>
        <w:jc w:val="center"/>
        <w:tblLayout w:type="fixed"/>
        <w:tblLook w:val="04A0"/>
      </w:tblPr>
      <w:tblGrid>
        <w:gridCol w:w="8640"/>
        <w:gridCol w:w="1728"/>
      </w:tblGrid>
      <w:tr w:rsidR="00023CE6" w:rsidRPr="00224DA1">
        <w:trPr>
          <w:jc w:val="center"/>
        </w:trPr>
        <w:tc>
          <w:tcPr>
            <w:tcW w:w="8640" w:type="dxa"/>
            <w:shd w:val="clear" w:color="auto" w:fill="F0FFF4"/>
          </w:tcPr>
          <w:p w:rsidR="00023CE6" w:rsidRPr="00224DA1" w:rsidRDefault="00E16029" w:rsidP="00E16029">
            <w:pPr>
              <w:spacing w:before="40" w:after="40"/>
              <w:rPr>
                <w:rFonts w:ascii="Arial" w:hAnsi="Arial" w:cs="Arial"/>
              </w:rPr>
            </w:pPr>
            <w:r w:rsidRPr="00224DA1">
              <w:rPr>
                <w:rFonts w:ascii="Arial" w:hAnsi="Arial" w:cs="Arial"/>
                <w:b/>
                <w:color w:val="276749"/>
              </w:rPr>
              <w:t xml:space="preserve">SORU 5: </w:t>
            </w:r>
          </w:p>
        </w:tc>
        <w:tc>
          <w:tcPr>
            <w:tcW w:w="1728" w:type="dxa"/>
            <w:shd w:val="clear" w:color="auto" w:fill="F0FFF4"/>
          </w:tcPr>
          <w:p w:rsidR="00023CE6" w:rsidRPr="00224DA1" w:rsidRDefault="00E16029">
            <w:pPr>
              <w:spacing w:before="40" w:after="40"/>
              <w:jc w:val="right"/>
              <w:rPr>
                <w:rFonts w:ascii="Arial" w:hAnsi="Arial" w:cs="Arial"/>
              </w:rPr>
            </w:pPr>
            <w:r w:rsidRPr="00224DA1">
              <w:rPr>
                <w:rFonts w:ascii="Arial" w:hAnsi="Arial" w:cs="Arial"/>
                <w:b/>
                <w:color w:val="C53030"/>
              </w:rPr>
              <w:t>(15 Puan)</w:t>
            </w:r>
          </w:p>
        </w:tc>
      </w:tr>
    </w:tbl>
    <w:p w:rsidR="00023CE6" w:rsidRPr="00224DA1" w:rsidRDefault="00E16029">
      <w:pPr>
        <w:spacing w:before="40" w:after="40"/>
        <w:rPr>
          <w:rFonts w:ascii="Arial" w:hAnsi="Arial" w:cs="Arial"/>
        </w:rPr>
      </w:pPr>
      <w:proofErr w:type="spellStart"/>
      <w:proofErr w:type="gramStart"/>
      <w:r w:rsidRPr="00224DA1">
        <w:rPr>
          <w:rFonts w:ascii="Arial" w:hAnsi="Arial" w:cs="Arial"/>
        </w:rPr>
        <w:t>Ülkemizde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büyük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bir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deprem</w:t>
      </w:r>
      <w:proofErr w:type="spellEnd"/>
      <w:r w:rsidRPr="00224DA1">
        <w:rPr>
          <w:rFonts w:ascii="Arial" w:hAnsi="Arial" w:cs="Arial"/>
        </w:rPr>
        <w:t xml:space="preserve"> veya doğal afet olduğunda Türk milleti hemen bir araya gelir ve yardım toplar.</w:t>
      </w:r>
      <w:proofErr w:type="gramEnd"/>
    </w:p>
    <w:p w:rsidR="00224DA1" w:rsidRDefault="00224DA1">
      <w:pPr>
        <w:spacing w:before="40" w:after="40"/>
        <w:rPr>
          <w:rFonts w:ascii="Arial" w:hAnsi="Arial" w:cs="Arial"/>
          <w:b/>
          <w:color w:val="4A5568"/>
        </w:rPr>
      </w:pPr>
    </w:p>
    <w:p w:rsidR="00023CE6" w:rsidRPr="00224DA1" w:rsidRDefault="00D00210">
      <w:pPr>
        <w:spacing w:before="40" w:after="40"/>
        <w:rPr>
          <w:rFonts w:ascii="Arial" w:hAnsi="Arial" w:cs="Arial"/>
        </w:rPr>
      </w:pPr>
      <w:r w:rsidRPr="00224DA1">
        <w:rPr>
          <w:rFonts w:ascii="Arial" w:hAnsi="Arial" w:cs="Arial"/>
          <w:b/>
          <w:color w:val="4A5568"/>
        </w:rPr>
        <w:t>CEVAP</w:t>
      </w:r>
      <w:proofErr w:type="gramStart"/>
      <w:r w:rsidR="00E16029" w:rsidRPr="00224DA1">
        <w:rPr>
          <w:rFonts w:ascii="Arial" w:hAnsi="Arial" w:cs="Arial"/>
          <w:b/>
          <w:color w:val="4A5568"/>
        </w:rPr>
        <w:t>:</w:t>
      </w:r>
      <w:proofErr w:type="gramEnd"/>
      <w:r w:rsidR="00E16029" w:rsidRPr="00224DA1">
        <w:rPr>
          <w:rFonts w:ascii="Arial" w:hAnsi="Arial" w:cs="Arial"/>
          <w:b/>
          <w:color w:val="4A5568"/>
        </w:rPr>
        <w:br/>
      </w:r>
      <w:proofErr w:type="spellStart"/>
      <w:r w:rsidR="00E16029" w:rsidRPr="00224DA1">
        <w:rPr>
          <w:rFonts w:ascii="Arial" w:hAnsi="Arial" w:cs="Arial"/>
        </w:rPr>
        <w:t>Türk</w:t>
      </w:r>
      <w:proofErr w:type="spellEnd"/>
      <w:r w:rsidR="00E16029" w:rsidRPr="00224DA1">
        <w:rPr>
          <w:rFonts w:ascii="Arial" w:hAnsi="Arial" w:cs="Arial"/>
        </w:rPr>
        <w:t xml:space="preserve"> </w:t>
      </w:r>
      <w:proofErr w:type="spellStart"/>
      <w:r w:rsidR="00E16029" w:rsidRPr="00224DA1">
        <w:rPr>
          <w:rFonts w:ascii="Arial" w:hAnsi="Arial" w:cs="Arial"/>
        </w:rPr>
        <w:t>halkı</w:t>
      </w:r>
      <w:proofErr w:type="spellEnd"/>
      <w:r w:rsidR="00E16029" w:rsidRPr="00224DA1">
        <w:rPr>
          <w:rFonts w:ascii="Arial" w:hAnsi="Arial" w:cs="Arial"/>
        </w:rPr>
        <w:t xml:space="preserve"> </w:t>
      </w:r>
      <w:proofErr w:type="spellStart"/>
      <w:r w:rsidR="00E16029" w:rsidRPr="00224DA1">
        <w:rPr>
          <w:rFonts w:ascii="Arial" w:hAnsi="Arial" w:cs="Arial"/>
        </w:rPr>
        <w:t>zor</w:t>
      </w:r>
      <w:proofErr w:type="spellEnd"/>
      <w:r w:rsidR="00E16029" w:rsidRPr="00224DA1">
        <w:rPr>
          <w:rFonts w:ascii="Arial" w:hAnsi="Arial" w:cs="Arial"/>
        </w:rPr>
        <w:t xml:space="preserve"> </w:t>
      </w:r>
      <w:proofErr w:type="spellStart"/>
      <w:r w:rsidR="00E16029" w:rsidRPr="00224DA1">
        <w:rPr>
          <w:rFonts w:ascii="Arial" w:hAnsi="Arial" w:cs="Arial"/>
        </w:rPr>
        <w:t>zamanlarda</w:t>
      </w:r>
      <w:proofErr w:type="spellEnd"/>
      <w:r w:rsidR="00E16029" w:rsidRPr="00224DA1">
        <w:rPr>
          <w:rFonts w:ascii="Arial" w:hAnsi="Arial" w:cs="Arial"/>
        </w:rPr>
        <w:t xml:space="preserve"> ve millî meselelerde birbirine ................................................................ (</w:t>
      </w:r>
      <w:proofErr w:type="gramStart"/>
      <w:r w:rsidR="00E16029" w:rsidRPr="00224DA1">
        <w:rPr>
          <w:rFonts w:ascii="Arial" w:hAnsi="Arial" w:cs="Arial"/>
        </w:rPr>
        <w:t>yardım</w:t>
      </w:r>
      <w:proofErr w:type="gramEnd"/>
      <w:r w:rsidR="00E16029" w:rsidRPr="00224DA1">
        <w:rPr>
          <w:rFonts w:ascii="Arial" w:hAnsi="Arial" w:cs="Arial"/>
        </w:rPr>
        <w:t xml:space="preserve"> eder / ilgisiz kalır).</w:t>
      </w:r>
    </w:p>
    <w:p w:rsidR="00023CE6" w:rsidRPr="00224DA1" w:rsidRDefault="00023CE6">
      <w:pPr>
        <w:spacing w:after="40"/>
        <w:rPr>
          <w:rFonts w:ascii="Arial" w:hAnsi="Arial" w:cs="Arial"/>
          <w:b/>
          <w:color w:val="2F855A"/>
        </w:rPr>
      </w:pPr>
    </w:p>
    <w:p w:rsidR="00D94C8F" w:rsidRPr="00224DA1" w:rsidRDefault="00D94C8F">
      <w:pPr>
        <w:spacing w:after="40"/>
        <w:rPr>
          <w:rFonts w:ascii="Arial" w:hAnsi="Arial" w:cs="Arial"/>
        </w:rPr>
      </w:pPr>
    </w:p>
    <w:tbl>
      <w:tblPr>
        <w:tblW w:w="0" w:type="auto"/>
        <w:jc w:val="center"/>
        <w:tblLayout w:type="fixed"/>
        <w:tblLook w:val="04A0"/>
      </w:tblPr>
      <w:tblGrid>
        <w:gridCol w:w="8640"/>
        <w:gridCol w:w="1728"/>
      </w:tblGrid>
      <w:tr w:rsidR="00023CE6" w:rsidRPr="00224DA1">
        <w:trPr>
          <w:jc w:val="center"/>
        </w:trPr>
        <w:tc>
          <w:tcPr>
            <w:tcW w:w="8640" w:type="dxa"/>
            <w:shd w:val="clear" w:color="auto" w:fill="F0FFF4"/>
          </w:tcPr>
          <w:p w:rsidR="00023CE6" w:rsidRPr="00224DA1" w:rsidRDefault="00E16029" w:rsidP="00E16029">
            <w:pPr>
              <w:spacing w:before="40" w:after="40"/>
              <w:rPr>
                <w:rFonts w:ascii="Arial" w:hAnsi="Arial" w:cs="Arial"/>
              </w:rPr>
            </w:pPr>
            <w:r w:rsidRPr="00224DA1">
              <w:rPr>
                <w:rFonts w:ascii="Arial" w:hAnsi="Arial" w:cs="Arial"/>
                <w:b/>
                <w:color w:val="276749"/>
              </w:rPr>
              <w:t xml:space="preserve">SORU 6: </w:t>
            </w:r>
          </w:p>
        </w:tc>
        <w:tc>
          <w:tcPr>
            <w:tcW w:w="1728" w:type="dxa"/>
            <w:shd w:val="clear" w:color="auto" w:fill="F0FFF4"/>
          </w:tcPr>
          <w:p w:rsidR="00023CE6" w:rsidRPr="00224DA1" w:rsidRDefault="00E16029">
            <w:pPr>
              <w:spacing w:before="40" w:after="40"/>
              <w:jc w:val="right"/>
              <w:rPr>
                <w:rFonts w:ascii="Arial" w:hAnsi="Arial" w:cs="Arial"/>
              </w:rPr>
            </w:pPr>
            <w:r w:rsidRPr="00224DA1">
              <w:rPr>
                <w:rFonts w:ascii="Arial" w:hAnsi="Arial" w:cs="Arial"/>
                <w:b/>
                <w:color w:val="C53030"/>
              </w:rPr>
              <w:t>(15 Puan)</w:t>
            </w:r>
          </w:p>
        </w:tc>
      </w:tr>
    </w:tbl>
    <w:p w:rsidR="00023CE6" w:rsidRPr="00224DA1" w:rsidRDefault="00E16029">
      <w:pPr>
        <w:spacing w:before="40" w:after="40"/>
        <w:rPr>
          <w:rFonts w:ascii="Arial" w:hAnsi="Arial" w:cs="Arial"/>
        </w:rPr>
      </w:pPr>
      <w:r w:rsidRPr="00224DA1">
        <w:rPr>
          <w:rFonts w:ascii="Arial" w:hAnsi="Arial" w:cs="Arial"/>
        </w:rPr>
        <w:t xml:space="preserve">Mete </w:t>
      </w:r>
      <w:proofErr w:type="spellStart"/>
      <w:r w:rsidRPr="00224DA1">
        <w:rPr>
          <w:rFonts w:ascii="Arial" w:hAnsi="Arial" w:cs="Arial"/>
        </w:rPr>
        <w:t>Gazoz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okçulukta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Dünya</w:t>
      </w:r>
      <w:proofErr w:type="spellEnd"/>
      <w:r w:rsidRPr="00224DA1">
        <w:rPr>
          <w:rFonts w:ascii="Arial" w:hAnsi="Arial" w:cs="Arial"/>
        </w:rPr>
        <w:t xml:space="preserve"> ve Olimpiyat Şampiyonu olmuş, Türk bayrağını göklere çektirmiştir.</w:t>
      </w:r>
    </w:p>
    <w:p w:rsidR="00224DA1" w:rsidRDefault="00224DA1">
      <w:pPr>
        <w:spacing w:before="40" w:after="40"/>
        <w:rPr>
          <w:rFonts w:ascii="Arial" w:hAnsi="Arial" w:cs="Arial"/>
          <w:b/>
          <w:color w:val="4A5568"/>
        </w:rPr>
      </w:pPr>
    </w:p>
    <w:p w:rsidR="00023CE6" w:rsidRPr="00224DA1" w:rsidRDefault="00D00210">
      <w:pPr>
        <w:spacing w:before="40" w:after="40"/>
        <w:rPr>
          <w:rFonts w:ascii="Arial" w:hAnsi="Arial" w:cs="Arial"/>
        </w:rPr>
      </w:pPr>
      <w:r w:rsidRPr="00224DA1">
        <w:rPr>
          <w:rFonts w:ascii="Arial" w:hAnsi="Arial" w:cs="Arial"/>
          <w:b/>
          <w:color w:val="4A5568"/>
        </w:rPr>
        <w:t>CEVAP</w:t>
      </w:r>
      <w:proofErr w:type="gramStart"/>
      <w:r w:rsidR="00E16029" w:rsidRPr="00224DA1">
        <w:rPr>
          <w:rFonts w:ascii="Arial" w:hAnsi="Arial" w:cs="Arial"/>
          <w:b/>
          <w:color w:val="4A5568"/>
        </w:rPr>
        <w:t>:</w:t>
      </w:r>
      <w:proofErr w:type="gramEnd"/>
      <w:r w:rsidR="00E16029" w:rsidRPr="00224DA1">
        <w:rPr>
          <w:rFonts w:ascii="Arial" w:hAnsi="Arial" w:cs="Arial"/>
          <w:b/>
          <w:color w:val="4A5568"/>
        </w:rPr>
        <w:br/>
      </w:r>
      <w:r w:rsidR="00E16029" w:rsidRPr="00224DA1">
        <w:rPr>
          <w:rFonts w:ascii="Arial" w:hAnsi="Arial" w:cs="Arial"/>
        </w:rPr>
        <w:t xml:space="preserve">Mete </w:t>
      </w:r>
      <w:proofErr w:type="spellStart"/>
      <w:r w:rsidR="00E16029" w:rsidRPr="00224DA1">
        <w:rPr>
          <w:rFonts w:ascii="Arial" w:hAnsi="Arial" w:cs="Arial"/>
        </w:rPr>
        <w:t>Gazoz'un</w:t>
      </w:r>
      <w:proofErr w:type="spellEnd"/>
      <w:r w:rsidR="00E16029" w:rsidRPr="00224DA1">
        <w:rPr>
          <w:rFonts w:ascii="Arial" w:hAnsi="Arial" w:cs="Arial"/>
        </w:rPr>
        <w:t xml:space="preserve"> </w:t>
      </w:r>
      <w:proofErr w:type="spellStart"/>
      <w:r w:rsidR="00E16029" w:rsidRPr="00224DA1">
        <w:rPr>
          <w:rFonts w:ascii="Arial" w:hAnsi="Arial" w:cs="Arial"/>
        </w:rPr>
        <w:t>bu</w:t>
      </w:r>
      <w:proofErr w:type="spellEnd"/>
      <w:r w:rsidR="00E16029" w:rsidRPr="00224DA1">
        <w:rPr>
          <w:rFonts w:ascii="Arial" w:hAnsi="Arial" w:cs="Arial"/>
        </w:rPr>
        <w:t xml:space="preserve"> </w:t>
      </w:r>
      <w:proofErr w:type="spellStart"/>
      <w:r w:rsidR="00E16029" w:rsidRPr="00224DA1">
        <w:rPr>
          <w:rFonts w:ascii="Arial" w:hAnsi="Arial" w:cs="Arial"/>
        </w:rPr>
        <w:t>uluslararası</w:t>
      </w:r>
      <w:proofErr w:type="spellEnd"/>
      <w:r w:rsidR="00E16029" w:rsidRPr="00224DA1">
        <w:rPr>
          <w:rFonts w:ascii="Arial" w:hAnsi="Arial" w:cs="Arial"/>
        </w:rPr>
        <w:t xml:space="preserve"> </w:t>
      </w:r>
      <w:proofErr w:type="spellStart"/>
      <w:r w:rsidR="00E16029" w:rsidRPr="00224DA1">
        <w:rPr>
          <w:rFonts w:ascii="Arial" w:hAnsi="Arial" w:cs="Arial"/>
        </w:rPr>
        <w:t>başarısı</w:t>
      </w:r>
      <w:proofErr w:type="spellEnd"/>
      <w:r w:rsidR="00E16029" w:rsidRPr="00224DA1">
        <w:rPr>
          <w:rFonts w:ascii="Arial" w:hAnsi="Arial" w:cs="Arial"/>
        </w:rPr>
        <w:t xml:space="preserve"> hepimizi çok ................................................................ (</w:t>
      </w:r>
      <w:proofErr w:type="gramStart"/>
      <w:r w:rsidR="00E16029" w:rsidRPr="00224DA1">
        <w:rPr>
          <w:rFonts w:ascii="Arial" w:hAnsi="Arial" w:cs="Arial"/>
        </w:rPr>
        <w:t>gururlandırmıştır</w:t>
      </w:r>
      <w:proofErr w:type="gramEnd"/>
      <w:r w:rsidR="00E16029" w:rsidRPr="00224DA1">
        <w:rPr>
          <w:rFonts w:ascii="Arial" w:hAnsi="Arial" w:cs="Arial"/>
        </w:rPr>
        <w:t xml:space="preserve"> / üzmüştür).</w:t>
      </w:r>
    </w:p>
    <w:p w:rsidR="00023CE6" w:rsidRPr="00224DA1" w:rsidRDefault="00023CE6">
      <w:pPr>
        <w:spacing w:after="40"/>
        <w:rPr>
          <w:rFonts w:ascii="Arial" w:hAnsi="Arial" w:cs="Arial"/>
          <w:b/>
          <w:color w:val="2F855A"/>
        </w:rPr>
      </w:pPr>
    </w:p>
    <w:p w:rsidR="00D94C8F" w:rsidRPr="00224DA1" w:rsidRDefault="00D94C8F">
      <w:pPr>
        <w:spacing w:after="40"/>
        <w:rPr>
          <w:rFonts w:ascii="Arial" w:hAnsi="Arial" w:cs="Arial"/>
        </w:rPr>
      </w:pPr>
    </w:p>
    <w:tbl>
      <w:tblPr>
        <w:tblW w:w="0" w:type="auto"/>
        <w:jc w:val="center"/>
        <w:tblLayout w:type="fixed"/>
        <w:tblLook w:val="04A0"/>
      </w:tblPr>
      <w:tblGrid>
        <w:gridCol w:w="8640"/>
        <w:gridCol w:w="1728"/>
      </w:tblGrid>
      <w:tr w:rsidR="00023CE6" w:rsidRPr="00224DA1">
        <w:trPr>
          <w:jc w:val="center"/>
        </w:trPr>
        <w:tc>
          <w:tcPr>
            <w:tcW w:w="8640" w:type="dxa"/>
            <w:shd w:val="clear" w:color="auto" w:fill="F0FFF4"/>
          </w:tcPr>
          <w:p w:rsidR="00023CE6" w:rsidRPr="00224DA1" w:rsidRDefault="00E16029" w:rsidP="00E16029">
            <w:pPr>
              <w:spacing w:before="40" w:after="40"/>
              <w:rPr>
                <w:rFonts w:ascii="Arial" w:hAnsi="Arial" w:cs="Arial"/>
              </w:rPr>
            </w:pPr>
            <w:r w:rsidRPr="00224DA1">
              <w:rPr>
                <w:rFonts w:ascii="Arial" w:hAnsi="Arial" w:cs="Arial"/>
                <w:b/>
                <w:color w:val="276749"/>
              </w:rPr>
              <w:t xml:space="preserve">SORU 7: </w:t>
            </w:r>
          </w:p>
        </w:tc>
        <w:tc>
          <w:tcPr>
            <w:tcW w:w="1728" w:type="dxa"/>
            <w:shd w:val="clear" w:color="auto" w:fill="F0FFF4"/>
          </w:tcPr>
          <w:p w:rsidR="00023CE6" w:rsidRPr="00224DA1" w:rsidRDefault="00E16029">
            <w:pPr>
              <w:spacing w:before="40" w:after="40"/>
              <w:jc w:val="right"/>
              <w:rPr>
                <w:rFonts w:ascii="Arial" w:hAnsi="Arial" w:cs="Arial"/>
              </w:rPr>
            </w:pPr>
            <w:r w:rsidRPr="00224DA1">
              <w:rPr>
                <w:rFonts w:ascii="Arial" w:hAnsi="Arial" w:cs="Arial"/>
                <w:b/>
                <w:color w:val="C53030"/>
              </w:rPr>
              <w:t>(15 Puan)</w:t>
            </w:r>
          </w:p>
        </w:tc>
      </w:tr>
    </w:tbl>
    <w:p w:rsidR="00023CE6" w:rsidRPr="00224DA1" w:rsidRDefault="00E16029">
      <w:pPr>
        <w:spacing w:before="40" w:after="40"/>
        <w:rPr>
          <w:rFonts w:ascii="Arial" w:hAnsi="Arial" w:cs="Arial"/>
        </w:rPr>
      </w:pPr>
      <w:proofErr w:type="spellStart"/>
      <w:proofErr w:type="gramStart"/>
      <w:r w:rsidRPr="00224DA1">
        <w:rPr>
          <w:rFonts w:ascii="Arial" w:hAnsi="Arial" w:cs="Arial"/>
        </w:rPr>
        <w:t>Günümüzde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dünyanın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diğer</w:t>
      </w:r>
      <w:proofErr w:type="spellEnd"/>
      <w:r w:rsidRPr="00224DA1">
        <w:rPr>
          <w:rFonts w:ascii="Arial" w:hAnsi="Arial" w:cs="Arial"/>
        </w:rPr>
        <w:t xml:space="preserve"> </w:t>
      </w:r>
      <w:proofErr w:type="spellStart"/>
      <w:r w:rsidRPr="00224DA1">
        <w:rPr>
          <w:rFonts w:ascii="Arial" w:hAnsi="Arial" w:cs="Arial"/>
        </w:rPr>
        <w:t>ucunda</w:t>
      </w:r>
      <w:proofErr w:type="spellEnd"/>
      <w:r w:rsidRPr="00224DA1">
        <w:rPr>
          <w:rFonts w:ascii="Arial" w:hAnsi="Arial" w:cs="Arial"/>
        </w:rPr>
        <w:t xml:space="preserve"> olan olayları çok hızlı bir şekilde öğrenebiliyoruz.</w:t>
      </w:r>
      <w:proofErr w:type="gramEnd"/>
    </w:p>
    <w:p w:rsidR="00224DA1" w:rsidRDefault="00224DA1">
      <w:pPr>
        <w:spacing w:before="40" w:after="40"/>
        <w:rPr>
          <w:rFonts w:ascii="Arial" w:hAnsi="Arial" w:cs="Arial"/>
          <w:b/>
          <w:color w:val="4A5568"/>
        </w:rPr>
      </w:pPr>
    </w:p>
    <w:p w:rsidR="00023CE6" w:rsidRPr="00224DA1" w:rsidRDefault="00D00210">
      <w:pPr>
        <w:spacing w:before="40" w:after="40"/>
        <w:rPr>
          <w:rFonts w:ascii="Arial" w:hAnsi="Arial" w:cs="Arial"/>
        </w:rPr>
      </w:pPr>
      <w:r w:rsidRPr="00224DA1">
        <w:rPr>
          <w:rFonts w:ascii="Arial" w:hAnsi="Arial" w:cs="Arial"/>
          <w:b/>
          <w:color w:val="4A5568"/>
        </w:rPr>
        <w:t>CEVAP</w:t>
      </w:r>
      <w:proofErr w:type="gramStart"/>
      <w:r w:rsidR="00E16029" w:rsidRPr="00224DA1">
        <w:rPr>
          <w:rFonts w:ascii="Arial" w:hAnsi="Arial" w:cs="Arial"/>
          <w:b/>
          <w:color w:val="4A5568"/>
        </w:rPr>
        <w:t>:</w:t>
      </w:r>
      <w:proofErr w:type="gramEnd"/>
      <w:r w:rsidR="00E16029" w:rsidRPr="00224DA1">
        <w:rPr>
          <w:rFonts w:ascii="Arial" w:hAnsi="Arial" w:cs="Arial"/>
          <w:b/>
          <w:color w:val="4A5568"/>
        </w:rPr>
        <w:br/>
      </w:r>
      <w:proofErr w:type="spellStart"/>
      <w:r w:rsidR="00E16029" w:rsidRPr="00224DA1">
        <w:rPr>
          <w:rFonts w:ascii="Arial" w:hAnsi="Arial" w:cs="Arial"/>
        </w:rPr>
        <w:t>Dünyadaki</w:t>
      </w:r>
      <w:proofErr w:type="spellEnd"/>
      <w:r w:rsidR="00E16029" w:rsidRPr="00224DA1">
        <w:rPr>
          <w:rFonts w:ascii="Arial" w:hAnsi="Arial" w:cs="Arial"/>
        </w:rPr>
        <w:t xml:space="preserve"> </w:t>
      </w:r>
      <w:proofErr w:type="spellStart"/>
      <w:r w:rsidR="00E16029" w:rsidRPr="00224DA1">
        <w:rPr>
          <w:rFonts w:ascii="Arial" w:hAnsi="Arial" w:cs="Arial"/>
        </w:rPr>
        <w:t>haberleri</w:t>
      </w:r>
      <w:proofErr w:type="spellEnd"/>
      <w:r w:rsidR="00E16029" w:rsidRPr="00224DA1">
        <w:rPr>
          <w:rFonts w:ascii="Arial" w:hAnsi="Arial" w:cs="Arial"/>
        </w:rPr>
        <w:t xml:space="preserve"> </w:t>
      </w:r>
      <w:proofErr w:type="spellStart"/>
      <w:r w:rsidR="00E16029" w:rsidRPr="00224DA1">
        <w:rPr>
          <w:rFonts w:ascii="Arial" w:hAnsi="Arial" w:cs="Arial"/>
        </w:rPr>
        <w:t>ve</w:t>
      </w:r>
      <w:proofErr w:type="spellEnd"/>
      <w:r w:rsidR="00E16029" w:rsidRPr="00224DA1">
        <w:rPr>
          <w:rFonts w:ascii="Arial" w:hAnsi="Arial" w:cs="Arial"/>
        </w:rPr>
        <w:t xml:space="preserve"> </w:t>
      </w:r>
      <w:proofErr w:type="spellStart"/>
      <w:r w:rsidR="00E16029" w:rsidRPr="00224DA1">
        <w:rPr>
          <w:rFonts w:ascii="Arial" w:hAnsi="Arial" w:cs="Arial"/>
        </w:rPr>
        <w:t>bilgileri</w:t>
      </w:r>
      <w:proofErr w:type="spellEnd"/>
      <w:r w:rsidR="00E16029" w:rsidRPr="00224DA1">
        <w:rPr>
          <w:rFonts w:ascii="Arial" w:hAnsi="Arial" w:cs="Arial"/>
        </w:rPr>
        <w:t xml:space="preserve"> anında öğrenmemizi sağlayan teknolojik araca bir örnek yazınız:</w:t>
      </w:r>
      <w:r w:rsidR="00E16029" w:rsidRPr="00224DA1">
        <w:rPr>
          <w:rFonts w:ascii="Arial" w:hAnsi="Arial" w:cs="Arial"/>
        </w:rPr>
        <w:br/>
        <w:t>Cevap: ................................................................ (İnternet / Televizyon / Telefon)</w:t>
      </w:r>
    </w:p>
    <w:p w:rsidR="00023CE6" w:rsidRDefault="00023CE6">
      <w:pPr>
        <w:spacing w:after="40"/>
        <w:rPr>
          <w:rFonts w:ascii="Arial" w:hAnsi="Arial" w:cs="Arial"/>
        </w:rPr>
      </w:pPr>
    </w:p>
    <w:p w:rsidR="00224DA1" w:rsidRDefault="00224DA1" w:rsidP="00224DA1">
      <w:pPr>
        <w:spacing w:after="40"/>
        <w:jc w:val="center"/>
        <w:rPr>
          <w:rFonts w:ascii="Arial" w:hAnsi="Arial" w:cs="Arial"/>
        </w:rPr>
      </w:pPr>
    </w:p>
    <w:p w:rsidR="00224DA1" w:rsidRDefault="00224DA1" w:rsidP="00224DA1">
      <w:pPr>
        <w:spacing w:after="40"/>
        <w:jc w:val="center"/>
        <w:rPr>
          <w:rFonts w:ascii="Arial" w:hAnsi="Arial" w:cs="Arial"/>
        </w:rPr>
      </w:pPr>
    </w:p>
    <w:p w:rsidR="00224DA1" w:rsidRPr="00224DA1" w:rsidRDefault="00224DA1" w:rsidP="00224DA1">
      <w:pPr>
        <w:spacing w:after="4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Zeki DOĞAN – </w:t>
      </w:r>
      <w:proofErr w:type="spellStart"/>
      <w:r>
        <w:rPr>
          <w:rFonts w:ascii="Arial" w:hAnsi="Arial" w:cs="Arial"/>
        </w:rPr>
        <w:t>Başarılar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Dilerim</w:t>
      </w:r>
      <w:proofErr w:type="spellEnd"/>
    </w:p>
    <w:sectPr w:rsidR="00224DA1" w:rsidRPr="00224DA1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23CE6"/>
    <w:rsid w:val="00034616"/>
    <w:rsid w:val="0006063C"/>
    <w:rsid w:val="00094B88"/>
    <w:rsid w:val="0015074B"/>
    <w:rsid w:val="00224DA1"/>
    <w:rsid w:val="0029639D"/>
    <w:rsid w:val="00326F90"/>
    <w:rsid w:val="00393292"/>
    <w:rsid w:val="007753D2"/>
    <w:rsid w:val="00AA1D8D"/>
    <w:rsid w:val="00B47730"/>
    <w:rsid w:val="00CB0664"/>
    <w:rsid w:val="00D00210"/>
    <w:rsid w:val="00D94C8F"/>
    <w:rsid w:val="00E16029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0FB3D3-0E5A-44B3-9F62-422DE4C37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2572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Zeki</cp:lastModifiedBy>
  <cp:revision>2</cp:revision>
  <dcterms:created xsi:type="dcterms:W3CDTF">2026-10-27T01:44:00Z</dcterms:created>
  <dcterms:modified xsi:type="dcterms:W3CDTF">2026-10-27T01:44:00Z</dcterms:modified>
</cp:coreProperties>
</file>