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112" w:rsidRDefault="004342E2">
      <w:pPr>
        <w:spacing w:after="40"/>
        <w:jc w:val="center"/>
        <w:rPr>
          <w:rFonts w:ascii="Calibri" w:hAnsi="Calibri"/>
          <w:b/>
          <w:color w:val="1E3A8A"/>
          <w:sz w:val="20"/>
        </w:rPr>
      </w:pPr>
      <w:r>
        <w:rPr>
          <w:rFonts w:ascii="Calibri" w:hAnsi="Calibri"/>
          <w:b/>
          <w:color w:val="1E3A8A"/>
          <w:sz w:val="20"/>
        </w:rPr>
        <w:t xml:space="preserve">2026-2027 EĞİTİM ÖĞRETİM YILI </w:t>
      </w:r>
      <w:r w:rsidR="00DF723A">
        <w:rPr>
          <w:rFonts w:ascii="Calibri" w:hAnsi="Calibri"/>
          <w:b/>
          <w:color w:val="1E3A8A"/>
          <w:sz w:val="20"/>
        </w:rPr>
        <w:t xml:space="preserve">BAYRAMYAZI </w:t>
      </w:r>
      <w:r>
        <w:rPr>
          <w:rFonts w:ascii="Calibri" w:hAnsi="Calibri"/>
          <w:b/>
          <w:color w:val="1E3A8A"/>
          <w:sz w:val="20"/>
        </w:rPr>
        <w:t>ORTAOKUL</w:t>
      </w:r>
      <w:r w:rsidR="00DF723A">
        <w:rPr>
          <w:rFonts w:ascii="Calibri" w:hAnsi="Calibri"/>
          <w:b/>
          <w:color w:val="1E3A8A"/>
          <w:sz w:val="20"/>
        </w:rPr>
        <w:t xml:space="preserve">U </w:t>
      </w:r>
      <w:r>
        <w:rPr>
          <w:rFonts w:ascii="Calibri" w:hAnsi="Calibri"/>
          <w:b/>
          <w:color w:val="1E3A8A"/>
          <w:sz w:val="20"/>
        </w:rPr>
        <w:t>6. SINIF SOSYAL BİLGİLER DERSİ ÇERÇEVE YILLIK PLANI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2"/>
        <w:gridCol w:w="1008"/>
        <w:gridCol w:w="711"/>
        <w:gridCol w:w="1152"/>
        <w:gridCol w:w="1203"/>
        <w:gridCol w:w="21"/>
        <w:gridCol w:w="1512"/>
        <w:gridCol w:w="1632"/>
        <w:gridCol w:w="24"/>
        <w:gridCol w:w="1206"/>
        <w:gridCol w:w="18"/>
        <w:gridCol w:w="1152"/>
        <w:gridCol w:w="1008"/>
        <w:gridCol w:w="1137"/>
        <w:gridCol w:w="15"/>
        <w:gridCol w:w="990"/>
        <w:gridCol w:w="18"/>
        <w:gridCol w:w="1272"/>
        <w:gridCol w:w="24"/>
        <w:gridCol w:w="1206"/>
        <w:gridCol w:w="18"/>
      </w:tblGrid>
      <w:tr w:rsidR="00C30C87" w:rsidTr="00754CFB">
        <w:trPr>
          <w:gridAfter w:val="1"/>
          <w:wAfter w:w="18" w:type="dxa"/>
          <w:trHeight w:val="375"/>
          <w:jc w:val="center"/>
        </w:trPr>
        <w:tc>
          <w:tcPr>
            <w:tcW w:w="2511" w:type="dxa"/>
            <w:gridSpan w:val="3"/>
            <w:shd w:val="clear" w:color="auto" w:fill="DAEEF3" w:themeFill="accent5" w:themeFillTint="33"/>
          </w:tcPr>
          <w:p w:rsidR="00C30C87" w:rsidRPr="00C30C87" w:rsidRDefault="00C30C87" w:rsidP="00C30C87">
            <w:pPr>
              <w:spacing w:after="0"/>
              <w:jc w:val="center"/>
              <w:rPr>
                <w:rFonts w:ascii="Calibri" w:hAnsi="Calibri"/>
                <w:b/>
                <w:sz w:val="14"/>
              </w:rPr>
            </w:pPr>
            <w:r w:rsidRPr="00C30C87">
              <w:rPr>
                <w:rFonts w:ascii="Calibri" w:hAnsi="Calibri"/>
                <w:b/>
                <w:sz w:val="14"/>
              </w:rPr>
              <w:t>SÜR</w:t>
            </w:r>
            <w:r>
              <w:rPr>
                <w:rFonts w:ascii="Calibri" w:hAnsi="Calibri"/>
                <w:b/>
                <w:sz w:val="14"/>
              </w:rPr>
              <w:t>E</w:t>
            </w:r>
          </w:p>
        </w:tc>
        <w:tc>
          <w:tcPr>
            <w:tcW w:w="2355" w:type="dxa"/>
            <w:gridSpan w:val="2"/>
            <w:shd w:val="clear" w:color="auto" w:fill="DAEEF3" w:themeFill="accent5" w:themeFillTint="33"/>
            <w:vAlign w:val="center"/>
          </w:tcPr>
          <w:p w:rsidR="00C30C87" w:rsidRPr="00C30C87" w:rsidRDefault="00C30C87" w:rsidP="00C30C87">
            <w:pPr>
              <w:jc w:val="center"/>
              <w:rPr>
                <w:rFonts w:ascii="Calibri" w:hAnsi="Calibri"/>
                <w:b/>
                <w:bCs/>
                <w:sz w:val="14"/>
                <w:szCs w:val="14"/>
              </w:rPr>
            </w:pPr>
            <w:r w:rsidRPr="00C30C87">
              <w:rPr>
                <w:rFonts w:ascii="Calibri" w:hAnsi="Calibri"/>
                <w:b/>
                <w:bCs/>
                <w:sz w:val="14"/>
                <w:szCs w:val="14"/>
              </w:rPr>
              <w:t>ÜNİTE/TEMA/ÖĞRENME ALANI - İÇERİK ÇERÇEVESİ</w:t>
            </w:r>
          </w:p>
        </w:tc>
        <w:tc>
          <w:tcPr>
            <w:tcW w:w="3165" w:type="dxa"/>
            <w:gridSpan w:val="3"/>
            <w:shd w:val="clear" w:color="auto" w:fill="DAEEF3" w:themeFill="accent5" w:themeFillTint="33"/>
            <w:vAlign w:val="center"/>
          </w:tcPr>
          <w:p w:rsidR="00C30C87" w:rsidRPr="00C30C87" w:rsidRDefault="00C30C87" w:rsidP="00C30C87">
            <w:pPr>
              <w:jc w:val="center"/>
              <w:rPr>
                <w:rFonts w:ascii="Calibri" w:hAnsi="Calibri"/>
                <w:b/>
                <w:bCs/>
                <w:sz w:val="14"/>
                <w:szCs w:val="14"/>
              </w:rPr>
            </w:pPr>
            <w:r w:rsidRPr="00C30C87">
              <w:rPr>
                <w:rFonts w:ascii="Calibri" w:hAnsi="Calibri"/>
                <w:b/>
                <w:bCs/>
                <w:sz w:val="14"/>
                <w:szCs w:val="14"/>
              </w:rPr>
              <w:t>ÖĞRENME ÇIKTILARI VE SÜREÇ BİLEŞENLERİ</w:t>
            </w:r>
          </w:p>
        </w:tc>
        <w:tc>
          <w:tcPr>
            <w:tcW w:w="1230" w:type="dxa"/>
            <w:gridSpan w:val="2"/>
            <w:shd w:val="clear" w:color="auto" w:fill="DAEEF3" w:themeFill="accent5" w:themeFillTint="33"/>
            <w:vAlign w:val="center"/>
          </w:tcPr>
          <w:p w:rsidR="00C30C87" w:rsidRPr="00C30C87" w:rsidRDefault="00C30C87" w:rsidP="00C30C87">
            <w:pPr>
              <w:jc w:val="center"/>
              <w:rPr>
                <w:rFonts w:ascii="Calibri" w:hAnsi="Calibri"/>
                <w:b/>
                <w:bCs/>
                <w:sz w:val="14"/>
                <w:szCs w:val="14"/>
              </w:rPr>
            </w:pPr>
            <w:r w:rsidRPr="00C30C87">
              <w:rPr>
                <w:rFonts w:ascii="Calibri" w:hAnsi="Calibri"/>
                <w:b/>
                <w:bCs/>
                <w:sz w:val="14"/>
                <w:szCs w:val="14"/>
              </w:rPr>
              <w:t>ÖĞRENME KANITLARI</w:t>
            </w:r>
          </w:p>
        </w:tc>
        <w:tc>
          <w:tcPr>
            <w:tcW w:w="3315" w:type="dxa"/>
            <w:gridSpan w:val="4"/>
            <w:shd w:val="clear" w:color="auto" w:fill="DAEEF3" w:themeFill="accent5" w:themeFillTint="33"/>
            <w:vAlign w:val="center"/>
          </w:tcPr>
          <w:p w:rsidR="00C30C87" w:rsidRPr="00C30C87" w:rsidRDefault="00C30C87" w:rsidP="00C30C87">
            <w:pPr>
              <w:jc w:val="center"/>
              <w:rPr>
                <w:rFonts w:ascii="Calibri" w:hAnsi="Calibri"/>
                <w:b/>
                <w:bCs/>
                <w:sz w:val="14"/>
                <w:szCs w:val="14"/>
              </w:rPr>
            </w:pPr>
            <w:r w:rsidRPr="00C30C87">
              <w:rPr>
                <w:rFonts w:ascii="Calibri" w:hAnsi="Calibri"/>
                <w:b/>
                <w:bCs/>
                <w:sz w:val="14"/>
                <w:szCs w:val="14"/>
              </w:rPr>
              <w:t>PROGRAMLAR ARASI BİLEŞENLER</w:t>
            </w:r>
          </w:p>
        </w:tc>
        <w:tc>
          <w:tcPr>
            <w:tcW w:w="1005" w:type="dxa"/>
            <w:gridSpan w:val="2"/>
            <w:shd w:val="clear" w:color="auto" w:fill="DAEEF3" w:themeFill="accent5" w:themeFillTint="33"/>
            <w:vAlign w:val="center"/>
          </w:tcPr>
          <w:p w:rsidR="00C30C87" w:rsidRPr="000920F2" w:rsidRDefault="00C30C87" w:rsidP="00C30C87">
            <w:pPr>
              <w:spacing w:after="0"/>
              <w:jc w:val="center"/>
            </w:pPr>
            <w:r w:rsidRPr="000920F2">
              <w:rPr>
                <w:rFonts w:ascii="Calibri" w:hAnsi="Calibri"/>
                <w:b/>
                <w:sz w:val="14"/>
              </w:rPr>
              <w:t>BELİRLİ GÜN VE HAFTALAR</w:t>
            </w:r>
          </w:p>
        </w:tc>
        <w:tc>
          <w:tcPr>
            <w:tcW w:w="1290" w:type="dxa"/>
            <w:gridSpan w:val="2"/>
            <w:shd w:val="clear" w:color="auto" w:fill="DAEEF3" w:themeFill="accent5" w:themeFillTint="33"/>
            <w:vAlign w:val="center"/>
          </w:tcPr>
          <w:p w:rsidR="00C30C87" w:rsidRPr="000920F2" w:rsidRDefault="00C30C87" w:rsidP="00C30C87">
            <w:pPr>
              <w:spacing w:after="0"/>
              <w:jc w:val="center"/>
            </w:pPr>
            <w:r w:rsidRPr="000920F2">
              <w:rPr>
                <w:rFonts w:ascii="Calibri" w:hAnsi="Calibri"/>
                <w:b/>
                <w:sz w:val="14"/>
              </w:rPr>
              <w:t>FARKLILAŞTIRMA</w:t>
            </w:r>
          </w:p>
        </w:tc>
        <w:tc>
          <w:tcPr>
            <w:tcW w:w="1230" w:type="dxa"/>
            <w:gridSpan w:val="2"/>
            <w:shd w:val="clear" w:color="auto" w:fill="DAEEF3" w:themeFill="accent5" w:themeFillTint="33"/>
            <w:vAlign w:val="center"/>
          </w:tcPr>
          <w:p w:rsidR="00C30C87" w:rsidRPr="000920F2" w:rsidRDefault="00C30C87" w:rsidP="00C30C87">
            <w:pPr>
              <w:spacing w:after="0"/>
              <w:jc w:val="center"/>
            </w:pPr>
            <w:r w:rsidRPr="000920F2">
              <w:rPr>
                <w:rFonts w:ascii="Calibri" w:hAnsi="Calibri"/>
                <w:b/>
                <w:sz w:val="14"/>
              </w:rPr>
              <w:t>OKUL TEMELLİ PLANLAMA</w:t>
            </w:r>
          </w:p>
        </w:tc>
      </w:tr>
      <w:tr w:rsidR="002F1112" w:rsidTr="00754CFB">
        <w:tblPrEx>
          <w:tblCellMar>
            <w:left w:w="108" w:type="dxa"/>
            <w:right w:w="108" w:type="dxa"/>
          </w:tblCellMar>
          <w:tblLook w:val="04A0"/>
        </w:tblPrEx>
        <w:trPr>
          <w:tblHeader/>
          <w:jc w:val="center"/>
        </w:trPr>
        <w:tc>
          <w:tcPr>
            <w:tcW w:w="792" w:type="dxa"/>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AY</w:t>
            </w:r>
          </w:p>
        </w:tc>
        <w:tc>
          <w:tcPr>
            <w:tcW w:w="1008" w:type="dxa"/>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HAFTA</w:t>
            </w:r>
          </w:p>
        </w:tc>
        <w:tc>
          <w:tcPr>
            <w:tcW w:w="711" w:type="dxa"/>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SAAT</w:t>
            </w:r>
          </w:p>
        </w:tc>
        <w:tc>
          <w:tcPr>
            <w:tcW w:w="1152" w:type="dxa"/>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ÖĞRENME ALANI</w:t>
            </w:r>
          </w:p>
        </w:tc>
        <w:tc>
          <w:tcPr>
            <w:tcW w:w="1224" w:type="dxa"/>
            <w:gridSpan w:val="2"/>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İÇERİK ÇERÇEVESİ</w:t>
            </w:r>
          </w:p>
        </w:tc>
        <w:tc>
          <w:tcPr>
            <w:tcW w:w="1512" w:type="dxa"/>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ÖĞRENME ÇIKTILARI</w:t>
            </w:r>
          </w:p>
        </w:tc>
        <w:tc>
          <w:tcPr>
            <w:tcW w:w="1656" w:type="dxa"/>
            <w:gridSpan w:val="2"/>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SÜREÇ BİLEŞENLERİ</w:t>
            </w:r>
          </w:p>
        </w:tc>
        <w:tc>
          <w:tcPr>
            <w:tcW w:w="1224" w:type="dxa"/>
            <w:gridSpan w:val="2"/>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ÖLÇME VE DEĞERLENDİRME</w:t>
            </w:r>
          </w:p>
        </w:tc>
        <w:tc>
          <w:tcPr>
            <w:tcW w:w="1152" w:type="dxa"/>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SOSYAL-DUYGUSAL BECERİLER</w:t>
            </w:r>
          </w:p>
        </w:tc>
        <w:tc>
          <w:tcPr>
            <w:tcW w:w="1008" w:type="dxa"/>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DEĞERLER</w:t>
            </w:r>
          </w:p>
        </w:tc>
        <w:tc>
          <w:tcPr>
            <w:tcW w:w="1152" w:type="dxa"/>
            <w:gridSpan w:val="2"/>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OKURYAZARLIK BECERİLERİ</w:t>
            </w:r>
          </w:p>
        </w:tc>
        <w:tc>
          <w:tcPr>
            <w:tcW w:w="1008" w:type="dxa"/>
            <w:gridSpan w:val="2"/>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BELİRLİ GÜN VE HAFTALAR</w:t>
            </w:r>
          </w:p>
        </w:tc>
        <w:tc>
          <w:tcPr>
            <w:tcW w:w="1296" w:type="dxa"/>
            <w:gridSpan w:val="2"/>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FARKLILAŞTIRMA</w:t>
            </w:r>
          </w:p>
        </w:tc>
        <w:tc>
          <w:tcPr>
            <w:tcW w:w="1224" w:type="dxa"/>
            <w:gridSpan w:val="2"/>
            <w:shd w:val="clear" w:color="auto" w:fill="1E3A8A"/>
            <w:tcMar>
              <w:top w:w="40" w:type="dxa"/>
              <w:left w:w="20" w:type="dxa"/>
              <w:bottom w:w="40" w:type="dxa"/>
              <w:right w:w="20" w:type="dxa"/>
            </w:tcMar>
            <w:vAlign w:val="center"/>
          </w:tcPr>
          <w:p w:rsidR="002F1112" w:rsidRDefault="004342E2" w:rsidP="000920F2">
            <w:pPr>
              <w:spacing w:after="0"/>
              <w:jc w:val="center"/>
            </w:pPr>
            <w:r>
              <w:rPr>
                <w:rFonts w:ascii="Calibri" w:hAnsi="Calibri"/>
                <w:b/>
                <w:color w:val="FFFFFF"/>
                <w:sz w:val="14"/>
              </w:rPr>
              <w:t>OKUL TEMELLİ PLANLAMA</w:t>
            </w:r>
          </w:p>
        </w:tc>
      </w:tr>
      <w:tr w:rsidR="00DD3645" w:rsidRPr="00754CFB" w:rsidTr="00DD3645">
        <w:tblPrEx>
          <w:tblCellMar>
            <w:left w:w="108" w:type="dxa"/>
            <w:right w:w="108" w:type="dxa"/>
          </w:tblCellMar>
          <w:tblLook w:val="04A0"/>
        </w:tblPrEx>
        <w:trPr>
          <w:trHeight w:val="2250"/>
          <w:jc w:val="center"/>
        </w:trPr>
        <w:tc>
          <w:tcPr>
            <w:tcW w:w="792" w:type="dxa"/>
            <w:vMerge w:val="restart"/>
            <w:shd w:val="clear" w:color="auto" w:fill="F8FAFC"/>
            <w:tcMar>
              <w:top w:w="20" w:type="dxa"/>
              <w:left w:w="20" w:type="dxa"/>
              <w:bottom w:w="20" w:type="dxa"/>
              <w:right w:w="20" w:type="dxa"/>
            </w:tcMar>
          </w:tcPr>
          <w:p w:rsidR="00DD3645" w:rsidRPr="00754CFB" w:rsidRDefault="00DD3645" w:rsidP="000920F2">
            <w:pPr>
              <w:spacing w:after="0" w:line="240" w:lineRule="auto"/>
              <w:jc w:val="center"/>
            </w:pPr>
            <w:r w:rsidRPr="00754CFB">
              <w:rPr>
                <w:rFonts w:ascii="Calibri" w:hAnsi="Calibri"/>
                <w:sz w:val="12"/>
              </w:rPr>
              <w:t>EYLÜL</w:t>
            </w:r>
          </w:p>
        </w:tc>
        <w:tc>
          <w:tcPr>
            <w:tcW w:w="1008" w:type="dxa"/>
            <w:vMerge w:val="restart"/>
            <w:shd w:val="clear" w:color="auto" w:fill="F8FAFC"/>
            <w:tcMar>
              <w:top w:w="20" w:type="dxa"/>
              <w:left w:w="20" w:type="dxa"/>
              <w:bottom w:w="20" w:type="dxa"/>
              <w:right w:w="20" w:type="dxa"/>
            </w:tcMar>
          </w:tcPr>
          <w:p w:rsidR="00DD3645" w:rsidRPr="00754CFB" w:rsidRDefault="00DD3645" w:rsidP="000920F2">
            <w:pPr>
              <w:spacing w:after="0" w:line="240" w:lineRule="auto"/>
              <w:jc w:val="center"/>
            </w:pPr>
            <w:r w:rsidRPr="00754CFB">
              <w:rPr>
                <w:rFonts w:ascii="Calibri" w:hAnsi="Calibri"/>
                <w:sz w:val="12"/>
              </w:rPr>
              <w:t>1. Hafta:</w:t>
            </w:r>
            <w:r w:rsidRPr="00754CFB">
              <w:rPr>
                <w:rFonts w:ascii="Calibri" w:hAnsi="Calibri"/>
                <w:sz w:val="12"/>
              </w:rPr>
              <w:br/>
              <w:t xml:space="preserve"> 14-18 Eylül</w:t>
            </w:r>
          </w:p>
        </w:tc>
        <w:tc>
          <w:tcPr>
            <w:tcW w:w="711" w:type="dxa"/>
            <w:shd w:val="clear" w:color="auto" w:fill="F8FAFC"/>
            <w:tcMar>
              <w:top w:w="20" w:type="dxa"/>
              <w:left w:w="20" w:type="dxa"/>
              <w:bottom w:w="20" w:type="dxa"/>
              <w:right w:w="20" w:type="dxa"/>
            </w:tcMar>
          </w:tcPr>
          <w:p w:rsidR="00DD3645" w:rsidRPr="00754CFB" w:rsidRDefault="00DD3645" w:rsidP="000920F2">
            <w:pPr>
              <w:spacing w:after="0" w:line="240" w:lineRule="auto"/>
              <w:jc w:val="center"/>
            </w:pPr>
            <w:r>
              <w:rPr>
                <w:rFonts w:ascii="Calibri" w:hAnsi="Calibri"/>
                <w:sz w:val="12"/>
              </w:rPr>
              <w:t>2+1*</w:t>
            </w:r>
          </w:p>
        </w:tc>
        <w:tc>
          <w:tcPr>
            <w:tcW w:w="1152" w:type="dxa"/>
            <w:shd w:val="clear" w:color="auto" w:fill="F8FAFC"/>
            <w:tcMar>
              <w:top w:w="20" w:type="dxa"/>
              <w:left w:w="20" w:type="dxa"/>
              <w:bottom w:w="20" w:type="dxa"/>
              <w:right w:w="20" w:type="dxa"/>
            </w:tcMar>
          </w:tcPr>
          <w:p w:rsidR="00DD3645" w:rsidRPr="00754CFB" w:rsidRDefault="00DD3645" w:rsidP="00A438D4">
            <w:pPr>
              <w:spacing w:after="0" w:line="240" w:lineRule="auto"/>
              <w:jc w:val="center"/>
            </w:pPr>
            <w:r w:rsidRPr="00754CFB">
              <w:rPr>
                <w:rFonts w:ascii="Calibri" w:hAnsi="Calibri"/>
                <w:sz w:val="12"/>
              </w:rPr>
              <w:t>BİRLİKTE YAŞAMAK</w:t>
            </w:r>
          </w:p>
        </w:tc>
        <w:tc>
          <w:tcPr>
            <w:tcW w:w="1224" w:type="dxa"/>
            <w:gridSpan w:val="2"/>
            <w:shd w:val="clear" w:color="auto" w:fill="F8FAFC"/>
            <w:tcMar>
              <w:top w:w="20" w:type="dxa"/>
              <w:left w:w="20" w:type="dxa"/>
              <w:bottom w:w="20" w:type="dxa"/>
              <w:right w:w="20" w:type="dxa"/>
            </w:tcMar>
          </w:tcPr>
          <w:p w:rsidR="00DD3645" w:rsidRPr="00754CFB" w:rsidRDefault="00DD3645" w:rsidP="000920F2">
            <w:pPr>
              <w:spacing w:after="0" w:line="240" w:lineRule="auto"/>
            </w:pPr>
            <w:r w:rsidRPr="00754CFB">
              <w:rPr>
                <w:rFonts w:ascii="Calibri" w:hAnsi="Calibri"/>
                <w:sz w:val="12"/>
              </w:rPr>
              <w:t>Zaman İçinde Değişen Gruplar ve Roller</w:t>
            </w:r>
          </w:p>
        </w:tc>
        <w:tc>
          <w:tcPr>
            <w:tcW w:w="1512" w:type="dxa"/>
            <w:shd w:val="clear" w:color="auto" w:fill="F8FAFC"/>
            <w:tcMar>
              <w:top w:w="20" w:type="dxa"/>
              <w:left w:w="20" w:type="dxa"/>
              <w:bottom w:w="20" w:type="dxa"/>
              <w:right w:w="20" w:type="dxa"/>
            </w:tcMar>
          </w:tcPr>
          <w:p w:rsidR="00DD3645" w:rsidRPr="00754CFB" w:rsidRDefault="00DD3645" w:rsidP="000920F2">
            <w:pPr>
              <w:spacing w:after="0" w:line="240" w:lineRule="auto"/>
            </w:pPr>
            <w:r w:rsidRPr="00754CFB">
              <w:rPr>
                <w:rFonts w:ascii="Calibri" w:hAnsi="Calibri"/>
                <w:sz w:val="12"/>
              </w:rPr>
              <w:t>SB.6.1.1. Dâhil olduğu grupların ve bu gruplardaki rollerinin zaman içerisinde değişebile ceğine ilişkin çıkarım yapabilme</w:t>
            </w:r>
          </w:p>
        </w:tc>
        <w:tc>
          <w:tcPr>
            <w:tcW w:w="1656" w:type="dxa"/>
            <w:gridSpan w:val="2"/>
            <w:shd w:val="clear" w:color="auto" w:fill="F8FAFC"/>
            <w:tcMar>
              <w:top w:w="20" w:type="dxa"/>
              <w:left w:w="20" w:type="dxa"/>
              <w:bottom w:w="20" w:type="dxa"/>
              <w:right w:w="20" w:type="dxa"/>
            </w:tcMar>
          </w:tcPr>
          <w:p w:rsidR="00DD3645" w:rsidRPr="00754CFB" w:rsidRDefault="00DD3645" w:rsidP="000920F2">
            <w:pPr>
              <w:spacing w:after="0" w:line="240" w:lineRule="auto"/>
            </w:pPr>
            <w:r w:rsidRPr="00754CFB">
              <w:rPr>
                <w:rFonts w:ascii="Calibri" w:hAnsi="Calibri"/>
                <w:sz w:val="12"/>
              </w:rPr>
              <w:t>a) Dâhil olduğu gruplar ve bu gruplardaki rollerinin zaman içerisinde değişebileceği</w:t>
            </w:r>
            <w:r w:rsidRPr="00754CFB">
              <w:rPr>
                <w:rFonts w:ascii="Calibri" w:hAnsi="Calibri"/>
                <w:sz w:val="12"/>
              </w:rPr>
              <w:br/>
              <w:t xml:space="preserve">ne ilişkin varsayımda bulunur. </w:t>
            </w:r>
            <w:r w:rsidRPr="00754CFB">
              <w:rPr>
                <w:rFonts w:ascii="Calibri" w:hAnsi="Calibri"/>
                <w:sz w:val="12"/>
              </w:rPr>
              <w:br/>
              <w:t xml:space="preserve">b) Farklı grupları ve bu gruplardaki </w:t>
            </w:r>
            <w:proofErr w:type="gramStart"/>
            <w:r w:rsidRPr="00754CFB">
              <w:rPr>
                <w:rFonts w:ascii="Calibri" w:hAnsi="Calibri"/>
                <w:sz w:val="12"/>
              </w:rPr>
              <w:t>rolleri  listeler</w:t>
            </w:r>
            <w:proofErr w:type="gramEnd"/>
            <w:r w:rsidRPr="00754CFB">
              <w:rPr>
                <w:rFonts w:ascii="Calibri" w:hAnsi="Calibri"/>
                <w:sz w:val="12"/>
              </w:rPr>
              <w:t>.</w:t>
            </w:r>
            <w:r w:rsidRPr="00754CFB">
              <w:rPr>
                <w:rFonts w:ascii="Calibri" w:hAnsi="Calibri"/>
                <w:sz w:val="12"/>
              </w:rPr>
              <w:br/>
              <w:t xml:space="preserve">c) Farklı grupları ve bu gruplardaki rolleri karşılaştırır. </w:t>
            </w:r>
            <w:r w:rsidRPr="00754CFB">
              <w:rPr>
                <w:rFonts w:ascii="Calibri" w:hAnsi="Calibri"/>
                <w:sz w:val="12"/>
              </w:rPr>
              <w:br/>
              <w:t>ç)   Gelecekte dâhil olabileceği gruplar ve roller ile ilgili önermede bulunur.</w:t>
            </w:r>
            <w:r w:rsidRPr="00754CFB">
              <w:rPr>
                <w:rFonts w:ascii="Calibri" w:hAnsi="Calibri"/>
                <w:sz w:val="12"/>
              </w:rPr>
              <w:br/>
              <w:t xml:space="preserve">d) Dâhil olduğu grupların ve bu gruplardaki rollerinin zaman içinde değişebileceğini </w:t>
            </w:r>
            <w:r w:rsidRPr="00754CFB">
              <w:rPr>
                <w:rFonts w:ascii="Calibri" w:hAnsi="Calibri"/>
                <w:sz w:val="12"/>
              </w:rPr>
              <w:br/>
              <w:t>değerlendirir.</w:t>
            </w:r>
          </w:p>
        </w:tc>
        <w:tc>
          <w:tcPr>
            <w:tcW w:w="1224" w:type="dxa"/>
            <w:gridSpan w:val="2"/>
            <w:vMerge w:val="restart"/>
            <w:shd w:val="clear" w:color="auto" w:fill="F8FAFC"/>
            <w:tcMar>
              <w:top w:w="20" w:type="dxa"/>
              <w:left w:w="20" w:type="dxa"/>
              <w:bottom w:w="20" w:type="dxa"/>
              <w:right w:w="20" w:type="dxa"/>
            </w:tcMar>
          </w:tcPr>
          <w:p w:rsidR="00DD3645" w:rsidRPr="00754CFB" w:rsidRDefault="00DD3645" w:rsidP="000920F2">
            <w:pPr>
              <w:spacing w:after="0" w:line="240" w:lineRule="auto"/>
            </w:pPr>
            <w:r w:rsidRPr="00754CFB">
              <w:rPr>
                <w:rFonts w:ascii="Calibri" w:hAnsi="Calibri"/>
                <w:sz w:val="12"/>
              </w:rPr>
              <w:t xml:space="preserve">Karşılaştırma tablosu, </w:t>
            </w:r>
            <w:r w:rsidRPr="00754CFB">
              <w:rPr>
                <w:rFonts w:ascii="Calibri" w:hAnsi="Calibri"/>
                <w:sz w:val="12"/>
              </w:rPr>
              <w:br/>
              <w:t xml:space="preserve">Bütüncül dereceli puanlama anahtarı, </w:t>
            </w:r>
            <w:r w:rsidRPr="00754CFB">
              <w:rPr>
                <w:rFonts w:ascii="Calibri" w:hAnsi="Calibri"/>
                <w:sz w:val="12"/>
              </w:rPr>
              <w:br/>
              <w:t>Balık kılçığı,</w:t>
            </w:r>
            <w:r w:rsidRPr="00754CFB">
              <w:rPr>
                <w:rFonts w:ascii="Calibri" w:hAnsi="Calibri"/>
                <w:sz w:val="12"/>
              </w:rPr>
              <w:br/>
              <w:t xml:space="preserve">Açık uçlu sorulardan oluşan </w:t>
            </w:r>
            <w:r w:rsidRPr="00754CFB">
              <w:rPr>
                <w:rFonts w:ascii="Calibri" w:hAnsi="Calibri"/>
                <w:sz w:val="12"/>
              </w:rPr>
              <w:br/>
              <w:t>çalışma yaprakları ve performans görevleri</w:t>
            </w:r>
          </w:p>
        </w:tc>
        <w:tc>
          <w:tcPr>
            <w:tcW w:w="1152" w:type="dxa"/>
            <w:vMerge w:val="restart"/>
            <w:shd w:val="clear" w:color="auto" w:fill="F8FAFC"/>
            <w:tcMar>
              <w:top w:w="20" w:type="dxa"/>
              <w:left w:w="20" w:type="dxa"/>
              <w:bottom w:w="20" w:type="dxa"/>
              <w:right w:w="20" w:type="dxa"/>
            </w:tcMar>
          </w:tcPr>
          <w:p w:rsidR="00DD3645" w:rsidRPr="00754CFB" w:rsidRDefault="00DD3645" w:rsidP="000920F2">
            <w:pPr>
              <w:spacing w:after="0" w:line="240" w:lineRule="auto"/>
            </w:pPr>
            <w:r w:rsidRPr="00754CFB">
              <w:rPr>
                <w:rFonts w:ascii="Calibri" w:hAnsi="Calibri"/>
                <w:sz w:val="12"/>
              </w:rPr>
              <w:t>SDB2.1. İletişim, SDB2.2. İş Birliği, SDB2.3. Sosyal Farkındalık, SDB3.1. Uyum, SDB3.3. Sorumlu Karar Verme</w:t>
            </w:r>
          </w:p>
        </w:tc>
        <w:tc>
          <w:tcPr>
            <w:tcW w:w="1008" w:type="dxa"/>
            <w:vMerge w:val="restart"/>
            <w:shd w:val="clear" w:color="auto" w:fill="F8FAFC"/>
            <w:tcMar>
              <w:top w:w="20" w:type="dxa"/>
              <w:left w:w="20" w:type="dxa"/>
              <w:bottom w:w="20" w:type="dxa"/>
              <w:right w:w="20" w:type="dxa"/>
            </w:tcMar>
          </w:tcPr>
          <w:p w:rsidR="00DD3645" w:rsidRPr="00754CFB" w:rsidRDefault="00DD3645" w:rsidP="000920F2">
            <w:pPr>
              <w:spacing w:after="0" w:line="240" w:lineRule="auto"/>
            </w:pPr>
            <w:r w:rsidRPr="00754CFB">
              <w:rPr>
                <w:rFonts w:ascii="Calibri" w:hAnsi="Calibri"/>
                <w:sz w:val="12"/>
              </w:rPr>
              <w:t>D2. Aile Bütünlüğü, D5. Duyarlılık</w:t>
            </w:r>
            <w:proofErr w:type="gramStart"/>
            <w:r w:rsidRPr="00754CFB">
              <w:rPr>
                <w:rFonts w:ascii="Calibri" w:hAnsi="Calibri"/>
                <w:sz w:val="12"/>
              </w:rPr>
              <w:t>,</w:t>
            </w:r>
            <w:proofErr w:type="gramEnd"/>
            <w:r w:rsidRPr="00754CFB">
              <w:rPr>
                <w:rFonts w:ascii="Calibri" w:hAnsi="Calibri"/>
                <w:sz w:val="12"/>
              </w:rPr>
              <w:br/>
              <w:t>D16. Sorumluluk</w:t>
            </w:r>
            <w:proofErr w:type="gramStart"/>
            <w:r w:rsidRPr="00754CFB">
              <w:rPr>
                <w:rFonts w:ascii="Calibri" w:hAnsi="Calibri"/>
                <w:sz w:val="12"/>
              </w:rPr>
              <w:t>,</w:t>
            </w:r>
            <w:proofErr w:type="gramEnd"/>
            <w:r w:rsidRPr="00754CFB">
              <w:rPr>
                <w:rFonts w:ascii="Calibri" w:hAnsi="Calibri"/>
                <w:sz w:val="12"/>
              </w:rPr>
              <w:br/>
              <w:t>D19. Vatanseverlik</w:t>
            </w:r>
          </w:p>
        </w:tc>
        <w:tc>
          <w:tcPr>
            <w:tcW w:w="1152" w:type="dxa"/>
            <w:gridSpan w:val="2"/>
            <w:vMerge w:val="restart"/>
            <w:shd w:val="clear" w:color="auto" w:fill="F8FAFC"/>
            <w:tcMar>
              <w:top w:w="20" w:type="dxa"/>
              <w:left w:w="20" w:type="dxa"/>
              <w:bottom w:w="20" w:type="dxa"/>
              <w:right w:w="20" w:type="dxa"/>
            </w:tcMar>
          </w:tcPr>
          <w:p w:rsidR="00DD3645" w:rsidRPr="00754CFB" w:rsidRDefault="00DD3645" w:rsidP="000920F2">
            <w:pPr>
              <w:spacing w:after="0" w:line="240" w:lineRule="auto"/>
            </w:pPr>
            <w:r w:rsidRPr="00754CFB">
              <w:rPr>
                <w:rFonts w:ascii="Calibri" w:hAnsi="Calibri"/>
                <w:sz w:val="12"/>
              </w:rPr>
              <w:t xml:space="preserve">OB1. Bilgi Okuryazarlığı, </w:t>
            </w:r>
            <w:r w:rsidRPr="00754CFB">
              <w:rPr>
                <w:rFonts w:ascii="Calibri" w:hAnsi="Calibri"/>
                <w:sz w:val="12"/>
              </w:rPr>
              <w:br/>
              <w:t>OB2. Dijital Okuryazarlık</w:t>
            </w:r>
            <w:proofErr w:type="gramStart"/>
            <w:r w:rsidRPr="00754CFB">
              <w:rPr>
                <w:rFonts w:ascii="Calibri" w:hAnsi="Calibri"/>
                <w:sz w:val="12"/>
              </w:rPr>
              <w:t>,</w:t>
            </w:r>
            <w:proofErr w:type="gramEnd"/>
            <w:r w:rsidRPr="00754CFB">
              <w:rPr>
                <w:rFonts w:ascii="Calibri" w:hAnsi="Calibri"/>
                <w:sz w:val="12"/>
              </w:rPr>
              <w:br/>
              <w:t>OB4. Görsel Okuryazarlık</w:t>
            </w:r>
            <w:proofErr w:type="gramStart"/>
            <w:r w:rsidRPr="00754CFB">
              <w:rPr>
                <w:rFonts w:ascii="Calibri" w:hAnsi="Calibri"/>
                <w:sz w:val="12"/>
              </w:rPr>
              <w:t>,</w:t>
            </w:r>
            <w:proofErr w:type="gramEnd"/>
            <w:r w:rsidRPr="00754CFB">
              <w:rPr>
                <w:rFonts w:ascii="Calibri" w:hAnsi="Calibri"/>
                <w:sz w:val="12"/>
              </w:rPr>
              <w:br/>
              <w:t>OB5. Kültür Okuryazarlığı</w:t>
            </w:r>
          </w:p>
        </w:tc>
        <w:tc>
          <w:tcPr>
            <w:tcW w:w="1008" w:type="dxa"/>
            <w:gridSpan w:val="2"/>
            <w:vMerge w:val="restart"/>
            <w:shd w:val="clear" w:color="auto" w:fill="F8FAFC"/>
            <w:tcMar>
              <w:top w:w="20" w:type="dxa"/>
              <w:left w:w="20" w:type="dxa"/>
              <w:bottom w:w="20" w:type="dxa"/>
              <w:right w:w="20" w:type="dxa"/>
            </w:tcMar>
          </w:tcPr>
          <w:p w:rsidR="00DD3645" w:rsidRPr="00754CFB" w:rsidRDefault="00DD3645" w:rsidP="000920F2">
            <w:pPr>
              <w:spacing w:after="0" w:line="240" w:lineRule="auto"/>
            </w:pPr>
          </w:p>
        </w:tc>
        <w:tc>
          <w:tcPr>
            <w:tcW w:w="1296" w:type="dxa"/>
            <w:gridSpan w:val="2"/>
            <w:vMerge w:val="restart"/>
            <w:shd w:val="clear" w:color="auto" w:fill="F8FAFC"/>
            <w:tcMar>
              <w:top w:w="20" w:type="dxa"/>
              <w:left w:w="20" w:type="dxa"/>
              <w:bottom w:w="20" w:type="dxa"/>
              <w:right w:w="20" w:type="dxa"/>
            </w:tcMar>
          </w:tcPr>
          <w:p w:rsidR="00DD3645" w:rsidRPr="00754CFB" w:rsidRDefault="00DD3645" w:rsidP="000920F2">
            <w:pPr>
              <w:spacing w:after="0" w:line="240" w:lineRule="auto"/>
            </w:pPr>
            <w:r w:rsidRPr="00754CFB">
              <w:rPr>
                <w:rFonts w:ascii="Calibri" w:hAnsi="Calibri"/>
                <w:sz w:val="12"/>
              </w:rPr>
              <w:t>FARKLILAŞTIRMA</w:t>
            </w:r>
            <w:r w:rsidRPr="00754CFB">
              <w:rPr>
                <w:rFonts w:ascii="Calibri" w:hAnsi="Calibri"/>
                <w:sz w:val="12"/>
              </w:rPr>
              <w:br/>
              <w:t>Öğrencilerin ilgi, ihtiyaç ve istekleri göz önünde bulundurularak öğretmenler tarafından hazır</w:t>
            </w:r>
            <w:r w:rsidRPr="00754CFB">
              <w:rPr>
                <w:rFonts w:ascii="Calibri" w:hAnsi="Calibri"/>
                <w:sz w:val="12"/>
              </w:rPr>
              <w:br/>
              <w:t xml:space="preserve">bulunuşluk düzeyi, öğrenme hızı ve öğrenme profillerine göre gruplandırma yapılarak; içerik, süreç, öğrenme ortamı </w:t>
            </w:r>
            <w:r w:rsidRPr="00754CFB">
              <w:rPr>
                <w:rFonts w:ascii="Calibri" w:hAnsi="Calibri"/>
                <w:sz w:val="12"/>
              </w:rPr>
              <w:br/>
              <w:t xml:space="preserve">ve ürün boyutlarında uyarlamalar geliştirilerek; esnek öğretim yöntem ve teknikleri kullanılarak; süreç içinde sürekli, </w:t>
            </w:r>
            <w:r w:rsidRPr="00754CFB">
              <w:rPr>
                <w:rFonts w:ascii="Calibri" w:hAnsi="Calibri"/>
                <w:sz w:val="12"/>
              </w:rPr>
              <w:br/>
              <w:t>geliştirici (biçimlendirici) değerlendirmelerle izlenip gerekli düzenlemeler yapılarak planlanır ve yürütülür.</w:t>
            </w:r>
          </w:p>
        </w:tc>
        <w:tc>
          <w:tcPr>
            <w:tcW w:w="1224" w:type="dxa"/>
            <w:gridSpan w:val="2"/>
            <w:vMerge w:val="restart"/>
            <w:shd w:val="clear" w:color="auto" w:fill="F8FAFC"/>
            <w:tcMar>
              <w:top w:w="20" w:type="dxa"/>
              <w:left w:w="20" w:type="dxa"/>
              <w:bottom w:w="20" w:type="dxa"/>
              <w:right w:w="20" w:type="dxa"/>
            </w:tcMar>
          </w:tcPr>
          <w:p w:rsidR="00DD3645" w:rsidRPr="00754CFB" w:rsidRDefault="00DD3645" w:rsidP="000920F2">
            <w:pPr>
              <w:spacing w:after="0" w:line="240" w:lineRule="auto"/>
            </w:pPr>
            <w:r w:rsidRPr="00754CFB">
              <w:rPr>
                <w:rFonts w:ascii="Calibri" w:hAnsi="Calibri"/>
                <w:sz w:val="12"/>
              </w:rPr>
              <w:t>OKUL TEMELLİ PLANLAMA</w:t>
            </w:r>
            <w:r w:rsidRPr="00754CFB">
              <w:rPr>
                <w:rFonts w:ascii="Calibri" w:hAnsi="Calibri"/>
                <w:sz w:val="12"/>
              </w:rPr>
              <w:br/>
              <w:t xml:space="preserve">Zümre öğretmenler kurulu tarafından ders kapsamında yapılması kararlaştırılan okul dışı öğrenme etkinlikleri; yerel çalışmalar, sosyal etkinlikler, proje ve okuma çalışmaları, araştırma ve gözlem gibi çalışmalar için ayrılan süredir. </w:t>
            </w:r>
            <w:r w:rsidRPr="00754CFB">
              <w:rPr>
                <w:rFonts w:ascii="Calibri" w:hAnsi="Calibri"/>
                <w:sz w:val="12"/>
              </w:rPr>
              <w:br/>
              <w:t>Söz konusu çalışmalar için ayrılan süre, eğitim öğretim yılı içinde planlanır ve yıllık planlarda ifade edilir. Eğitim öğretim yılı başında yapılması kararlaştırılan çalışmalar; okulun, öğrencinin ve çevrenin ihtiyaçları dikkate alınarak yıl içerisinde güncellenebilir.</w:t>
            </w:r>
            <w:r w:rsidRPr="00754CFB">
              <w:rPr>
                <w:rFonts w:ascii="Calibri" w:hAnsi="Calibri"/>
                <w:sz w:val="12"/>
              </w:rPr>
              <w:br/>
              <w:t xml:space="preserve">Bu planlamalar kapsamında yürütülecek öğretim faaliyetleri; öğrenci katılımını desteklemeli, yaparak ve yaşayarak öğrenmeye olanak tanımalı, öğrencinin bütüncül gelişimine hizmet etmelidir.                                                                                    </w:t>
            </w:r>
            <w:r w:rsidRPr="00754CFB">
              <w:rPr>
                <w:rFonts w:ascii="Calibri" w:hAnsi="Calibri"/>
                <w:sz w:val="12"/>
              </w:rPr>
              <w:br/>
              <w:t xml:space="preserve">   *Bu çerçeve planda belirtilen okul temelli planlama haftaları örnek olarak sunulmuştur. Planlama, zümre öğretmenler kurulunda alınan kararlara </w:t>
            </w:r>
            <w:proofErr w:type="gramStart"/>
            <w:r w:rsidRPr="00754CFB">
              <w:rPr>
                <w:rFonts w:ascii="Calibri" w:hAnsi="Calibri"/>
                <w:sz w:val="12"/>
              </w:rPr>
              <w:t>göre  okul</w:t>
            </w:r>
            <w:proofErr w:type="gramEnd"/>
            <w:r w:rsidRPr="00754CFB">
              <w:rPr>
                <w:rFonts w:ascii="Calibri" w:hAnsi="Calibri"/>
                <w:sz w:val="12"/>
              </w:rPr>
              <w:t xml:space="preserve"> ve ders koşulları göz önünde bulundurularak yapılmalıdır.</w:t>
            </w:r>
          </w:p>
        </w:tc>
      </w:tr>
      <w:tr w:rsidR="00DD3645" w:rsidRPr="00754CFB" w:rsidTr="00DD3645">
        <w:tblPrEx>
          <w:tblCellMar>
            <w:left w:w="108" w:type="dxa"/>
            <w:right w:w="108" w:type="dxa"/>
          </w:tblCellMar>
          <w:tblLook w:val="04A0"/>
        </w:tblPrEx>
        <w:trPr>
          <w:trHeight w:val="210"/>
          <w:jc w:val="center"/>
        </w:trPr>
        <w:tc>
          <w:tcPr>
            <w:tcW w:w="792" w:type="dxa"/>
            <w:vMerge/>
            <w:shd w:val="clear" w:color="auto" w:fill="F8FAFC"/>
            <w:tcMar>
              <w:top w:w="20" w:type="dxa"/>
              <w:left w:w="20" w:type="dxa"/>
              <w:bottom w:w="20" w:type="dxa"/>
              <w:right w:w="20" w:type="dxa"/>
            </w:tcMar>
          </w:tcPr>
          <w:p w:rsidR="00DD3645" w:rsidRPr="00754CFB" w:rsidRDefault="00DD3645" w:rsidP="000920F2">
            <w:pPr>
              <w:spacing w:after="0" w:line="240" w:lineRule="auto"/>
              <w:jc w:val="center"/>
              <w:rPr>
                <w:rFonts w:ascii="Calibri" w:hAnsi="Calibri"/>
                <w:sz w:val="12"/>
              </w:rPr>
            </w:pPr>
          </w:p>
        </w:tc>
        <w:tc>
          <w:tcPr>
            <w:tcW w:w="1008" w:type="dxa"/>
            <w:vMerge/>
            <w:shd w:val="clear" w:color="auto" w:fill="F8FAFC"/>
            <w:tcMar>
              <w:top w:w="20" w:type="dxa"/>
              <w:left w:w="20" w:type="dxa"/>
              <w:bottom w:w="20" w:type="dxa"/>
              <w:right w:w="20" w:type="dxa"/>
            </w:tcMar>
          </w:tcPr>
          <w:p w:rsidR="00DD3645" w:rsidRPr="00754CFB" w:rsidRDefault="00DD3645" w:rsidP="000920F2">
            <w:pPr>
              <w:spacing w:after="0" w:line="240" w:lineRule="auto"/>
              <w:jc w:val="center"/>
              <w:rPr>
                <w:rFonts w:ascii="Calibri" w:hAnsi="Calibri"/>
                <w:sz w:val="12"/>
              </w:rPr>
            </w:pPr>
          </w:p>
        </w:tc>
        <w:tc>
          <w:tcPr>
            <w:tcW w:w="711" w:type="dxa"/>
            <w:shd w:val="clear" w:color="auto" w:fill="CCFFFF"/>
            <w:tcMar>
              <w:top w:w="20" w:type="dxa"/>
              <w:left w:w="20" w:type="dxa"/>
              <w:bottom w:w="20" w:type="dxa"/>
              <w:right w:w="20" w:type="dxa"/>
            </w:tcMar>
          </w:tcPr>
          <w:p w:rsidR="00DD3645" w:rsidRPr="00754CFB" w:rsidRDefault="00DD3645" w:rsidP="000920F2">
            <w:pPr>
              <w:spacing w:after="0" w:line="240" w:lineRule="auto"/>
              <w:jc w:val="center"/>
              <w:rPr>
                <w:rFonts w:ascii="Calibri" w:hAnsi="Calibri"/>
                <w:sz w:val="12"/>
              </w:rPr>
            </w:pPr>
            <w:r>
              <w:rPr>
                <w:rFonts w:ascii="Calibri" w:hAnsi="Calibri"/>
                <w:sz w:val="12"/>
              </w:rPr>
              <w:t>1*</w:t>
            </w:r>
          </w:p>
        </w:tc>
        <w:tc>
          <w:tcPr>
            <w:tcW w:w="5544" w:type="dxa"/>
            <w:gridSpan w:val="6"/>
            <w:shd w:val="clear" w:color="auto" w:fill="CCFFFF"/>
            <w:tcMar>
              <w:top w:w="20" w:type="dxa"/>
              <w:left w:w="20" w:type="dxa"/>
              <w:bottom w:w="20" w:type="dxa"/>
              <w:right w:w="20" w:type="dxa"/>
            </w:tcMar>
          </w:tcPr>
          <w:p w:rsidR="00DD3645" w:rsidRPr="00754CFB" w:rsidRDefault="00DD3645" w:rsidP="00DD3645">
            <w:pPr>
              <w:spacing w:after="0" w:line="240" w:lineRule="auto"/>
              <w:jc w:val="center"/>
              <w:rPr>
                <w:rFonts w:ascii="Calibri" w:hAnsi="Calibri"/>
                <w:sz w:val="12"/>
              </w:rPr>
            </w:pPr>
            <w:r w:rsidRPr="00DD3645">
              <w:rPr>
                <w:rFonts w:ascii="Calibri" w:hAnsi="Calibri"/>
                <w:b/>
                <w:sz w:val="12"/>
              </w:rPr>
              <w:t>* OKUL TEMELLİ PLANLAMA</w:t>
            </w:r>
            <w:r w:rsidRPr="00DD3645">
              <w:rPr>
                <w:rFonts w:ascii="Calibri" w:hAnsi="Calibri"/>
                <w:sz w:val="12"/>
              </w:rPr>
              <w:t xml:space="preserve"> Öğrenciler ailelerindeki mesleklerin ve rollerin geçmişten bugüne değişimini araştırıp sergiler.</w:t>
            </w:r>
            <w:r>
              <w:rPr>
                <w:rFonts w:ascii="Calibri" w:hAnsi="Calibri"/>
                <w:sz w:val="12"/>
              </w:rPr>
              <w:t xml:space="preserve"> </w:t>
            </w:r>
            <w:r w:rsidRPr="00DD3645">
              <w:rPr>
                <w:rFonts w:ascii="Calibri" w:hAnsi="Calibri"/>
                <w:sz w:val="12"/>
              </w:rPr>
              <w:t>(Benim Ailem-Geçmiş ve Bugün)</w:t>
            </w:r>
          </w:p>
        </w:tc>
        <w:tc>
          <w:tcPr>
            <w:tcW w:w="1224" w:type="dxa"/>
            <w:gridSpan w:val="2"/>
            <w:vMerge/>
            <w:shd w:val="clear" w:color="auto" w:fill="F8FAFC"/>
            <w:tcMar>
              <w:top w:w="20" w:type="dxa"/>
              <w:left w:w="20" w:type="dxa"/>
              <w:bottom w:w="20" w:type="dxa"/>
              <w:right w:w="20" w:type="dxa"/>
            </w:tcMar>
          </w:tcPr>
          <w:p w:rsidR="00DD3645" w:rsidRPr="00754CFB" w:rsidRDefault="00DD3645" w:rsidP="000920F2">
            <w:pPr>
              <w:spacing w:after="0" w:line="240" w:lineRule="auto"/>
              <w:rPr>
                <w:rFonts w:ascii="Calibri" w:hAnsi="Calibri"/>
                <w:sz w:val="12"/>
              </w:rPr>
            </w:pPr>
          </w:p>
        </w:tc>
        <w:tc>
          <w:tcPr>
            <w:tcW w:w="1152" w:type="dxa"/>
            <w:vMerge/>
            <w:shd w:val="clear" w:color="auto" w:fill="F8FAFC"/>
            <w:tcMar>
              <w:top w:w="20" w:type="dxa"/>
              <w:left w:w="20" w:type="dxa"/>
              <w:bottom w:w="20" w:type="dxa"/>
              <w:right w:w="20" w:type="dxa"/>
            </w:tcMar>
          </w:tcPr>
          <w:p w:rsidR="00DD3645" w:rsidRPr="00754CFB" w:rsidRDefault="00DD3645" w:rsidP="000920F2">
            <w:pPr>
              <w:spacing w:after="0" w:line="240" w:lineRule="auto"/>
              <w:rPr>
                <w:rFonts w:ascii="Calibri" w:hAnsi="Calibri"/>
                <w:sz w:val="12"/>
              </w:rPr>
            </w:pPr>
          </w:p>
        </w:tc>
        <w:tc>
          <w:tcPr>
            <w:tcW w:w="1008" w:type="dxa"/>
            <w:vMerge/>
            <w:shd w:val="clear" w:color="auto" w:fill="F8FAFC"/>
            <w:tcMar>
              <w:top w:w="20" w:type="dxa"/>
              <w:left w:w="20" w:type="dxa"/>
              <w:bottom w:w="20" w:type="dxa"/>
              <w:right w:w="20" w:type="dxa"/>
            </w:tcMar>
          </w:tcPr>
          <w:p w:rsidR="00DD3645" w:rsidRPr="00754CFB" w:rsidRDefault="00DD3645" w:rsidP="000920F2">
            <w:pPr>
              <w:spacing w:after="0" w:line="240" w:lineRule="auto"/>
              <w:rPr>
                <w:rFonts w:ascii="Calibri" w:hAnsi="Calibri"/>
                <w:sz w:val="12"/>
              </w:rPr>
            </w:pPr>
          </w:p>
        </w:tc>
        <w:tc>
          <w:tcPr>
            <w:tcW w:w="1152" w:type="dxa"/>
            <w:gridSpan w:val="2"/>
            <w:vMerge/>
            <w:shd w:val="clear" w:color="auto" w:fill="F8FAFC"/>
            <w:tcMar>
              <w:top w:w="20" w:type="dxa"/>
              <w:left w:w="20" w:type="dxa"/>
              <w:bottom w:w="20" w:type="dxa"/>
              <w:right w:w="20" w:type="dxa"/>
            </w:tcMar>
          </w:tcPr>
          <w:p w:rsidR="00DD3645" w:rsidRPr="00754CFB" w:rsidRDefault="00DD3645" w:rsidP="000920F2">
            <w:pPr>
              <w:spacing w:after="0" w:line="240" w:lineRule="auto"/>
              <w:rPr>
                <w:rFonts w:ascii="Calibri" w:hAnsi="Calibri"/>
                <w:sz w:val="12"/>
              </w:rPr>
            </w:pPr>
          </w:p>
        </w:tc>
        <w:tc>
          <w:tcPr>
            <w:tcW w:w="1008" w:type="dxa"/>
            <w:gridSpan w:val="2"/>
            <w:vMerge/>
            <w:shd w:val="clear" w:color="auto" w:fill="F8FAFC"/>
            <w:tcMar>
              <w:top w:w="20" w:type="dxa"/>
              <w:left w:w="20" w:type="dxa"/>
              <w:bottom w:w="20" w:type="dxa"/>
              <w:right w:w="20" w:type="dxa"/>
            </w:tcMar>
          </w:tcPr>
          <w:p w:rsidR="00DD3645" w:rsidRPr="00754CFB" w:rsidRDefault="00DD3645" w:rsidP="000920F2">
            <w:pPr>
              <w:spacing w:after="0" w:line="240" w:lineRule="auto"/>
            </w:pPr>
          </w:p>
        </w:tc>
        <w:tc>
          <w:tcPr>
            <w:tcW w:w="1296" w:type="dxa"/>
            <w:gridSpan w:val="2"/>
            <w:vMerge/>
            <w:shd w:val="clear" w:color="auto" w:fill="F8FAFC"/>
            <w:tcMar>
              <w:top w:w="20" w:type="dxa"/>
              <w:left w:w="20" w:type="dxa"/>
              <w:bottom w:w="20" w:type="dxa"/>
              <w:right w:w="20" w:type="dxa"/>
            </w:tcMar>
          </w:tcPr>
          <w:p w:rsidR="00DD3645" w:rsidRPr="00754CFB" w:rsidRDefault="00DD3645" w:rsidP="000920F2">
            <w:pPr>
              <w:spacing w:after="0" w:line="240" w:lineRule="auto"/>
              <w:rPr>
                <w:rFonts w:ascii="Calibri" w:hAnsi="Calibri"/>
                <w:sz w:val="12"/>
              </w:rPr>
            </w:pPr>
          </w:p>
        </w:tc>
        <w:tc>
          <w:tcPr>
            <w:tcW w:w="1224" w:type="dxa"/>
            <w:gridSpan w:val="2"/>
            <w:vMerge/>
            <w:shd w:val="clear" w:color="auto" w:fill="F8FAFC"/>
            <w:tcMar>
              <w:top w:w="20" w:type="dxa"/>
              <w:left w:w="20" w:type="dxa"/>
              <w:bottom w:w="20" w:type="dxa"/>
              <w:right w:w="20" w:type="dxa"/>
            </w:tcMar>
          </w:tcPr>
          <w:p w:rsidR="00DD3645" w:rsidRPr="00754CFB" w:rsidRDefault="00DD3645" w:rsidP="000920F2">
            <w:pPr>
              <w:spacing w:after="0" w:line="240" w:lineRule="auto"/>
              <w:rPr>
                <w:rFonts w:ascii="Calibri" w:hAnsi="Calibri"/>
                <w:sz w:val="12"/>
              </w:rPr>
            </w:pPr>
          </w:p>
        </w:tc>
      </w:tr>
      <w:tr w:rsidR="003020B8" w:rsidRPr="00754CFB" w:rsidTr="00754CFB">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3020B8" w:rsidRPr="00754CFB" w:rsidRDefault="003020B8" w:rsidP="000920F2">
            <w:pPr>
              <w:spacing w:after="0" w:line="240" w:lineRule="auto"/>
              <w:jc w:val="center"/>
            </w:pPr>
            <w:r w:rsidRPr="00754CFB">
              <w:rPr>
                <w:rFonts w:ascii="Calibri" w:hAnsi="Calibri"/>
                <w:sz w:val="12"/>
              </w:rPr>
              <w:t>EYLÜL</w:t>
            </w:r>
          </w:p>
        </w:tc>
        <w:tc>
          <w:tcPr>
            <w:tcW w:w="1008" w:type="dxa"/>
            <w:shd w:val="clear" w:color="auto" w:fill="FFFFFF"/>
            <w:tcMar>
              <w:top w:w="20" w:type="dxa"/>
              <w:left w:w="20" w:type="dxa"/>
              <w:bottom w:w="20" w:type="dxa"/>
              <w:right w:w="20" w:type="dxa"/>
            </w:tcMar>
          </w:tcPr>
          <w:p w:rsidR="003020B8" w:rsidRPr="00754CFB" w:rsidRDefault="003020B8" w:rsidP="000920F2">
            <w:pPr>
              <w:spacing w:after="0" w:line="240" w:lineRule="auto"/>
              <w:jc w:val="center"/>
            </w:pPr>
            <w:r w:rsidRPr="00754CFB">
              <w:rPr>
                <w:rFonts w:ascii="Calibri" w:hAnsi="Calibri"/>
                <w:sz w:val="12"/>
              </w:rPr>
              <w:t>2. Hafta:</w:t>
            </w:r>
            <w:r w:rsidRPr="00754CFB">
              <w:rPr>
                <w:rFonts w:ascii="Calibri" w:hAnsi="Calibri"/>
                <w:sz w:val="12"/>
              </w:rPr>
              <w:br/>
              <w:t xml:space="preserve"> 21-25 Eylül</w:t>
            </w:r>
          </w:p>
        </w:tc>
        <w:tc>
          <w:tcPr>
            <w:tcW w:w="711" w:type="dxa"/>
            <w:shd w:val="clear" w:color="auto" w:fill="FFFFFF"/>
            <w:tcMar>
              <w:top w:w="20" w:type="dxa"/>
              <w:left w:w="20" w:type="dxa"/>
              <w:bottom w:w="20" w:type="dxa"/>
              <w:right w:w="20" w:type="dxa"/>
            </w:tcMar>
          </w:tcPr>
          <w:p w:rsidR="003020B8" w:rsidRPr="00754CFB" w:rsidRDefault="003020B8"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3020B8" w:rsidRPr="00754CFB" w:rsidRDefault="003020B8" w:rsidP="00A438D4">
            <w:pPr>
              <w:spacing w:after="0" w:line="240" w:lineRule="auto"/>
              <w:jc w:val="center"/>
            </w:pPr>
            <w:r w:rsidRPr="00754CFB">
              <w:rPr>
                <w:rFonts w:ascii="Calibri" w:hAnsi="Calibri"/>
                <w:sz w:val="12"/>
              </w:rPr>
              <w:t>BİRLİKTE YAŞAMAK</w:t>
            </w:r>
          </w:p>
        </w:tc>
        <w:tc>
          <w:tcPr>
            <w:tcW w:w="1224" w:type="dxa"/>
            <w:gridSpan w:val="2"/>
            <w:shd w:val="clear" w:color="auto" w:fill="FFFFFF"/>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Kültürel Bağlarımızın ve Millî Değerlerimizin Toplumsal Birlikteliğe Etkisi</w:t>
            </w:r>
          </w:p>
        </w:tc>
        <w:tc>
          <w:tcPr>
            <w:tcW w:w="1512" w:type="dxa"/>
            <w:shd w:val="clear" w:color="auto" w:fill="FFFFFF"/>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SB.6.1.1. Dâhil olduğu grupların ve bu gruplardaki rollerinin zaman içerisinde değişebile ceğine ilişkin çıkarım yapabilme</w:t>
            </w:r>
          </w:p>
        </w:tc>
        <w:tc>
          <w:tcPr>
            <w:tcW w:w="1656" w:type="dxa"/>
            <w:gridSpan w:val="2"/>
            <w:shd w:val="clear" w:color="auto" w:fill="FFFFFF"/>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a) Dâhil olduğu gruplar ve bu gruplardaki rollerinin zaman içerisinde değişebileceği</w:t>
            </w:r>
            <w:r w:rsidRPr="00754CFB">
              <w:rPr>
                <w:rFonts w:ascii="Calibri" w:hAnsi="Calibri"/>
                <w:sz w:val="12"/>
              </w:rPr>
              <w:br/>
              <w:t xml:space="preserve">ne ilişkin varsayımda bulunur. </w:t>
            </w:r>
            <w:r w:rsidRPr="00754CFB">
              <w:rPr>
                <w:rFonts w:ascii="Calibri" w:hAnsi="Calibri"/>
                <w:sz w:val="12"/>
              </w:rPr>
              <w:br/>
              <w:t xml:space="preserve">b) Farklı grupları ve bu gruplardaki </w:t>
            </w:r>
            <w:proofErr w:type="gramStart"/>
            <w:r w:rsidRPr="00754CFB">
              <w:rPr>
                <w:rFonts w:ascii="Calibri" w:hAnsi="Calibri"/>
                <w:sz w:val="12"/>
              </w:rPr>
              <w:t>rolleri  listeler</w:t>
            </w:r>
            <w:proofErr w:type="gramEnd"/>
            <w:r w:rsidRPr="00754CFB">
              <w:rPr>
                <w:rFonts w:ascii="Calibri" w:hAnsi="Calibri"/>
                <w:sz w:val="12"/>
              </w:rPr>
              <w:t>.</w:t>
            </w:r>
            <w:r w:rsidRPr="00754CFB">
              <w:rPr>
                <w:rFonts w:ascii="Calibri" w:hAnsi="Calibri"/>
                <w:sz w:val="12"/>
              </w:rPr>
              <w:br/>
              <w:t xml:space="preserve">c) Farklı grupları ve bu gruplardaki rolleri karşılaştırır. </w:t>
            </w:r>
            <w:r w:rsidRPr="00754CFB">
              <w:rPr>
                <w:rFonts w:ascii="Calibri" w:hAnsi="Calibri"/>
                <w:sz w:val="12"/>
              </w:rPr>
              <w:br/>
              <w:t>ç)   Gelecekte dâhil olabileceği gruplar ve roller ile ilgili önermede bulunur.</w:t>
            </w:r>
            <w:r w:rsidRPr="00754CFB">
              <w:rPr>
                <w:rFonts w:ascii="Calibri" w:hAnsi="Calibri"/>
                <w:sz w:val="12"/>
              </w:rPr>
              <w:br/>
              <w:t xml:space="preserve">d) Dâhil olduğu grupların ve bu gruplardaki rollerinin zaman içinde değişebileceğini </w:t>
            </w:r>
            <w:r w:rsidRPr="00754CFB">
              <w:rPr>
                <w:rFonts w:ascii="Calibri" w:hAnsi="Calibri"/>
                <w:sz w:val="12"/>
              </w:rPr>
              <w:br/>
              <w:t>değerlendirir.</w:t>
            </w:r>
          </w:p>
        </w:tc>
        <w:tc>
          <w:tcPr>
            <w:tcW w:w="1224" w:type="dxa"/>
            <w:gridSpan w:val="2"/>
            <w:shd w:val="clear" w:color="auto" w:fill="FFFFFF"/>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 xml:space="preserve">Karşılaştırma tablosu, </w:t>
            </w:r>
            <w:r w:rsidRPr="00754CFB">
              <w:rPr>
                <w:rFonts w:ascii="Calibri" w:hAnsi="Calibri"/>
                <w:sz w:val="12"/>
              </w:rPr>
              <w:br/>
              <w:t xml:space="preserve">Bütüncül dereceli puanlama anahtarı, </w:t>
            </w:r>
            <w:r w:rsidRPr="00754CFB">
              <w:rPr>
                <w:rFonts w:ascii="Calibri" w:hAnsi="Calibri"/>
                <w:sz w:val="12"/>
              </w:rPr>
              <w:br/>
              <w:t>Balık kılçığı,</w:t>
            </w:r>
            <w:r w:rsidRPr="00754CFB">
              <w:rPr>
                <w:rFonts w:ascii="Calibri" w:hAnsi="Calibri"/>
                <w:sz w:val="12"/>
              </w:rPr>
              <w:br/>
              <w:t xml:space="preserve">Açık uçlu sorulardan oluşan </w:t>
            </w:r>
            <w:r w:rsidRPr="00754CFB">
              <w:rPr>
                <w:rFonts w:ascii="Calibri" w:hAnsi="Calibri"/>
                <w:sz w:val="12"/>
              </w:rPr>
              <w:br/>
              <w:t>çalışma yaprakları ve performans görevleri</w:t>
            </w:r>
          </w:p>
        </w:tc>
        <w:tc>
          <w:tcPr>
            <w:tcW w:w="1152" w:type="dxa"/>
            <w:shd w:val="clear" w:color="auto" w:fill="FFFFFF"/>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SDB2.1. İletişim, SDB2.2. İş Birliği, SDB2.3. Sosyal Farkındalık, SDB3.1. Uyum, SDB3.3. Sorumlu Karar Verme</w:t>
            </w:r>
          </w:p>
        </w:tc>
        <w:tc>
          <w:tcPr>
            <w:tcW w:w="1008" w:type="dxa"/>
            <w:shd w:val="clear" w:color="auto" w:fill="FFFFFF"/>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D2. Aile Bütünlüğü, D5. Duyarlılık</w:t>
            </w:r>
            <w:proofErr w:type="gramStart"/>
            <w:r w:rsidRPr="00754CFB">
              <w:rPr>
                <w:rFonts w:ascii="Calibri" w:hAnsi="Calibri"/>
                <w:sz w:val="12"/>
              </w:rPr>
              <w:t>,</w:t>
            </w:r>
            <w:proofErr w:type="gramEnd"/>
            <w:r w:rsidRPr="00754CFB">
              <w:rPr>
                <w:rFonts w:ascii="Calibri" w:hAnsi="Calibri"/>
                <w:sz w:val="12"/>
              </w:rPr>
              <w:br/>
              <w:t>D16. Sorumluluk</w:t>
            </w:r>
            <w:proofErr w:type="gramStart"/>
            <w:r w:rsidRPr="00754CFB">
              <w:rPr>
                <w:rFonts w:ascii="Calibri" w:hAnsi="Calibri"/>
                <w:sz w:val="12"/>
              </w:rPr>
              <w:t>,</w:t>
            </w:r>
            <w:proofErr w:type="gramEnd"/>
            <w:r w:rsidRPr="00754CFB">
              <w:rPr>
                <w:rFonts w:ascii="Calibri" w:hAnsi="Calibri"/>
                <w:sz w:val="12"/>
              </w:rPr>
              <w:br/>
              <w:t>D19. Vatanseverlik</w:t>
            </w:r>
          </w:p>
        </w:tc>
        <w:tc>
          <w:tcPr>
            <w:tcW w:w="1152" w:type="dxa"/>
            <w:gridSpan w:val="2"/>
            <w:shd w:val="clear" w:color="auto" w:fill="FFFFFF"/>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 xml:space="preserve">OB1. Bilgi Okuryazarlığı, </w:t>
            </w:r>
            <w:r w:rsidRPr="00754CFB">
              <w:rPr>
                <w:rFonts w:ascii="Calibri" w:hAnsi="Calibri"/>
                <w:sz w:val="12"/>
              </w:rPr>
              <w:br/>
              <w:t>OB2. Dijital Okuryazarlık</w:t>
            </w:r>
            <w:proofErr w:type="gramStart"/>
            <w:r w:rsidRPr="00754CFB">
              <w:rPr>
                <w:rFonts w:ascii="Calibri" w:hAnsi="Calibri"/>
                <w:sz w:val="12"/>
              </w:rPr>
              <w:t>,</w:t>
            </w:r>
            <w:proofErr w:type="gramEnd"/>
            <w:r w:rsidRPr="00754CFB">
              <w:rPr>
                <w:rFonts w:ascii="Calibri" w:hAnsi="Calibri"/>
                <w:sz w:val="12"/>
              </w:rPr>
              <w:br/>
              <w:t>OB4. Görsel Okuryazarlık</w:t>
            </w:r>
            <w:proofErr w:type="gramStart"/>
            <w:r w:rsidRPr="00754CFB">
              <w:rPr>
                <w:rFonts w:ascii="Calibri" w:hAnsi="Calibri"/>
                <w:sz w:val="12"/>
              </w:rPr>
              <w:t>,</w:t>
            </w:r>
            <w:proofErr w:type="gramEnd"/>
            <w:r w:rsidRPr="00754CFB">
              <w:rPr>
                <w:rFonts w:ascii="Calibri" w:hAnsi="Calibri"/>
                <w:sz w:val="12"/>
              </w:rPr>
              <w:br/>
              <w:t>OB5. Kültür Okuryazarlığı</w:t>
            </w:r>
          </w:p>
        </w:tc>
        <w:tc>
          <w:tcPr>
            <w:tcW w:w="1008" w:type="dxa"/>
            <w:gridSpan w:val="2"/>
            <w:shd w:val="clear" w:color="auto" w:fill="FFFFFF"/>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15 Temmuz Demokrasi ve Millî Birlik Günü</w:t>
            </w:r>
          </w:p>
        </w:tc>
        <w:tc>
          <w:tcPr>
            <w:tcW w:w="1296" w:type="dxa"/>
            <w:gridSpan w:val="2"/>
            <w:vMerge/>
            <w:shd w:val="clear" w:color="auto" w:fill="FFFFFF"/>
            <w:tcMar>
              <w:top w:w="20" w:type="dxa"/>
              <w:left w:w="20" w:type="dxa"/>
              <w:bottom w:w="20" w:type="dxa"/>
              <w:right w:w="20" w:type="dxa"/>
            </w:tcMar>
          </w:tcPr>
          <w:p w:rsidR="003020B8" w:rsidRPr="00754CFB" w:rsidRDefault="003020B8" w:rsidP="000920F2">
            <w:pPr>
              <w:spacing w:after="0" w:line="240" w:lineRule="auto"/>
            </w:pPr>
          </w:p>
        </w:tc>
        <w:tc>
          <w:tcPr>
            <w:tcW w:w="1224" w:type="dxa"/>
            <w:gridSpan w:val="2"/>
            <w:vMerge/>
            <w:shd w:val="clear" w:color="auto" w:fill="FFFFFF"/>
            <w:tcMar>
              <w:top w:w="20" w:type="dxa"/>
              <w:left w:w="20" w:type="dxa"/>
              <w:bottom w:w="20" w:type="dxa"/>
              <w:right w:w="20" w:type="dxa"/>
            </w:tcMar>
          </w:tcPr>
          <w:p w:rsidR="003020B8" w:rsidRPr="00754CFB" w:rsidRDefault="003020B8" w:rsidP="000920F2">
            <w:pPr>
              <w:spacing w:after="0" w:line="240" w:lineRule="auto"/>
            </w:pPr>
          </w:p>
        </w:tc>
      </w:tr>
      <w:tr w:rsidR="000D1601"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601" w:rsidRPr="00754CFB" w:rsidRDefault="000D1601" w:rsidP="000920F2">
            <w:pPr>
              <w:spacing w:after="0" w:line="240" w:lineRule="auto"/>
              <w:jc w:val="center"/>
            </w:pPr>
            <w:r w:rsidRPr="00754CFB">
              <w:rPr>
                <w:rFonts w:ascii="Calibri" w:hAnsi="Calibri"/>
                <w:sz w:val="12"/>
              </w:rPr>
              <w:t>EYLÜL</w:t>
            </w:r>
          </w:p>
        </w:tc>
        <w:tc>
          <w:tcPr>
            <w:tcW w:w="1008" w:type="dxa"/>
            <w:shd w:val="clear" w:color="auto" w:fill="F8FAFC"/>
            <w:tcMar>
              <w:top w:w="20" w:type="dxa"/>
              <w:left w:w="20" w:type="dxa"/>
              <w:bottom w:w="20" w:type="dxa"/>
              <w:right w:w="20" w:type="dxa"/>
            </w:tcMar>
          </w:tcPr>
          <w:p w:rsidR="000D1601" w:rsidRPr="00754CFB" w:rsidRDefault="000D1601" w:rsidP="000920F2">
            <w:pPr>
              <w:spacing w:after="0" w:line="240" w:lineRule="auto"/>
              <w:jc w:val="center"/>
            </w:pPr>
            <w:r w:rsidRPr="00754CFB">
              <w:rPr>
                <w:rFonts w:ascii="Calibri" w:hAnsi="Calibri"/>
                <w:sz w:val="12"/>
              </w:rPr>
              <w:t>3. Hafta:</w:t>
            </w:r>
            <w:r w:rsidRPr="00754CFB">
              <w:rPr>
                <w:rFonts w:ascii="Calibri" w:hAnsi="Calibri"/>
                <w:sz w:val="12"/>
              </w:rPr>
              <w:br/>
              <w:t xml:space="preserve"> 28 Eylül-2 Ekim</w:t>
            </w:r>
          </w:p>
        </w:tc>
        <w:tc>
          <w:tcPr>
            <w:tcW w:w="711" w:type="dxa"/>
            <w:shd w:val="clear" w:color="auto" w:fill="F8FAFC"/>
            <w:tcMar>
              <w:top w:w="20" w:type="dxa"/>
              <w:left w:w="20" w:type="dxa"/>
              <w:bottom w:w="20" w:type="dxa"/>
              <w:right w:w="20" w:type="dxa"/>
            </w:tcMar>
          </w:tcPr>
          <w:p w:rsidR="000D1601" w:rsidRPr="00754CFB" w:rsidRDefault="000D1601"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0D1601" w:rsidRPr="00754CFB" w:rsidRDefault="000D1601" w:rsidP="00A438D4">
            <w:pPr>
              <w:spacing w:after="0" w:line="240" w:lineRule="auto"/>
              <w:jc w:val="center"/>
            </w:pPr>
            <w:r w:rsidRPr="00754CFB">
              <w:rPr>
                <w:rFonts w:ascii="Calibri" w:hAnsi="Calibri"/>
                <w:sz w:val="12"/>
              </w:rPr>
              <w:t>BİRLİKTE YAŞAMAK</w:t>
            </w:r>
          </w:p>
        </w:tc>
        <w:tc>
          <w:tcPr>
            <w:tcW w:w="1224" w:type="dxa"/>
            <w:gridSpan w:val="2"/>
            <w:shd w:val="clear" w:color="auto" w:fill="F8FAFC"/>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Kültürel Bağlarımızın ve Millî Değerlerimizin Toplumsal Birlikteliğe Etkisi</w:t>
            </w:r>
          </w:p>
        </w:tc>
        <w:tc>
          <w:tcPr>
            <w:tcW w:w="1512" w:type="dxa"/>
            <w:shd w:val="clear" w:color="auto" w:fill="F8FAFC"/>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SB.6.1.2. Kültürel bağlarımızın ve millî değerlerimizin toplumsal birliğe etkisini yorumlayabilme</w:t>
            </w:r>
          </w:p>
        </w:tc>
        <w:tc>
          <w:tcPr>
            <w:tcW w:w="1656" w:type="dxa"/>
            <w:gridSpan w:val="2"/>
            <w:shd w:val="clear" w:color="auto" w:fill="F8FAFC"/>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 xml:space="preserve">a)   Kültürel bağlarımızın ve millî değerlerimizin toplumsal birliğe etkisini inceler. </w:t>
            </w:r>
            <w:r w:rsidRPr="00754CFB">
              <w:rPr>
                <w:rFonts w:ascii="Calibri" w:hAnsi="Calibri"/>
                <w:sz w:val="12"/>
              </w:rPr>
              <w:br/>
              <w:t xml:space="preserve">b)   Kültürel bağlarımızın ve millî değerlerimizin toplumsal birliğe etkisine ilişkin edindiği </w:t>
            </w:r>
            <w:r w:rsidRPr="00754CFB">
              <w:rPr>
                <w:rFonts w:ascii="Calibri" w:hAnsi="Calibri"/>
                <w:sz w:val="12"/>
              </w:rPr>
              <w:br/>
              <w:t xml:space="preserve">bilgileri bağlamdan kopmadan dönüştürür. </w:t>
            </w:r>
            <w:r w:rsidRPr="00754CFB">
              <w:rPr>
                <w:rFonts w:ascii="Calibri" w:hAnsi="Calibri"/>
                <w:sz w:val="12"/>
              </w:rPr>
              <w:br/>
              <w:t xml:space="preserve">c)   Kültürel bağlarımızın ve millî değerlerimizin toplumsal birliğe etkisini nesnel, doğru </w:t>
            </w:r>
            <w:r w:rsidRPr="00754CFB">
              <w:rPr>
                <w:rFonts w:ascii="Calibri" w:hAnsi="Calibri"/>
                <w:sz w:val="12"/>
              </w:rPr>
              <w:br/>
              <w:t>ve anlamı değiştirmeyecek şekilde yeniden ifade eder.</w:t>
            </w:r>
          </w:p>
        </w:tc>
        <w:tc>
          <w:tcPr>
            <w:tcW w:w="1224" w:type="dxa"/>
            <w:gridSpan w:val="2"/>
            <w:vMerge w:val="restart"/>
            <w:shd w:val="clear" w:color="auto" w:fill="F8FAFC"/>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 xml:space="preserve">Karşılaştırma tablosu, </w:t>
            </w:r>
            <w:r w:rsidRPr="00754CFB">
              <w:rPr>
                <w:rFonts w:ascii="Calibri" w:hAnsi="Calibri"/>
                <w:sz w:val="12"/>
              </w:rPr>
              <w:br/>
              <w:t xml:space="preserve">Bütüncül dereceli puanlama anahtarı, </w:t>
            </w:r>
            <w:r w:rsidRPr="00754CFB">
              <w:rPr>
                <w:rFonts w:ascii="Calibri" w:hAnsi="Calibri"/>
                <w:sz w:val="12"/>
              </w:rPr>
              <w:br/>
              <w:t>Balık kılçığı,</w:t>
            </w:r>
            <w:r w:rsidRPr="00754CFB">
              <w:rPr>
                <w:rFonts w:ascii="Calibri" w:hAnsi="Calibri"/>
                <w:sz w:val="12"/>
              </w:rPr>
              <w:br/>
              <w:t xml:space="preserve">Açık uçlu sorulardan oluşan </w:t>
            </w:r>
            <w:r w:rsidRPr="00754CFB">
              <w:rPr>
                <w:rFonts w:ascii="Calibri" w:hAnsi="Calibri"/>
                <w:sz w:val="12"/>
              </w:rPr>
              <w:br/>
              <w:t>çalışma yaprakları ve performans görevleri</w:t>
            </w:r>
          </w:p>
        </w:tc>
        <w:tc>
          <w:tcPr>
            <w:tcW w:w="1152" w:type="dxa"/>
            <w:shd w:val="clear" w:color="auto" w:fill="F8FAFC"/>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SDB2.1. İletişim, SDB2.2. İş Birliği, SDB2.3. Sosyal Farkındalık, SDB3.1. Uyum, SDB3.3. Sorumlu Karar Verme</w:t>
            </w:r>
          </w:p>
        </w:tc>
        <w:tc>
          <w:tcPr>
            <w:tcW w:w="1008" w:type="dxa"/>
            <w:shd w:val="clear" w:color="auto" w:fill="F8FAFC"/>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D2. Aile Bütünlüğü, D5. Duyarlılık</w:t>
            </w:r>
            <w:proofErr w:type="gramStart"/>
            <w:r w:rsidRPr="00754CFB">
              <w:rPr>
                <w:rFonts w:ascii="Calibri" w:hAnsi="Calibri"/>
                <w:sz w:val="12"/>
              </w:rPr>
              <w:t>,</w:t>
            </w:r>
            <w:proofErr w:type="gramEnd"/>
            <w:r w:rsidRPr="00754CFB">
              <w:rPr>
                <w:rFonts w:ascii="Calibri" w:hAnsi="Calibri"/>
                <w:sz w:val="12"/>
              </w:rPr>
              <w:br/>
              <w:t>D16. Sorumluluk</w:t>
            </w:r>
            <w:proofErr w:type="gramStart"/>
            <w:r w:rsidRPr="00754CFB">
              <w:rPr>
                <w:rFonts w:ascii="Calibri" w:hAnsi="Calibri"/>
                <w:sz w:val="12"/>
              </w:rPr>
              <w:t>,</w:t>
            </w:r>
            <w:proofErr w:type="gramEnd"/>
            <w:r w:rsidRPr="00754CFB">
              <w:rPr>
                <w:rFonts w:ascii="Calibri" w:hAnsi="Calibri"/>
                <w:sz w:val="12"/>
              </w:rPr>
              <w:br/>
              <w:t>D19. Vatanseverlik</w:t>
            </w:r>
          </w:p>
        </w:tc>
        <w:tc>
          <w:tcPr>
            <w:tcW w:w="1152" w:type="dxa"/>
            <w:gridSpan w:val="2"/>
            <w:shd w:val="clear" w:color="auto" w:fill="F8FAFC"/>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 xml:space="preserve">OB1. Bilgi Okuryazarlığı, </w:t>
            </w:r>
            <w:r w:rsidRPr="00754CFB">
              <w:rPr>
                <w:rFonts w:ascii="Calibri" w:hAnsi="Calibri"/>
                <w:sz w:val="12"/>
              </w:rPr>
              <w:br/>
              <w:t>OB2. Dijital Okuryazarlık</w:t>
            </w:r>
            <w:proofErr w:type="gramStart"/>
            <w:r w:rsidRPr="00754CFB">
              <w:rPr>
                <w:rFonts w:ascii="Calibri" w:hAnsi="Calibri"/>
                <w:sz w:val="12"/>
              </w:rPr>
              <w:t>,</w:t>
            </w:r>
            <w:proofErr w:type="gramEnd"/>
            <w:r w:rsidRPr="00754CFB">
              <w:rPr>
                <w:rFonts w:ascii="Calibri" w:hAnsi="Calibri"/>
                <w:sz w:val="12"/>
              </w:rPr>
              <w:br/>
              <w:t>OB4. Görsel Okuryazarlık</w:t>
            </w:r>
            <w:proofErr w:type="gramStart"/>
            <w:r w:rsidRPr="00754CFB">
              <w:rPr>
                <w:rFonts w:ascii="Calibri" w:hAnsi="Calibri"/>
                <w:sz w:val="12"/>
              </w:rPr>
              <w:t>,</w:t>
            </w:r>
            <w:proofErr w:type="gramEnd"/>
            <w:r w:rsidRPr="00754CFB">
              <w:rPr>
                <w:rFonts w:ascii="Calibri" w:hAnsi="Calibri"/>
                <w:sz w:val="12"/>
              </w:rPr>
              <w:br/>
              <w:t>OB5. Kültür Okuryazarlığı</w:t>
            </w:r>
          </w:p>
        </w:tc>
        <w:tc>
          <w:tcPr>
            <w:tcW w:w="1008" w:type="dxa"/>
            <w:gridSpan w:val="2"/>
            <w:shd w:val="clear" w:color="auto" w:fill="F8FAFC"/>
            <w:tcMar>
              <w:top w:w="20" w:type="dxa"/>
              <w:left w:w="20" w:type="dxa"/>
              <w:bottom w:w="20" w:type="dxa"/>
              <w:right w:w="20" w:type="dxa"/>
            </w:tcMar>
          </w:tcPr>
          <w:p w:rsidR="000D1601" w:rsidRPr="00754CFB" w:rsidRDefault="000D1601" w:rsidP="000920F2">
            <w:pPr>
              <w:spacing w:after="0" w:line="240" w:lineRule="auto"/>
            </w:pPr>
          </w:p>
        </w:tc>
        <w:tc>
          <w:tcPr>
            <w:tcW w:w="1296" w:type="dxa"/>
            <w:gridSpan w:val="2"/>
            <w:shd w:val="clear" w:color="auto" w:fill="F8FAFC"/>
            <w:tcMar>
              <w:top w:w="20" w:type="dxa"/>
              <w:left w:w="20" w:type="dxa"/>
              <w:bottom w:w="20" w:type="dxa"/>
              <w:right w:w="20" w:type="dxa"/>
            </w:tcMar>
          </w:tcPr>
          <w:p w:rsidR="000D1601" w:rsidRPr="00754CFB" w:rsidRDefault="000D1601" w:rsidP="000920F2">
            <w:pPr>
              <w:spacing w:after="0" w:line="240" w:lineRule="auto"/>
            </w:pPr>
          </w:p>
        </w:tc>
        <w:tc>
          <w:tcPr>
            <w:tcW w:w="1224" w:type="dxa"/>
            <w:gridSpan w:val="2"/>
            <w:vMerge/>
            <w:shd w:val="clear" w:color="auto" w:fill="F8FAFC"/>
            <w:tcMar>
              <w:top w:w="20" w:type="dxa"/>
              <w:left w:w="20" w:type="dxa"/>
              <w:bottom w:w="20" w:type="dxa"/>
              <w:right w:w="20" w:type="dxa"/>
            </w:tcMar>
          </w:tcPr>
          <w:p w:rsidR="000D1601" w:rsidRPr="00754CFB" w:rsidRDefault="000D1601" w:rsidP="000920F2">
            <w:pPr>
              <w:spacing w:after="0" w:line="240" w:lineRule="auto"/>
            </w:pPr>
          </w:p>
        </w:tc>
      </w:tr>
      <w:tr w:rsidR="000D1601" w:rsidRPr="00754CFB" w:rsidTr="00754CFB">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601" w:rsidRPr="00754CFB" w:rsidRDefault="000D1601" w:rsidP="000920F2">
            <w:pPr>
              <w:spacing w:after="0" w:line="240" w:lineRule="auto"/>
              <w:jc w:val="center"/>
            </w:pPr>
            <w:r w:rsidRPr="00754CFB">
              <w:rPr>
                <w:rFonts w:ascii="Calibri" w:hAnsi="Calibri"/>
                <w:sz w:val="12"/>
              </w:rPr>
              <w:t>EKİM</w:t>
            </w:r>
          </w:p>
        </w:tc>
        <w:tc>
          <w:tcPr>
            <w:tcW w:w="1008" w:type="dxa"/>
            <w:shd w:val="clear" w:color="auto" w:fill="FFFFFF"/>
            <w:tcMar>
              <w:top w:w="20" w:type="dxa"/>
              <w:left w:w="20" w:type="dxa"/>
              <w:bottom w:w="20" w:type="dxa"/>
              <w:right w:w="20" w:type="dxa"/>
            </w:tcMar>
          </w:tcPr>
          <w:p w:rsidR="000D1601" w:rsidRPr="00754CFB" w:rsidRDefault="000D1601" w:rsidP="000920F2">
            <w:pPr>
              <w:spacing w:after="0" w:line="240" w:lineRule="auto"/>
              <w:jc w:val="center"/>
            </w:pPr>
            <w:r w:rsidRPr="00754CFB">
              <w:rPr>
                <w:rFonts w:ascii="Calibri" w:hAnsi="Calibri"/>
                <w:sz w:val="12"/>
              </w:rPr>
              <w:t>4. Hafta:</w:t>
            </w:r>
            <w:r w:rsidRPr="00754CFB">
              <w:rPr>
                <w:rFonts w:ascii="Calibri" w:hAnsi="Calibri"/>
                <w:sz w:val="12"/>
              </w:rPr>
              <w:br/>
              <w:t>5-9 Ekim</w:t>
            </w:r>
          </w:p>
        </w:tc>
        <w:tc>
          <w:tcPr>
            <w:tcW w:w="711" w:type="dxa"/>
            <w:shd w:val="clear" w:color="auto" w:fill="FFFFFF"/>
            <w:tcMar>
              <w:top w:w="20" w:type="dxa"/>
              <w:left w:w="20" w:type="dxa"/>
              <w:bottom w:w="20" w:type="dxa"/>
              <w:right w:w="20" w:type="dxa"/>
            </w:tcMar>
          </w:tcPr>
          <w:p w:rsidR="000D1601" w:rsidRPr="00754CFB" w:rsidRDefault="000D1601"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0D1601" w:rsidRPr="00754CFB" w:rsidRDefault="000D1601" w:rsidP="00A438D4">
            <w:pPr>
              <w:spacing w:after="0" w:line="240" w:lineRule="auto"/>
              <w:jc w:val="center"/>
            </w:pPr>
            <w:r w:rsidRPr="00754CFB">
              <w:rPr>
                <w:rFonts w:ascii="Calibri" w:hAnsi="Calibri"/>
                <w:sz w:val="12"/>
              </w:rPr>
              <w:t>BİRLİKTE YAŞAMAK</w:t>
            </w:r>
          </w:p>
        </w:tc>
        <w:tc>
          <w:tcPr>
            <w:tcW w:w="1224" w:type="dxa"/>
            <w:gridSpan w:val="2"/>
            <w:shd w:val="clear" w:color="auto" w:fill="FFFFFF"/>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Toplumsal Sorunlar ve Çözümler Önerileri</w:t>
            </w:r>
          </w:p>
        </w:tc>
        <w:tc>
          <w:tcPr>
            <w:tcW w:w="1512" w:type="dxa"/>
            <w:shd w:val="clear" w:color="auto" w:fill="FFFFFF"/>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SB.6.1.3. Toplumsal hayatta karşılaşılan sorunlara yönelik çözüm önerilerini müzakere edebilme</w:t>
            </w:r>
          </w:p>
        </w:tc>
        <w:tc>
          <w:tcPr>
            <w:tcW w:w="1656" w:type="dxa"/>
            <w:gridSpan w:val="2"/>
            <w:shd w:val="clear" w:color="auto" w:fill="FFFFFF"/>
            <w:tcMar>
              <w:top w:w="20" w:type="dxa"/>
              <w:left w:w="20" w:type="dxa"/>
              <w:bottom w:w="20" w:type="dxa"/>
              <w:right w:w="20" w:type="dxa"/>
            </w:tcMar>
          </w:tcPr>
          <w:p w:rsidR="000D1601" w:rsidRPr="00754CFB" w:rsidRDefault="000D1601" w:rsidP="000920F2">
            <w:pPr>
              <w:spacing w:after="0" w:line="240" w:lineRule="auto"/>
            </w:pPr>
            <w:r w:rsidRPr="00754CFB">
              <w:rPr>
                <w:rFonts w:ascii="Calibri" w:hAnsi="Calibri"/>
                <w:sz w:val="12"/>
              </w:rPr>
              <w:t>a) Toplumsal hayatta karşılaşılan sorunları fark eder.</w:t>
            </w:r>
            <w:r w:rsidRPr="00754CFB">
              <w:rPr>
                <w:rFonts w:ascii="Calibri" w:hAnsi="Calibri"/>
                <w:sz w:val="12"/>
              </w:rPr>
              <w:br/>
              <w:t xml:space="preserve">b) Toplumsal hayatta karşılaşılan sorunların nedenlerine </w:t>
            </w:r>
            <w:r>
              <w:rPr>
                <w:rFonts w:ascii="Calibri" w:hAnsi="Calibri"/>
                <w:sz w:val="12"/>
              </w:rPr>
              <w:t xml:space="preserve">yönelik farklı bakış </w:t>
            </w:r>
            <w:proofErr w:type="gramStart"/>
            <w:r>
              <w:rPr>
                <w:rFonts w:ascii="Calibri" w:hAnsi="Calibri"/>
                <w:sz w:val="12"/>
              </w:rPr>
              <w:t xml:space="preserve">açılarını  </w:t>
            </w:r>
            <w:r w:rsidRPr="00754CFB">
              <w:rPr>
                <w:rFonts w:ascii="Calibri" w:hAnsi="Calibri"/>
                <w:sz w:val="12"/>
              </w:rPr>
              <w:t>karşılaştırır</w:t>
            </w:r>
            <w:proofErr w:type="gramEnd"/>
            <w:r w:rsidRPr="00754CFB">
              <w:rPr>
                <w:rFonts w:ascii="Calibri" w:hAnsi="Calibri"/>
                <w:sz w:val="12"/>
              </w:rPr>
              <w:t>.</w:t>
            </w:r>
            <w:r w:rsidRPr="00754CFB">
              <w:rPr>
                <w:rFonts w:ascii="Calibri" w:hAnsi="Calibri"/>
                <w:sz w:val="12"/>
              </w:rPr>
              <w:br/>
              <w:t>c) Toplumsal hayatta karşılaşılan sorunlara yönelik çözüm önerileri geliştirir.</w:t>
            </w:r>
            <w:r w:rsidRPr="00754CFB">
              <w:rPr>
                <w:rFonts w:ascii="Calibri" w:hAnsi="Calibri"/>
                <w:sz w:val="12"/>
              </w:rPr>
              <w:br/>
              <w:t xml:space="preserve">ç)   Toplumsal hayatta karşılaşılan sorunlara yönelik çözüm önerilerini farklı görüş ve </w:t>
            </w:r>
            <w:r w:rsidRPr="00754CFB">
              <w:rPr>
                <w:rFonts w:ascii="Calibri" w:hAnsi="Calibri"/>
                <w:sz w:val="12"/>
              </w:rPr>
              <w:br/>
              <w:t>düşünceleri dikkate alarak düzenler.</w:t>
            </w:r>
            <w:r w:rsidRPr="00754CFB">
              <w:rPr>
                <w:rFonts w:ascii="Calibri" w:hAnsi="Calibri"/>
                <w:sz w:val="12"/>
              </w:rPr>
              <w:br/>
              <w:t>d) Toplumsal hayatta karşılaşılan sorunlara yönelik çözüm önerilerini savunur.</w:t>
            </w:r>
          </w:p>
        </w:tc>
        <w:tc>
          <w:tcPr>
            <w:tcW w:w="1224" w:type="dxa"/>
            <w:gridSpan w:val="2"/>
            <w:vMerge/>
            <w:shd w:val="clear" w:color="auto" w:fill="FFFFFF"/>
            <w:tcMar>
              <w:top w:w="20" w:type="dxa"/>
              <w:left w:w="20" w:type="dxa"/>
              <w:bottom w:w="20" w:type="dxa"/>
              <w:right w:w="20" w:type="dxa"/>
            </w:tcMar>
          </w:tcPr>
          <w:p w:rsidR="000D1601" w:rsidRPr="00754CFB" w:rsidRDefault="000D1601" w:rsidP="000920F2">
            <w:pPr>
              <w:spacing w:after="0" w:line="240" w:lineRule="auto"/>
            </w:pPr>
          </w:p>
        </w:tc>
        <w:tc>
          <w:tcPr>
            <w:tcW w:w="1152" w:type="dxa"/>
            <w:shd w:val="clear" w:color="auto" w:fill="FFFFFF"/>
            <w:tcMar>
              <w:top w:w="20" w:type="dxa"/>
              <w:left w:w="20" w:type="dxa"/>
              <w:bottom w:w="20" w:type="dxa"/>
              <w:right w:w="20" w:type="dxa"/>
            </w:tcMar>
          </w:tcPr>
          <w:p w:rsidR="000D1601" w:rsidRPr="00754CFB" w:rsidRDefault="000D1601" w:rsidP="000920F2">
            <w:pPr>
              <w:spacing w:after="0" w:line="240" w:lineRule="auto"/>
            </w:pPr>
          </w:p>
        </w:tc>
        <w:tc>
          <w:tcPr>
            <w:tcW w:w="1008" w:type="dxa"/>
            <w:shd w:val="clear" w:color="auto" w:fill="FFFFFF"/>
            <w:tcMar>
              <w:top w:w="20" w:type="dxa"/>
              <w:left w:w="20" w:type="dxa"/>
              <w:bottom w:w="20" w:type="dxa"/>
              <w:right w:w="20" w:type="dxa"/>
            </w:tcMar>
          </w:tcPr>
          <w:p w:rsidR="000D1601" w:rsidRPr="00754CFB" w:rsidRDefault="000D1601" w:rsidP="000920F2">
            <w:pPr>
              <w:spacing w:after="0" w:line="240" w:lineRule="auto"/>
            </w:pPr>
          </w:p>
        </w:tc>
        <w:tc>
          <w:tcPr>
            <w:tcW w:w="1152" w:type="dxa"/>
            <w:gridSpan w:val="2"/>
            <w:shd w:val="clear" w:color="auto" w:fill="FFFFFF"/>
            <w:tcMar>
              <w:top w:w="20" w:type="dxa"/>
              <w:left w:w="20" w:type="dxa"/>
              <w:bottom w:w="20" w:type="dxa"/>
              <w:right w:w="20" w:type="dxa"/>
            </w:tcMar>
          </w:tcPr>
          <w:p w:rsidR="000D1601" w:rsidRPr="00754CFB" w:rsidRDefault="000D1601" w:rsidP="000920F2">
            <w:pPr>
              <w:spacing w:after="0" w:line="240" w:lineRule="auto"/>
            </w:pPr>
          </w:p>
        </w:tc>
        <w:tc>
          <w:tcPr>
            <w:tcW w:w="1008" w:type="dxa"/>
            <w:gridSpan w:val="2"/>
            <w:shd w:val="clear" w:color="auto" w:fill="FFFFFF"/>
            <w:tcMar>
              <w:top w:w="20" w:type="dxa"/>
              <w:left w:w="20" w:type="dxa"/>
              <w:bottom w:w="20" w:type="dxa"/>
              <w:right w:w="20" w:type="dxa"/>
            </w:tcMar>
          </w:tcPr>
          <w:p w:rsidR="000D1601" w:rsidRPr="00754CFB" w:rsidRDefault="000D1601" w:rsidP="000920F2">
            <w:pPr>
              <w:spacing w:after="0" w:line="240" w:lineRule="auto"/>
            </w:pPr>
          </w:p>
        </w:tc>
        <w:tc>
          <w:tcPr>
            <w:tcW w:w="1296" w:type="dxa"/>
            <w:gridSpan w:val="2"/>
            <w:shd w:val="clear" w:color="auto" w:fill="FFFFFF"/>
            <w:tcMar>
              <w:top w:w="20" w:type="dxa"/>
              <w:left w:w="20" w:type="dxa"/>
              <w:bottom w:w="20" w:type="dxa"/>
              <w:right w:w="20" w:type="dxa"/>
            </w:tcMar>
          </w:tcPr>
          <w:p w:rsidR="000D1601" w:rsidRPr="00754CFB" w:rsidRDefault="000D1601" w:rsidP="000920F2">
            <w:pPr>
              <w:spacing w:after="0" w:line="240" w:lineRule="auto"/>
            </w:pPr>
          </w:p>
        </w:tc>
        <w:tc>
          <w:tcPr>
            <w:tcW w:w="1224" w:type="dxa"/>
            <w:gridSpan w:val="2"/>
            <w:vMerge/>
            <w:shd w:val="clear" w:color="auto" w:fill="FFFFFF"/>
            <w:tcMar>
              <w:top w:w="20" w:type="dxa"/>
              <w:left w:w="20" w:type="dxa"/>
              <w:bottom w:w="20" w:type="dxa"/>
              <w:right w:w="20" w:type="dxa"/>
            </w:tcMar>
          </w:tcPr>
          <w:p w:rsidR="000D1601" w:rsidRPr="00754CFB" w:rsidRDefault="000D1601"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EKİM</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5. Hafta:</w:t>
            </w:r>
            <w:r w:rsidRPr="00754CFB">
              <w:rPr>
                <w:rFonts w:ascii="Calibri" w:hAnsi="Calibri"/>
                <w:sz w:val="12"/>
              </w:rPr>
              <w:br/>
            </w:r>
            <w:r w:rsidRPr="00754CFB">
              <w:rPr>
                <w:rFonts w:ascii="Calibri" w:hAnsi="Calibri"/>
                <w:sz w:val="12"/>
              </w:rPr>
              <w:lastRenderedPageBreak/>
              <w:t>12-16 Ekim</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lastRenderedPageBreak/>
              <w:t>3</w:t>
            </w:r>
          </w:p>
        </w:tc>
        <w:tc>
          <w:tcPr>
            <w:tcW w:w="1152" w:type="dxa"/>
            <w:shd w:val="clear" w:color="auto" w:fill="F8FAFC"/>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BİRLİKTE YAŞAMAK</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Toplumsal Sorunlar ve </w:t>
            </w:r>
            <w:r w:rsidRPr="00754CFB">
              <w:rPr>
                <w:rFonts w:ascii="Calibri" w:hAnsi="Calibri"/>
                <w:sz w:val="12"/>
              </w:rPr>
              <w:lastRenderedPageBreak/>
              <w:t>Çözümler Önerileri</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lastRenderedPageBreak/>
              <w:t xml:space="preserve">SB.6.1.3. Toplumsal hayatta </w:t>
            </w:r>
            <w:r w:rsidRPr="00754CFB">
              <w:rPr>
                <w:rFonts w:ascii="Calibri" w:hAnsi="Calibri"/>
                <w:sz w:val="12"/>
              </w:rPr>
              <w:lastRenderedPageBreak/>
              <w:t>karşılaşılan sorunlara yönelik çözüm önerilerini müzakere edebilme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lastRenderedPageBreak/>
              <w:t xml:space="preserve">a) Toplumsal hayatta karşılaşılan </w:t>
            </w:r>
            <w:r w:rsidRPr="00754CFB">
              <w:rPr>
                <w:rFonts w:ascii="Calibri" w:hAnsi="Calibri"/>
                <w:sz w:val="12"/>
              </w:rPr>
              <w:lastRenderedPageBreak/>
              <w:t>sorunları fark eder.</w:t>
            </w:r>
            <w:r w:rsidRPr="00754CFB">
              <w:rPr>
                <w:rFonts w:ascii="Calibri" w:hAnsi="Calibri"/>
                <w:sz w:val="12"/>
              </w:rPr>
              <w:br/>
              <w:t xml:space="preserve">b) Toplumsal hayatta karşılaşılan sorunların nedenlerine yönelik </w:t>
            </w:r>
            <w:r w:rsidR="000D1601">
              <w:rPr>
                <w:rFonts w:ascii="Calibri" w:hAnsi="Calibri"/>
                <w:sz w:val="12"/>
              </w:rPr>
              <w:t xml:space="preserve">farklı bakış açılarını </w:t>
            </w:r>
            <w:r w:rsidRPr="00754CFB">
              <w:rPr>
                <w:rFonts w:ascii="Calibri" w:hAnsi="Calibri"/>
                <w:sz w:val="12"/>
              </w:rPr>
              <w:t>karşılaştırır.</w:t>
            </w:r>
            <w:r w:rsidRPr="00754CFB">
              <w:rPr>
                <w:rFonts w:ascii="Calibri" w:hAnsi="Calibri"/>
                <w:sz w:val="12"/>
              </w:rPr>
              <w:br/>
              <w:t>c) Toplumsal hayatta karşılaşılan sorunlara yönelik çözüm önerileri geliştirir.</w:t>
            </w:r>
            <w:r w:rsidRPr="00754CFB">
              <w:rPr>
                <w:rFonts w:ascii="Calibri" w:hAnsi="Calibri"/>
                <w:sz w:val="12"/>
              </w:rPr>
              <w:br/>
              <w:t xml:space="preserve">ç)   Toplumsal hayatta karşılaşılan sorunlara yönelik çözüm önerilerini farklı görüş ve </w:t>
            </w:r>
            <w:r w:rsidRPr="00754CFB">
              <w:rPr>
                <w:rFonts w:ascii="Calibri" w:hAnsi="Calibri"/>
                <w:sz w:val="12"/>
              </w:rPr>
              <w:br/>
              <w:t>düşünceleri dikkate alarak düzenler.</w:t>
            </w:r>
            <w:r w:rsidRPr="00754CFB">
              <w:rPr>
                <w:rFonts w:ascii="Calibri" w:hAnsi="Calibri"/>
                <w:sz w:val="12"/>
              </w:rPr>
              <w:br/>
              <w:t>d) Toplumsal hayatta karşılaşılan sorunlara yönelik çözüm önerilerini savunur.</w:t>
            </w: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F96C52" w:rsidRPr="00754CFB" w:rsidTr="00F96C52">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F96C52" w:rsidRPr="00754CFB" w:rsidRDefault="00F96C52" w:rsidP="000920F2">
            <w:pPr>
              <w:spacing w:after="0" w:line="240" w:lineRule="auto"/>
              <w:jc w:val="center"/>
            </w:pPr>
            <w:r w:rsidRPr="00754CFB">
              <w:rPr>
                <w:rFonts w:ascii="Calibri" w:hAnsi="Calibri"/>
                <w:sz w:val="12"/>
              </w:rPr>
              <w:lastRenderedPageBreak/>
              <w:t>EKİM</w:t>
            </w:r>
          </w:p>
        </w:tc>
        <w:tc>
          <w:tcPr>
            <w:tcW w:w="1008" w:type="dxa"/>
            <w:shd w:val="clear" w:color="auto" w:fill="FFFFFF"/>
            <w:tcMar>
              <w:top w:w="20" w:type="dxa"/>
              <w:left w:w="20" w:type="dxa"/>
              <w:bottom w:w="20" w:type="dxa"/>
              <w:right w:w="20" w:type="dxa"/>
            </w:tcMar>
          </w:tcPr>
          <w:p w:rsidR="00F96C52" w:rsidRPr="00754CFB" w:rsidRDefault="00F96C52" w:rsidP="000920F2">
            <w:pPr>
              <w:spacing w:after="0" w:line="240" w:lineRule="auto"/>
              <w:jc w:val="center"/>
            </w:pPr>
            <w:r w:rsidRPr="00754CFB">
              <w:rPr>
                <w:rFonts w:ascii="Calibri" w:hAnsi="Calibri"/>
                <w:sz w:val="12"/>
              </w:rPr>
              <w:t>6. Hafta:</w:t>
            </w:r>
            <w:r w:rsidRPr="00754CFB">
              <w:rPr>
                <w:rFonts w:ascii="Calibri" w:hAnsi="Calibri"/>
                <w:sz w:val="12"/>
              </w:rPr>
              <w:br/>
              <w:t xml:space="preserve"> 19-23 Ekim</w:t>
            </w:r>
          </w:p>
        </w:tc>
        <w:tc>
          <w:tcPr>
            <w:tcW w:w="711" w:type="dxa"/>
            <w:shd w:val="clear" w:color="auto" w:fill="CCFFFF"/>
            <w:tcMar>
              <w:top w:w="20" w:type="dxa"/>
              <w:left w:w="20" w:type="dxa"/>
              <w:bottom w:w="20" w:type="dxa"/>
              <w:right w:w="20" w:type="dxa"/>
            </w:tcMar>
          </w:tcPr>
          <w:p w:rsidR="00F96C52" w:rsidRPr="00754CFB" w:rsidRDefault="00F96C52" w:rsidP="000920F2">
            <w:pPr>
              <w:spacing w:after="0" w:line="240" w:lineRule="auto"/>
              <w:jc w:val="center"/>
            </w:pPr>
            <w:r w:rsidRPr="00754CFB">
              <w:rPr>
                <w:rFonts w:ascii="Calibri" w:hAnsi="Calibri"/>
                <w:sz w:val="12"/>
              </w:rPr>
              <w:t>1</w:t>
            </w:r>
          </w:p>
        </w:tc>
        <w:tc>
          <w:tcPr>
            <w:tcW w:w="5544" w:type="dxa"/>
            <w:gridSpan w:val="6"/>
            <w:shd w:val="clear" w:color="auto" w:fill="CCFFFF"/>
            <w:tcMar>
              <w:top w:w="20" w:type="dxa"/>
              <w:left w:w="20" w:type="dxa"/>
              <w:bottom w:w="20" w:type="dxa"/>
              <w:right w:w="20" w:type="dxa"/>
            </w:tcMar>
          </w:tcPr>
          <w:p w:rsidR="00F96C52" w:rsidRPr="00F96C52" w:rsidRDefault="00F96C52" w:rsidP="00F96C52">
            <w:pPr>
              <w:spacing w:after="0" w:line="240" w:lineRule="auto"/>
              <w:jc w:val="center"/>
              <w:rPr>
                <w:rFonts w:asciiTheme="majorHAnsi" w:hAnsiTheme="majorHAnsi"/>
                <w:sz w:val="12"/>
                <w:szCs w:val="12"/>
              </w:rPr>
            </w:pPr>
            <w:r w:rsidRPr="00F96C52">
              <w:rPr>
                <w:rFonts w:asciiTheme="majorHAnsi" w:hAnsiTheme="majorHAnsi"/>
                <w:sz w:val="12"/>
                <w:szCs w:val="12"/>
              </w:rPr>
              <w:t xml:space="preserve">* </w:t>
            </w:r>
            <w:r w:rsidRPr="00F96C52">
              <w:rPr>
                <w:rFonts w:asciiTheme="majorHAnsi" w:hAnsiTheme="majorHAnsi"/>
                <w:b/>
                <w:sz w:val="12"/>
                <w:szCs w:val="12"/>
              </w:rPr>
              <w:t>OKUL TEMELLİ PLANLAMA</w:t>
            </w:r>
            <w:r w:rsidRPr="00F96C52">
              <w:rPr>
                <w:rFonts w:asciiTheme="majorHAnsi" w:hAnsiTheme="majorHAnsi"/>
                <w:sz w:val="12"/>
                <w:szCs w:val="12"/>
              </w:rPr>
              <w:t xml:space="preserve"> -Öğrenciler okul veya mahalledeki herhangi bir sorunu tartışıp çözüm raporu hazırlar.</w:t>
            </w:r>
            <w:r>
              <w:rPr>
                <w:rFonts w:asciiTheme="majorHAnsi" w:hAnsiTheme="majorHAnsi"/>
                <w:sz w:val="12"/>
                <w:szCs w:val="12"/>
              </w:rPr>
              <w:t xml:space="preserve"> </w:t>
            </w:r>
            <w:r w:rsidRPr="00F96C52">
              <w:rPr>
                <w:rFonts w:asciiTheme="majorHAnsi" w:hAnsiTheme="majorHAnsi"/>
                <w:sz w:val="12"/>
                <w:szCs w:val="12"/>
              </w:rPr>
              <w:t>(Sorunları Çözüyoruz)</w:t>
            </w:r>
          </w:p>
        </w:tc>
        <w:tc>
          <w:tcPr>
            <w:tcW w:w="1224" w:type="dxa"/>
            <w:gridSpan w:val="2"/>
            <w:shd w:val="clear" w:color="auto" w:fill="FFFFFF"/>
            <w:tcMar>
              <w:top w:w="20" w:type="dxa"/>
              <w:left w:w="20" w:type="dxa"/>
              <w:bottom w:w="20" w:type="dxa"/>
              <w:right w:w="20" w:type="dxa"/>
            </w:tcMar>
          </w:tcPr>
          <w:p w:rsidR="00F96C52" w:rsidRPr="00754CFB" w:rsidRDefault="00F96C52" w:rsidP="000920F2">
            <w:pPr>
              <w:spacing w:after="0" w:line="240" w:lineRule="auto"/>
            </w:pPr>
          </w:p>
        </w:tc>
        <w:tc>
          <w:tcPr>
            <w:tcW w:w="1152" w:type="dxa"/>
            <w:shd w:val="clear" w:color="auto" w:fill="FFFFFF"/>
            <w:tcMar>
              <w:top w:w="20" w:type="dxa"/>
              <w:left w:w="20" w:type="dxa"/>
              <w:bottom w:w="20" w:type="dxa"/>
              <w:right w:w="20" w:type="dxa"/>
            </w:tcMar>
          </w:tcPr>
          <w:p w:rsidR="00F96C52" w:rsidRPr="00754CFB" w:rsidRDefault="00F96C52" w:rsidP="000920F2">
            <w:pPr>
              <w:spacing w:after="0" w:line="240" w:lineRule="auto"/>
            </w:pPr>
          </w:p>
        </w:tc>
        <w:tc>
          <w:tcPr>
            <w:tcW w:w="1008" w:type="dxa"/>
            <w:shd w:val="clear" w:color="auto" w:fill="FFFFFF"/>
            <w:tcMar>
              <w:top w:w="20" w:type="dxa"/>
              <w:left w:w="20" w:type="dxa"/>
              <w:bottom w:w="20" w:type="dxa"/>
              <w:right w:w="20" w:type="dxa"/>
            </w:tcMar>
          </w:tcPr>
          <w:p w:rsidR="00F96C52" w:rsidRPr="00754CFB" w:rsidRDefault="00F96C52" w:rsidP="000920F2">
            <w:pPr>
              <w:spacing w:after="0" w:line="240" w:lineRule="auto"/>
            </w:pPr>
          </w:p>
        </w:tc>
        <w:tc>
          <w:tcPr>
            <w:tcW w:w="1152" w:type="dxa"/>
            <w:gridSpan w:val="2"/>
            <w:shd w:val="clear" w:color="auto" w:fill="FFFFFF"/>
            <w:tcMar>
              <w:top w:w="20" w:type="dxa"/>
              <w:left w:w="20" w:type="dxa"/>
              <w:bottom w:w="20" w:type="dxa"/>
              <w:right w:w="20" w:type="dxa"/>
            </w:tcMar>
          </w:tcPr>
          <w:p w:rsidR="00F96C52" w:rsidRPr="00754CFB" w:rsidRDefault="00F96C52" w:rsidP="000920F2">
            <w:pPr>
              <w:spacing w:after="0" w:line="240" w:lineRule="auto"/>
            </w:pPr>
          </w:p>
        </w:tc>
        <w:tc>
          <w:tcPr>
            <w:tcW w:w="1008" w:type="dxa"/>
            <w:gridSpan w:val="2"/>
            <w:shd w:val="clear" w:color="auto" w:fill="FFFFFF"/>
            <w:tcMar>
              <w:top w:w="20" w:type="dxa"/>
              <w:left w:w="20" w:type="dxa"/>
              <w:bottom w:w="20" w:type="dxa"/>
              <w:right w:w="20" w:type="dxa"/>
            </w:tcMar>
          </w:tcPr>
          <w:p w:rsidR="00F96C52" w:rsidRPr="00754CFB" w:rsidRDefault="00F96C52" w:rsidP="000920F2">
            <w:pPr>
              <w:spacing w:after="0" w:line="240" w:lineRule="auto"/>
            </w:pPr>
          </w:p>
        </w:tc>
        <w:tc>
          <w:tcPr>
            <w:tcW w:w="1296" w:type="dxa"/>
            <w:gridSpan w:val="2"/>
            <w:shd w:val="clear" w:color="auto" w:fill="FFFFFF"/>
            <w:tcMar>
              <w:top w:w="20" w:type="dxa"/>
              <w:left w:w="20" w:type="dxa"/>
              <w:bottom w:w="20" w:type="dxa"/>
              <w:right w:w="20" w:type="dxa"/>
            </w:tcMar>
          </w:tcPr>
          <w:p w:rsidR="00F96C52" w:rsidRPr="00754CFB" w:rsidRDefault="00F96C52" w:rsidP="000920F2">
            <w:pPr>
              <w:spacing w:after="0" w:line="240" w:lineRule="auto"/>
            </w:pPr>
          </w:p>
        </w:tc>
        <w:tc>
          <w:tcPr>
            <w:tcW w:w="1224" w:type="dxa"/>
            <w:gridSpan w:val="2"/>
            <w:shd w:val="clear" w:color="auto" w:fill="FFFFFF"/>
            <w:tcMar>
              <w:top w:w="20" w:type="dxa"/>
              <w:left w:w="20" w:type="dxa"/>
              <w:bottom w:w="20" w:type="dxa"/>
              <w:right w:w="20" w:type="dxa"/>
            </w:tcMar>
          </w:tcPr>
          <w:p w:rsidR="00F96C52" w:rsidRPr="00754CFB" w:rsidRDefault="00F96C5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EKİM</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6. Hafta:</w:t>
            </w:r>
            <w:r w:rsidRPr="00754CFB">
              <w:rPr>
                <w:rFonts w:ascii="Calibri" w:hAnsi="Calibri"/>
                <w:sz w:val="12"/>
              </w:rPr>
              <w:br/>
              <w:t xml:space="preserve"> 19-23 Ekim</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w:t>
            </w:r>
          </w:p>
        </w:tc>
        <w:tc>
          <w:tcPr>
            <w:tcW w:w="1152" w:type="dxa"/>
            <w:shd w:val="clear" w:color="auto" w:fill="F8FAFC"/>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EVİMİZ DÜNYA</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Ülkemizin, Kıtaların ve Okyanusların Konum Özellikleri</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SB.6.2.1. Ülkemizin, kıtaların ve okyanusların konum özelliklerini algılayabilme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a) Ülkemizin, kıtaların ve okyanusların göreceli konum özellikleri ile ülkemizin mutlak </w:t>
            </w:r>
            <w:r w:rsidRPr="00754CFB">
              <w:rPr>
                <w:rFonts w:ascii="Calibri" w:hAnsi="Calibri"/>
                <w:sz w:val="12"/>
              </w:rPr>
              <w:br/>
              <w:t xml:space="preserve">konum özelliklerini belirler. </w:t>
            </w:r>
            <w:r w:rsidRPr="00754CFB">
              <w:rPr>
                <w:rFonts w:ascii="Calibri" w:hAnsi="Calibri"/>
                <w:sz w:val="12"/>
              </w:rPr>
              <w:br/>
              <w:t xml:space="preserve">b) Ülkemizin, kıtaların ve okyanusların göreceli konum özellikleri ile ülkemizin mutlak </w:t>
            </w:r>
            <w:r w:rsidRPr="00754CFB">
              <w:rPr>
                <w:rFonts w:ascii="Calibri" w:hAnsi="Calibri"/>
                <w:sz w:val="12"/>
              </w:rPr>
              <w:br/>
              <w:t>konum özelliklerini görselleştirir.</w:t>
            </w:r>
            <w:r w:rsidRPr="00754CFB">
              <w:rPr>
                <w:rFonts w:ascii="Calibri" w:hAnsi="Calibri"/>
                <w:sz w:val="12"/>
              </w:rPr>
              <w:br/>
              <w:t xml:space="preserve">c) Ülkemizin, kıtaların ve okyanusların göreceli konum özellikleri ile ülkemizin mutlak </w:t>
            </w:r>
            <w:r w:rsidRPr="00754CFB">
              <w:rPr>
                <w:rFonts w:ascii="Calibri" w:hAnsi="Calibri"/>
                <w:sz w:val="12"/>
              </w:rPr>
              <w:br/>
              <w:t>konum özelliklerini özetler.</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Sınıflama tablosu,</w:t>
            </w:r>
            <w:r w:rsidRPr="00754CFB">
              <w:rPr>
                <w:rFonts w:ascii="Calibri" w:hAnsi="Calibri"/>
                <w:sz w:val="12"/>
              </w:rPr>
              <w:br/>
              <w:t xml:space="preserve">Çalışma yaprakları, </w:t>
            </w:r>
            <w:r w:rsidRPr="00754CFB">
              <w:rPr>
                <w:rFonts w:ascii="Calibri" w:hAnsi="Calibri"/>
                <w:sz w:val="12"/>
              </w:rPr>
              <w:br/>
              <w:t xml:space="preserve">Derecelendirme ölçekleri, </w:t>
            </w:r>
            <w:r w:rsidRPr="00754CFB">
              <w:rPr>
                <w:rFonts w:ascii="Calibri" w:hAnsi="Calibri"/>
                <w:sz w:val="12"/>
              </w:rPr>
              <w:br/>
              <w:t>Gözlem formu,</w:t>
            </w:r>
            <w:r w:rsidRPr="00754CFB">
              <w:rPr>
                <w:rFonts w:ascii="Calibri" w:hAnsi="Calibri"/>
                <w:sz w:val="12"/>
              </w:rPr>
              <w:br/>
              <w:t>Kontrol listeleri</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SDB3.3. Sorumlu Karar Verme</w:t>
            </w:r>
            <w:proofErr w:type="gramStart"/>
            <w:r w:rsidRPr="00754CFB">
              <w:rPr>
                <w:rFonts w:ascii="Calibri" w:hAnsi="Calibri"/>
                <w:sz w:val="12"/>
              </w:rPr>
              <w:t>,</w:t>
            </w:r>
            <w:proofErr w:type="gramEnd"/>
            <w:r w:rsidRPr="00754CFB">
              <w:rPr>
                <w:rFonts w:ascii="Calibri" w:hAnsi="Calibri"/>
                <w:sz w:val="12"/>
              </w:rPr>
              <w:br/>
              <w:t>SDB2.3. Sosyal Farkındalık</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D5. Duyarlılık</w:t>
            </w:r>
            <w:proofErr w:type="gramStart"/>
            <w:r w:rsidRPr="00754CFB">
              <w:rPr>
                <w:rFonts w:ascii="Calibri" w:hAnsi="Calibri"/>
                <w:sz w:val="12"/>
              </w:rPr>
              <w:t>,</w:t>
            </w:r>
            <w:proofErr w:type="gramEnd"/>
            <w:r w:rsidRPr="00754CFB">
              <w:rPr>
                <w:rFonts w:ascii="Calibri" w:hAnsi="Calibri"/>
                <w:sz w:val="12"/>
              </w:rPr>
              <w:br/>
              <w:t>D18. Temizlik</w:t>
            </w:r>
            <w:proofErr w:type="gramStart"/>
            <w:r w:rsidRPr="00754CFB">
              <w:rPr>
                <w:rFonts w:ascii="Calibri" w:hAnsi="Calibri"/>
                <w:sz w:val="12"/>
              </w:rPr>
              <w:t>,</w:t>
            </w:r>
            <w:proofErr w:type="gramEnd"/>
            <w:r w:rsidRPr="00754CFB">
              <w:rPr>
                <w:rFonts w:ascii="Calibri" w:hAnsi="Calibri"/>
                <w:sz w:val="12"/>
              </w:rPr>
              <w:br/>
              <w:t>D19. Vatanseverlik</w:t>
            </w:r>
          </w:p>
        </w:tc>
        <w:tc>
          <w:tcPr>
            <w:tcW w:w="1152"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OB1. Bilgi Okuryazarlığı, </w:t>
            </w:r>
            <w:r w:rsidRPr="00754CFB">
              <w:rPr>
                <w:rFonts w:ascii="Calibri" w:hAnsi="Calibri"/>
                <w:sz w:val="12"/>
              </w:rPr>
              <w:br/>
              <w:t xml:space="preserve">OB2. Dijital Okuryazarlık, OB4. Görsel Okuryazarlık, OB5. Kültür </w:t>
            </w:r>
            <w:r w:rsidRPr="00754CFB">
              <w:rPr>
                <w:rFonts w:ascii="Calibri" w:hAnsi="Calibri"/>
                <w:sz w:val="12"/>
              </w:rPr>
              <w:br/>
              <w:t>Okuryazarlığı</w:t>
            </w: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072616">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EKİM</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7. Hafta:</w:t>
            </w:r>
            <w:r w:rsidRPr="00754CFB">
              <w:rPr>
                <w:rFonts w:ascii="Calibri" w:hAnsi="Calibri"/>
                <w:sz w:val="12"/>
              </w:rPr>
              <w:br/>
              <w:t xml:space="preserve"> 26-30 Ekim</w:t>
            </w:r>
          </w:p>
        </w:tc>
        <w:tc>
          <w:tcPr>
            <w:tcW w:w="711"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EVİMİZ DÜNYA</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Ülkemizin, Kıtaların ve Okyanusların Konum Özellikleri</w:t>
            </w:r>
          </w:p>
        </w:tc>
        <w:tc>
          <w:tcPr>
            <w:tcW w:w="151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SB.6.2.1. Ülkemizin, kıtaların ve okyanusların konum özelliklerini algılayabilme</w:t>
            </w:r>
          </w:p>
        </w:tc>
        <w:tc>
          <w:tcPr>
            <w:tcW w:w="1656"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a) Ülkemizin, kıtaların ve okyanusların göreceli konum özellikleri ile ülkemizin mutlak </w:t>
            </w:r>
            <w:r w:rsidRPr="00754CFB">
              <w:rPr>
                <w:rFonts w:ascii="Calibri" w:hAnsi="Calibri"/>
                <w:sz w:val="12"/>
              </w:rPr>
              <w:br/>
              <w:t xml:space="preserve">konum özelliklerini belirler. </w:t>
            </w:r>
            <w:r w:rsidRPr="00754CFB">
              <w:rPr>
                <w:rFonts w:ascii="Calibri" w:hAnsi="Calibri"/>
                <w:sz w:val="12"/>
              </w:rPr>
              <w:br/>
              <w:t xml:space="preserve">b) Ülkemizin, kıtaların ve okyanusların göreceli konum özellikleri ile ülkemizin mutlak </w:t>
            </w:r>
            <w:r w:rsidRPr="00754CFB">
              <w:rPr>
                <w:rFonts w:ascii="Calibri" w:hAnsi="Calibri"/>
                <w:sz w:val="12"/>
              </w:rPr>
              <w:br/>
              <w:t>konum özelliklerini görselleştirir.</w:t>
            </w:r>
            <w:r w:rsidRPr="00754CFB">
              <w:rPr>
                <w:rFonts w:ascii="Calibri" w:hAnsi="Calibri"/>
                <w:sz w:val="12"/>
              </w:rPr>
              <w:br/>
              <w:t xml:space="preserve">c) Ülkemizin, kıtaların ve okyanusların göreceli konum özellikleri ile ülkemizin mutlak </w:t>
            </w:r>
            <w:r w:rsidRPr="00754CFB">
              <w:rPr>
                <w:rFonts w:ascii="Calibri" w:hAnsi="Calibri"/>
                <w:sz w:val="12"/>
              </w:rPr>
              <w:br/>
              <w:t>konum özelliklerini özetler.</w:t>
            </w:r>
          </w:p>
        </w:tc>
        <w:tc>
          <w:tcPr>
            <w:tcW w:w="1224" w:type="dxa"/>
            <w:gridSpan w:val="2"/>
            <w:shd w:val="clear" w:color="auto" w:fill="FFFF99"/>
            <w:tcMar>
              <w:top w:w="20" w:type="dxa"/>
              <w:left w:w="20" w:type="dxa"/>
              <w:bottom w:w="20" w:type="dxa"/>
              <w:right w:w="20" w:type="dxa"/>
            </w:tcMar>
          </w:tcPr>
          <w:p w:rsidR="002F1112" w:rsidRPr="00754CFB" w:rsidRDefault="004342E2" w:rsidP="00072616">
            <w:pPr>
              <w:spacing w:after="0" w:line="240" w:lineRule="auto"/>
              <w:jc w:val="center"/>
            </w:pPr>
            <w:r w:rsidRPr="00072616">
              <w:rPr>
                <w:rFonts w:ascii="Calibri" w:hAnsi="Calibri"/>
                <w:b/>
                <w:sz w:val="12"/>
              </w:rPr>
              <w:t>SINAV HAFTASI</w:t>
            </w:r>
            <w:r w:rsidRPr="00754CFB">
              <w:rPr>
                <w:rFonts w:ascii="Calibri" w:hAnsi="Calibri"/>
                <w:sz w:val="12"/>
              </w:rPr>
              <w:br/>
              <w:t>(26 Ekim-06 Kasım 2026)</w:t>
            </w:r>
          </w:p>
        </w:tc>
        <w:tc>
          <w:tcPr>
            <w:tcW w:w="115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SDB3.3. Sorumlu Karar Verme</w:t>
            </w:r>
            <w:proofErr w:type="gramStart"/>
            <w:r w:rsidRPr="00754CFB">
              <w:rPr>
                <w:rFonts w:ascii="Calibri" w:hAnsi="Calibri"/>
                <w:sz w:val="12"/>
              </w:rPr>
              <w:t>,</w:t>
            </w:r>
            <w:proofErr w:type="gramEnd"/>
            <w:r w:rsidRPr="00754CFB">
              <w:rPr>
                <w:rFonts w:ascii="Calibri" w:hAnsi="Calibri"/>
                <w:sz w:val="12"/>
              </w:rPr>
              <w:br/>
              <w:t>SDB2.3. Sosyal Farkındalık</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D5. Duyarlılık</w:t>
            </w:r>
            <w:proofErr w:type="gramStart"/>
            <w:r w:rsidRPr="00754CFB">
              <w:rPr>
                <w:rFonts w:ascii="Calibri" w:hAnsi="Calibri"/>
                <w:sz w:val="12"/>
              </w:rPr>
              <w:t>,</w:t>
            </w:r>
            <w:proofErr w:type="gramEnd"/>
            <w:r w:rsidRPr="00754CFB">
              <w:rPr>
                <w:rFonts w:ascii="Calibri" w:hAnsi="Calibri"/>
                <w:sz w:val="12"/>
              </w:rPr>
              <w:br/>
              <w:t>D18. Temizlik</w:t>
            </w:r>
            <w:proofErr w:type="gramStart"/>
            <w:r w:rsidRPr="00754CFB">
              <w:rPr>
                <w:rFonts w:ascii="Calibri" w:hAnsi="Calibri"/>
                <w:sz w:val="12"/>
              </w:rPr>
              <w:t>,</w:t>
            </w:r>
            <w:proofErr w:type="gramEnd"/>
            <w:r w:rsidRPr="00754CFB">
              <w:rPr>
                <w:rFonts w:ascii="Calibri" w:hAnsi="Calibri"/>
                <w:sz w:val="12"/>
              </w:rPr>
              <w:br/>
              <w:t>D19. Vatanseverlik</w:t>
            </w:r>
          </w:p>
        </w:tc>
        <w:tc>
          <w:tcPr>
            <w:tcW w:w="1152"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OB1. Bilgi Okuryazarlığı, </w:t>
            </w:r>
            <w:r w:rsidRPr="00754CFB">
              <w:rPr>
                <w:rFonts w:ascii="Calibri" w:hAnsi="Calibri"/>
                <w:sz w:val="12"/>
              </w:rPr>
              <w:br/>
              <w:t xml:space="preserve">OB2. Dijital Okuryazarlık, OB4. Görsel Okuryazarlık, OB5. Kültür </w:t>
            </w:r>
            <w:r w:rsidRPr="00754CFB">
              <w:rPr>
                <w:rFonts w:ascii="Calibri" w:hAnsi="Calibri"/>
                <w:sz w:val="12"/>
              </w:rPr>
              <w:br/>
              <w:t>Okuryazarlığı</w:t>
            </w:r>
          </w:p>
        </w:tc>
        <w:tc>
          <w:tcPr>
            <w:tcW w:w="1008"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29 Ekim Cumhuriyet Bayramı</w:t>
            </w:r>
          </w:p>
        </w:tc>
        <w:tc>
          <w:tcPr>
            <w:tcW w:w="1296"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69503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695030" w:rsidP="000920F2">
            <w:pPr>
              <w:spacing w:after="0" w:line="240" w:lineRule="auto"/>
              <w:jc w:val="center"/>
            </w:pPr>
            <w:r>
              <w:rPr>
                <w:rFonts w:ascii="Calibri" w:hAnsi="Calibri"/>
                <w:sz w:val="12"/>
              </w:rPr>
              <w:t>KASIM</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8. Hafta:</w:t>
            </w:r>
            <w:r w:rsidRPr="00754CFB">
              <w:rPr>
                <w:rFonts w:ascii="Calibri" w:hAnsi="Calibri"/>
                <w:sz w:val="12"/>
              </w:rPr>
              <w:br/>
              <w:t>2-6 Kasım</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EVİMİZ DÜNYA</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Doğal ve Beşerî Çevre Özellikleri Arasındaki İlişki</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SB.6.2.2. Ülkemizin doğal ve beşerî çevre özellikleri arasındaki ilişkiyi çözümleyebilme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a) Ülkemizdeki doğal ve beşerî çevre </w:t>
            </w:r>
            <w:proofErr w:type="gramStart"/>
            <w:r w:rsidRPr="00754CFB">
              <w:rPr>
                <w:rFonts w:ascii="Calibri" w:hAnsi="Calibri"/>
                <w:sz w:val="12"/>
              </w:rPr>
              <w:t>özelliklerini  belirler</w:t>
            </w:r>
            <w:proofErr w:type="gramEnd"/>
            <w:r w:rsidRPr="00754CFB">
              <w:rPr>
                <w:rFonts w:ascii="Calibri" w:hAnsi="Calibri"/>
                <w:sz w:val="12"/>
              </w:rPr>
              <w:t>.</w:t>
            </w:r>
            <w:r w:rsidRPr="00754CFB">
              <w:rPr>
                <w:rFonts w:ascii="Calibri" w:hAnsi="Calibri"/>
                <w:sz w:val="12"/>
              </w:rPr>
              <w:br/>
              <w:t>b) Ülkemizdeki doğal ve beşerî çevre özellikleri arasındaki ilişkiyi belirler.</w:t>
            </w:r>
          </w:p>
        </w:tc>
        <w:tc>
          <w:tcPr>
            <w:tcW w:w="1224" w:type="dxa"/>
            <w:gridSpan w:val="2"/>
            <w:shd w:val="clear" w:color="auto" w:fill="FFFF99"/>
            <w:tcMar>
              <w:top w:w="20" w:type="dxa"/>
              <w:left w:w="20" w:type="dxa"/>
              <w:bottom w:w="20" w:type="dxa"/>
              <w:right w:w="20" w:type="dxa"/>
            </w:tcMar>
          </w:tcPr>
          <w:p w:rsidR="002F1112" w:rsidRPr="00754CFB" w:rsidRDefault="004342E2" w:rsidP="00695030">
            <w:pPr>
              <w:spacing w:after="0" w:line="240" w:lineRule="auto"/>
              <w:jc w:val="center"/>
            </w:pPr>
            <w:r w:rsidRPr="00695030">
              <w:rPr>
                <w:rFonts w:ascii="Calibri" w:hAnsi="Calibri"/>
                <w:b/>
                <w:sz w:val="12"/>
              </w:rPr>
              <w:t>SINAV HAFTASI</w:t>
            </w:r>
            <w:r w:rsidRPr="00754CFB">
              <w:rPr>
                <w:rFonts w:ascii="Calibri" w:hAnsi="Calibri"/>
                <w:sz w:val="12"/>
              </w:rPr>
              <w:br/>
              <w:t>(26 Ekim-06 Kasım 2026)</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SDB3.3. Sorumlu Karar Verme</w:t>
            </w:r>
            <w:proofErr w:type="gramStart"/>
            <w:r w:rsidRPr="00754CFB">
              <w:rPr>
                <w:rFonts w:ascii="Calibri" w:hAnsi="Calibri"/>
                <w:sz w:val="12"/>
              </w:rPr>
              <w:t>,</w:t>
            </w:r>
            <w:proofErr w:type="gramEnd"/>
            <w:r w:rsidRPr="00754CFB">
              <w:rPr>
                <w:rFonts w:ascii="Calibri" w:hAnsi="Calibri"/>
                <w:sz w:val="12"/>
              </w:rPr>
              <w:br/>
              <w:t>SDB2.3. Sosyal Farkındalık</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D5. Duyarlılık</w:t>
            </w:r>
            <w:proofErr w:type="gramStart"/>
            <w:r w:rsidRPr="00754CFB">
              <w:rPr>
                <w:rFonts w:ascii="Calibri" w:hAnsi="Calibri"/>
                <w:sz w:val="12"/>
              </w:rPr>
              <w:t>,</w:t>
            </w:r>
            <w:proofErr w:type="gramEnd"/>
            <w:r w:rsidRPr="00754CFB">
              <w:rPr>
                <w:rFonts w:ascii="Calibri" w:hAnsi="Calibri"/>
                <w:sz w:val="12"/>
              </w:rPr>
              <w:br/>
              <w:t>D18. Temizlik</w:t>
            </w:r>
            <w:proofErr w:type="gramStart"/>
            <w:r w:rsidRPr="00754CFB">
              <w:rPr>
                <w:rFonts w:ascii="Calibri" w:hAnsi="Calibri"/>
                <w:sz w:val="12"/>
              </w:rPr>
              <w:t>,</w:t>
            </w:r>
            <w:proofErr w:type="gramEnd"/>
            <w:r w:rsidRPr="00754CFB">
              <w:rPr>
                <w:rFonts w:ascii="Calibri" w:hAnsi="Calibri"/>
                <w:sz w:val="12"/>
              </w:rPr>
              <w:br/>
              <w:t>D19. Vatanseverlik</w:t>
            </w:r>
          </w:p>
        </w:tc>
        <w:tc>
          <w:tcPr>
            <w:tcW w:w="1152"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OB1. Bilgi Okuryazarlığı, </w:t>
            </w:r>
            <w:r w:rsidRPr="00754CFB">
              <w:rPr>
                <w:rFonts w:ascii="Calibri" w:hAnsi="Calibri"/>
                <w:sz w:val="12"/>
              </w:rPr>
              <w:br/>
              <w:t xml:space="preserve">OB2. Dijital Okuryazarlık, OB4. Görsel Okuryazarlık, OB5. Kültür </w:t>
            </w:r>
            <w:r w:rsidRPr="00754CFB">
              <w:rPr>
                <w:rFonts w:ascii="Calibri" w:hAnsi="Calibri"/>
                <w:sz w:val="12"/>
              </w:rPr>
              <w:br/>
              <w:t>Okuryazarlığı</w:t>
            </w: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072616">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2F1112" w:rsidRPr="00754CFB" w:rsidRDefault="00695030" w:rsidP="000920F2">
            <w:pPr>
              <w:spacing w:after="0" w:line="240" w:lineRule="auto"/>
              <w:jc w:val="center"/>
            </w:pPr>
            <w:r>
              <w:rPr>
                <w:rFonts w:ascii="Calibri" w:hAnsi="Calibri"/>
                <w:sz w:val="12"/>
              </w:rPr>
              <w:t>KASIM</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9. Hafta:</w:t>
            </w:r>
            <w:r w:rsidRPr="00754CFB">
              <w:rPr>
                <w:rFonts w:ascii="Calibri" w:hAnsi="Calibri"/>
                <w:sz w:val="12"/>
              </w:rPr>
              <w:br/>
              <w:t xml:space="preserve"> 9-13 Kasım</w:t>
            </w:r>
          </w:p>
        </w:tc>
        <w:tc>
          <w:tcPr>
            <w:tcW w:w="711"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2+1*</w:t>
            </w:r>
          </w:p>
        </w:tc>
        <w:tc>
          <w:tcPr>
            <w:tcW w:w="1152" w:type="dxa"/>
            <w:shd w:val="clear" w:color="auto" w:fill="FFFFFF"/>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EVİMİZ DÜNYA</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Doğal ve Beşerî Çevre Özellikleri Arasındaki İlişki</w:t>
            </w:r>
          </w:p>
        </w:tc>
        <w:tc>
          <w:tcPr>
            <w:tcW w:w="151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SB.6.2.2. Ülkemizin doğal ve beşerî çevre özellikleri arasındaki ilişkiyi çözümleyebilme</w:t>
            </w:r>
          </w:p>
        </w:tc>
        <w:tc>
          <w:tcPr>
            <w:tcW w:w="1656"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a) Ülkemizdeki doğal ve beşerî çevre </w:t>
            </w:r>
            <w:proofErr w:type="gramStart"/>
            <w:r w:rsidRPr="00754CFB">
              <w:rPr>
                <w:rFonts w:ascii="Calibri" w:hAnsi="Calibri"/>
                <w:sz w:val="12"/>
              </w:rPr>
              <w:t>özelliklerini  belirler</w:t>
            </w:r>
            <w:proofErr w:type="gramEnd"/>
            <w:r w:rsidRPr="00754CFB">
              <w:rPr>
                <w:rFonts w:ascii="Calibri" w:hAnsi="Calibri"/>
                <w:sz w:val="12"/>
              </w:rPr>
              <w:t>.</w:t>
            </w:r>
            <w:r w:rsidRPr="00754CFB">
              <w:rPr>
                <w:rFonts w:ascii="Calibri" w:hAnsi="Calibri"/>
                <w:sz w:val="12"/>
              </w:rPr>
              <w:br/>
              <w:t>b) Ülkemizdeki doğal ve beşerî çevre özellikleri arasındaki ilişkiyi belirler.</w:t>
            </w:r>
          </w:p>
        </w:tc>
        <w:tc>
          <w:tcPr>
            <w:tcW w:w="1224" w:type="dxa"/>
            <w:gridSpan w:val="2"/>
            <w:shd w:val="clear" w:color="auto" w:fill="FFFFFF" w:themeFill="background1"/>
            <w:tcMar>
              <w:top w:w="20" w:type="dxa"/>
              <w:left w:w="20" w:type="dxa"/>
              <w:bottom w:w="20" w:type="dxa"/>
              <w:right w:w="20" w:type="dxa"/>
            </w:tcMar>
          </w:tcPr>
          <w:p w:rsidR="002F1112" w:rsidRPr="00754CFB" w:rsidRDefault="002F1112" w:rsidP="00695030">
            <w:pPr>
              <w:spacing w:after="0" w:line="240" w:lineRule="auto"/>
              <w:jc w:val="center"/>
            </w:pPr>
          </w:p>
        </w:tc>
        <w:tc>
          <w:tcPr>
            <w:tcW w:w="115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SDB3.3. Sorumlu Karar Verme</w:t>
            </w:r>
            <w:proofErr w:type="gramStart"/>
            <w:r w:rsidRPr="00754CFB">
              <w:rPr>
                <w:rFonts w:ascii="Calibri" w:hAnsi="Calibri"/>
                <w:sz w:val="12"/>
              </w:rPr>
              <w:t>,</w:t>
            </w:r>
            <w:proofErr w:type="gramEnd"/>
            <w:r w:rsidRPr="00754CFB">
              <w:rPr>
                <w:rFonts w:ascii="Calibri" w:hAnsi="Calibri"/>
                <w:sz w:val="12"/>
              </w:rPr>
              <w:br/>
              <w:t>SDB2.3. Sosyal Farkındalık</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D5. Duyarlılık</w:t>
            </w:r>
            <w:proofErr w:type="gramStart"/>
            <w:r w:rsidRPr="00754CFB">
              <w:rPr>
                <w:rFonts w:ascii="Calibri" w:hAnsi="Calibri"/>
                <w:sz w:val="12"/>
              </w:rPr>
              <w:t>,</w:t>
            </w:r>
            <w:proofErr w:type="gramEnd"/>
            <w:r w:rsidRPr="00754CFB">
              <w:rPr>
                <w:rFonts w:ascii="Calibri" w:hAnsi="Calibri"/>
                <w:sz w:val="12"/>
              </w:rPr>
              <w:br/>
              <w:t>D18. Temizlik</w:t>
            </w:r>
            <w:proofErr w:type="gramStart"/>
            <w:r w:rsidRPr="00754CFB">
              <w:rPr>
                <w:rFonts w:ascii="Calibri" w:hAnsi="Calibri"/>
                <w:sz w:val="12"/>
              </w:rPr>
              <w:t>,</w:t>
            </w:r>
            <w:proofErr w:type="gramEnd"/>
            <w:r w:rsidRPr="00754CFB">
              <w:rPr>
                <w:rFonts w:ascii="Calibri" w:hAnsi="Calibri"/>
                <w:sz w:val="12"/>
              </w:rPr>
              <w:br/>
              <w:t>D19. Vatanseverlik</w:t>
            </w:r>
          </w:p>
        </w:tc>
        <w:tc>
          <w:tcPr>
            <w:tcW w:w="1152"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OB1. Bilgi Okuryazarlığı, </w:t>
            </w:r>
            <w:r w:rsidRPr="00754CFB">
              <w:rPr>
                <w:rFonts w:ascii="Calibri" w:hAnsi="Calibri"/>
                <w:sz w:val="12"/>
              </w:rPr>
              <w:br/>
              <w:t xml:space="preserve">OB2. Dijital Okuryazarlık, OB4. Görsel Okuryazarlık, OB5. Kültür </w:t>
            </w:r>
            <w:r w:rsidRPr="00754CFB">
              <w:rPr>
                <w:rFonts w:ascii="Calibri" w:hAnsi="Calibri"/>
                <w:sz w:val="12"/>
              </w:rPr>
              <w:br/>
              <w:t>Okuryazarlığı</w:t>
            </w:r>
          </w:p>
        </w:tc>
        <w:tc>
          <w:tcPr>
            <w:tcW w:w="1008"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Atatürk Haftası (10-16Kasım)</w:t>
            </w:r>
          </w:p>
        </w:tc>
        <w:tc>
          <w:tcPr>
            <w:tcW w:w="1296"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072616">
        <w:tblPrEx>
          <w:tblCellMar>
            <w:left w:w="108" w:type="dxa"/>
            <w:right w:w="108" w:type="dxa"/>
          </w:tblCellMar>
          <w:tblLook w:val="04A0"/>
        </w:tblPrEx>
        <w:trPr>
          <w:jc w:val="center"/>
        </w:trPr>
        <w:tc>
          <w:tcPr>
            <w:tcW w:w="16119" w:type="dxa"/>
            <w:gridSpan w:val="21"/>
            <w:shd w:val="clear" w:color="auto" w:fill="99FF66"/>
            <w:tcMar>
              <w:top w:w="30" w:type="dxa"/>
              <w:left w:w="30" w:type="dxa"/>
              <w:bottom w:w="30" w:type="dxa"/>
              <w:right w:w="30" w:type="dxa"/>
            </w:tcMar>
          </w:tcPr>
          <w:p w:rsidR="002F1112" w:rsidRPr="00754CFB" w:rsidRDefault="004342E2" w:rsidP="000920F2">
            <w:pPr>
              <w:spacing w:after="0"/>
              <w:jc w:val="center"/>
            </w:pPr>
            <w:r w:rsidRPr="00754CFB">
              <w:rPr>
                <w:rFonts w:ascii="Calibri" w:hAnsi="Calibri"/>
                <w:b/>
                <w:sz w:val="14"/>
              </w:rPr>
              <w:t>1 DÖNEM ARA TATİLİ 16- 20 KASIM 2026</w:t>
            </w:r>
          </w:p>
        </w:tc>
      </w:tr>
      <w:tr w:rsidR="002F1112" w:rsidRPr="00754CFB" w:rsidTr="00754CFB">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KASIM</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10. Hafta:</w:t>
            </w:r>
            <w:r w:rsidRPr="00754CFB">
              <w:rPr>
                <w:rFonts w:ascii="Calibri" w:hAnsi="Calibri"/>
                <w:sz w:val="12"/>
              </w:rPr>
              <w:br/>
              <w:t>23-27 Kasım</w:t>
            </w:r>
          </w:p>
        </w:tc>
        <w:tc>
          <w:tcPr>
            <w:tcW w:w="711"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EVİMİZ DÜNYA</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Doğal ve Beşerî Çevre Özellikleri Arasındaki İlişki</w:t>
            </w:r>
          </w:p>
        </w:tc>
        <w:tc>
          <w:tcPr>
            <w:tcW w:w="151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SB.6.2.2. Ülkemizin doğal ve beşerî çevre özellikleri arasındaki ilişkiyi çözümleyebilme</w:t>
            </w:r>
          </w:p>
        </w:tc>
        <w:tc>
          <w:tcPr>
            <w:tcW w:w="1656"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Ülkemizdeki doğal ve beşerî çevre özelliklerini belirler.</w:t>
            </w:r>
            <w:r w:rsidRPr="00754CFB">
              <w:rPr>
                <w:rFonts w:ascii="Calibri" w:hAnsi="Calibri"/>
                <w:sz w:val="12"/>
              </w:rPr>
              <w:br/>
              <w:t>b) Ülkemizdeki doğal ve beşerî çevre özellikleri arasındaki ilişkiyi belirler.</w:t>
            </w: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695030" w:rsidP="000920F2">
            <w:pPr>
              <w:spacing w:after="0" w:line="240" w:lineRule="auto"/>
              <w:jc w:val="center"/>
            </w:pPr>
            <w:r>
              <w:rPr>
                <w:rFonts w:ascii="Calibri" w:hAnsi="Calibri"/>
                <w:sz w:val="12"/>
              </w:rPr>
              <w:t>ARALIK</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11. Hafta:</w:t>
            </w:r>
            <w:r w:rsidRPr="00754CFB">
              <w:rPr>
                <w:rFonts w:ascii="Calibri" w:hAnsi="Calibri"/>
                <w:sz w:val="12"/>
              </w:rPr>
              <w:br/>
              <w:t>30 Kasım- 4 Aralık</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EVİMİZ DÜNYA</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Ülkemizin Türk Dünyasıyla Kültürel İş birlikleri</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SB.6.2.3. Ülkemizin Türk dünyasıyla kültürel iş birliklerini yorumlayabilme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Ülkemizin Türk dünyası ile kültürel iş birliklerini inceler.</w:t>
            </w:r>
            <w:r w:rsidRPr="00754CFB">
              <w:rPr>
                <w:rFonts w:ascii="Calibri" w:hAnsi="Calibri"/>
                <w:sz w:val="12"/>
              </w:rPr>
              <w:br/>
              <w:t>b) Ülkemizin Türk dünyası ile kültürel iş birliklerini bağlamdan kopmadan dönüştürür.</w:t>
            </w:r>
            <w:r w:rsidRPr="00754CFB">
              <w:rPr>
                <w:rFonts w:ascii="Calibri" w:hAnsi="Calibri"/>
                <w:sz w:val="12"/>
              </w:rPr>
              <w:br/>
              <w:t xml:space="preserve">c) Ülkemizin Türk dünyasıyla kültürel iş </w:t>
            </w:r>
            <w:proofErr w:type="gramStart"/>
            <w:r w:rsidRPr="00754CFB">
              <w:rPr>
                <w:rFonts w:ascii="Calibri" w:hAnsi="Calibri"/>
                <w:sz w:val="12"/>
              </w:rPr>
              <w:t>birliklerini  nesnel</w:t>
            </w:r>
            <w:proofErr w:type="gramEnd"/>
            <w:r w:rsidRPr="00754CFB">
              <w:rPr>
                <w:rFonts w:ascii="Calibri" w:hAnsi="Calibri"/>
                <w:sz w:val="12"/>
              </w:rPr>
              <w:t>, doğru ve anlamı değiştir</w:t>
            </w:r>
            <w:r w:rsidRPr="00754CFB">
              <w:rPr>
                <w:rFonts w:ascii="Calibri" w:hAnsi="Calibri"/>
                <w:sz w:val="12"/>
              </w:rPr>
              <w:br/>
              <w:t>meyecek şekilde yeniden ifade eder.</w:t>
            </w: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Öğretmenler Günü (24 Kasım)</w:t>
            </w: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A3371E" w:rsidRPr="00754CFB" w:rsidTr="00A3371E">
        <w:tblPrEx>
          <w:tblCellMar>
            <w:left w:w="108" w:type="dxa"/>
            <w:right w:w="108" w:type="dxa"/>
          </w:tblCellMar>
          <w:tblLook w:val="04A0"/>
        </w:tblPrEx>
        <w:trPr>
          <w:trHeight w:val="1584"/>
          <w:jc w:val="center"/>
        </w:trPr>
        <w:tc>
          <w:tcPr>
            <w:tcW w:w="792" w:type="dxa"/>
            <w:vMerge w:val="restart"/>
            <w:shd w:val="clear" w:color="auto" w:fill="FFFFFF"/>
            <w:tcMar>
              <w:top w:w="20" w:type="dxa"/>
              <w:left w:w="20" w:type="dxa"/>
              <w:bottom w:w="20" w:type="dxa"/>
              <w:right w:w="20" w:type="dxa"/>
            </w:tcMar>
          </w:tcPr>
          <w:p w:rsidR="00A3371E" w:rsidRPr="00754CFB" w:rsidRDefault="00A3371E" w:rsidP="000920F2">
            <w:pPr>
              <w:spacing w:after="0" w:line="240" w:lineRule="auto"/>
              <w:jc w:val="center"/>
            </w:pPr>
            <w:r w:rsidRPr="00754CFB">
              <w:rPr>
                <w:rFonts w:ascii="Calibri" w:hAnsi="Calibri"/>
                <w:sz w:val="12"/>
              </w:rPr>
              <w:lastRenderedPageBreak/>
              <w:t>ARALIK</w:t>
            </w:r>
          </w:p>
        </w:tc>
        <w:tc>
          <w:tcPr>
            <w:tcW w:w="1008" w:type="dxa"/>
            <w:vMerge w:val="restart"/>
            <w:shd w:val="clear" w:color="auto" w:fill="FFFFFF"/>
            <w:tcMar>
              <w:top w:w="20" w:type="dxa"/>
              <w:left w:w="20" w:type="dxa"/>
              <w:bottom w:w="20" w:type="dxa"/>
              <w:right w:w="20" w:type="dxa"/>
            </w:tcMar>
          </w:tcPr>
          <w:p w:rsidR="00A3371E" w:rsidRPr="00754CFB" w:rsidRDefault="00A3371E" w:rsidP="000920F2">
            <w:pPr>
              <w:spacing w:after="0" w:line="240" w:lineRule="auto"/>
              <w:jc w:val="center"/>
            </w:pPr>
            <w:r w:rsidRPr="00754CFB">
              <w:rPr>
                <w:rFonts w:ascii="Calibri" w:hAnsi="Calibri"/>
                <w:sz w:val="12"/>
              </w:rPr>
              <w:t>12. Hafta:</w:t>
            </w:r>
            <w:r w:rsidRPr="00754CFB">
              <w:rPr>
                <w:rFonts w:ascii="Calibri" w:hAnsi="Calibri"/>
                <w:sz w:val="12"/>
              </w:rPr>
              <w:br/>
              <w:t xml:space="preserve"> 7-11 Aralık</w:t>
            </w:r>
          </w:p>
        </w:tc>
        <w:tc>
          <w:tcPr>
            <w:tcW w:w="711" w:type="dxa"/>
            <w:shd w:val="clear" w:color="auto" w:fill="FFFFFF"/>
            <w:tcMar>
              <w:top w:w="20" w:type="dxa"/>
              <w:left w:w="20" w:type="dxa"/>
              <w:bottom w:w="20" w:type="dxa"/>
              <w:right w:w="20" w:type="dxa"/>
            </w:tcMar>
          </w:tcPr>
          <w:p w:rsidR="00A3371E" w:rsidRPr="00754CFB" w:rsidRDefault="00A3371E" w:rsidP="000920F2">
            <w:pPr>
              <w:spacing w:after="0" w:line="240" w:lineRule="auto"/>
              <w:jc w:val="center"/>
            </w:pPr>
            <w:r>
              <w:rPr>
                <w:rFonts w:ascii="Calibri" w:hAnsi="Calibri"/>
                <w:sz w:val="12"/>
              </w:rPr>
              <w:t>1</w:t>
            </w:r>
          </w:p>
        </w:tc>
        <w:tc>
          <w:tcPr>
            <w:tcW w:w="1152" w:type="dxa"/>
            <w:shd w:val="clear" w:color="auto" w:fill="FFFFFF"/>
            <w:tcMar>
              <w:top w:w="20" w:type="dxa"/>
              <w:left w:w="20" w:type="dxa"/>
              <w:bottom w:w="20" w:type="dxa"/>
              <w:right w:w="20" w:type="dxa"/>
            </w:tcMar>
          </w:tcPr>
          <w:p w:rsidR="00A3371E" w:rsidRPr="00754CFB" w:rsidRDefault="00A3371E" w:rsidP="00A438D4">
            <w:pPr>
              <w:spacing w:after="0" w:line="240" w:lineRule="auto"/>
              <w:jc w:val="center"/>
            </w:pPr>
            <w:r w:rsidRPr="00754CFB">
              <w:rPr>
                <w:rFonts w:ascii="Calibri" w:hAnsi="Calibri"/>
                <w:sz w:val="12"/>
              </w:rPr>
              <w:t>EVİMİZ DÜNYA</w:t>
            </w:r>
          </w:p>
        </w:tc>
        <w:tc>
          <w:tcPr>
            <w:tcW w:w="1224" w:type="dxa"/>
            <w:gridSpan w:val="2"/>
            <w:shd w:val="clear" w:color="auto" w:fill="FFFFFF"/>
            <w:tcMar>
              <w:top w:w="20" w:type="dxa"/>
              <w:left w:w="20" w:type="dxa"/>
              <w:bottom w:w="20" w:type="dxa"/>
              <w:right w:w="20" w:type="dxa"/>
            </w:tcMar>
          </w:tcPr>
          <w:p w:rsidR="00A3371E" w:rsidRPr="00754CFB" w:rsidRDefault="00A3371E" w:rsidP="000920F2">
            <w:pPr>
              <w:spacing w:after="0" w:line="240" w:lineRule="auto"/>
            </w:pPr>
            <w:r w:rsidRPr="00754CFB">
              <w:rPr>
                <w:rFonts w:ascii="Calibri" w:hAnsi="Calibri"/>
                <w:sz w:val="12"/>
              </w:rPr>
              <w:t>Ülkemizin Türk Dünyasıyla Kültürel İş birlikleri</w:t>
            </w:r>
          </w:p>
        </w:tc>
        <w:tc>
          <w:tcPr>
            <w:tcW w:w="1512" w:type="dxa"/>
            <w:shd w:val="clear" w:color="auto" w:fill="FFFFFF"/>
            <w:tcMar>
              <w:top w:w="20" w:type="dxa"/>
              <w:left w:w="20" w:type="dxa"/>
              <w:bottom w:w="20" w:type="dxa"/>
              <w:right w:w="20" w:type="dxa"/>
            </w:tcMar>
          </w:tcPr>
          <w:p w:rsidR="00A3371E" w:rsidRPr="00754CFB" w:rsidRDefault="00A3371E" w:rsidP="000920F2">
            <w:pPr>
              <w:spacing w:after="0" w:line="240" w:lineRule="auto"/>
            </w:pPr>
            <w:r w:rsidRPr="00754CFB">
              <w:rPr>
                <w:rFonts w:ascii="Calibri" w:hAnsi="Calibri"/>
                <w:sz w:val="12"/>
              </w:rPr>
              <w:t>SB.6.2.3. Ülkemizin Türk dünyasıyla kültürel iş birliklerini yorumlayabilme</w:t>
            </w:r>
          </w:p>
        </w:tc>
        <w:tc>
          <w:tcPr>
            <w:tcW w:w="1656" w:type="dxa"/>
            <w:gridSpan w:val="2"/>
            <w:shd w:val="clear" w:color="auto" w:fill="FFFFFF"/>
            <w:tcMar>
              <w:top w:w="20" w:type="dxa"/>
              <w:left w:w="20" w:type="dxa"/>
              <w:bottom w:w="20" w:type="dxa"/>
              <w:right w:w="20" w:type="dxa"/>
            </w:tcMar>
          </w:tcPr>
          <w:p w:rsidR="00A3371E" w:rsidRDefault="00A3371E" w:rsidP="000920F2">
            <w:pPr>
              <w:spacing w:after="0" w:line="240" w:lineRule="auto"/>
              <w:rPr>
                <w:rFonts w:ascii="Calibri" w:hAnsi="Calibri"/>
                <w:sz w:val="12"/>
              </w:rPr>
            </w:pPr>
            <w:r w:rsidRPr="00754CFB">
              <w:rPr>
                <w:rFonts w:ascii="Calibri" w:hAnsi="Calibri"/>
                <w:sz w:val="12"/>
              </w:rPr>
              <w:t>a) Ülkemizin Türk dünyası ile kültürel iş birliklerini inceler.</w:t>
            </w:r>
            <w:r w:rsidRPr="00754CFB">
              <w:rPr>
                <w:rFonts w:ascii="Calibri" w:hAnsi="Calibri"/>
                <w:sz w:val="12"/>
              </w:rPr>
              <w:br/>
              <w:t>b) Ülkemizin Türk dünyası ile kültürel iş birliklerini bağlamdan kopmadan dönüştürür.</w:t>
            </w:r>
            <w:r w:rsidRPr="00754CFB">
              <w:rPr>
                <w:rFonts w:ascii="Calibri" w:hAnsi="Calibri"/>
                <w:sz w:val="12"/>
              </w:rPr>
              <w:br/>
              <w:t xml:space="preserve">c) Ülkemizin Türk dünyasıyla kültürel iş </w:t>
            </w:r>
            <w:proofErr w:type="gramStart"/>
            <w:r w:rsidRPr="00754CFB">
              <w:rPr>
                <w:rFonts w:ascii="Calibri" w:hAnsi="Calibri"/>
                <w:sz w:val="12"/>
              </w:rPr>
              <w:t>birliklerini  nesnel</w:t>
            </w:r>
            <w:proofErr w:type="gramEnd"/>
            <w:r w:rsidRPr="00754CFB">
              <w:rPr>
                <w:rFonts w:ascii="Calibri" w:hAnsi="Calibri"/>
                <w:sz w:val="12"/>
              </w:rPr>
              <w:t>, doğru ve anlamı değiştir</w:t>
            </w:r>
            <w:r w:rsidRPr="00754CFB">
              <w:rPr>
                <w:rFonts w:ascii="Calibri" w:hAnsi="Calibri"/>
                <w:sz w:val="12"/>
              </w:rPr>
              <w:br/>
              <w:t>meyecek şekilde yeniden ifade eder.</w:t>
            </w:r>
          </w:p>
          <w:p w:rsidR="00A3371E" w:rsidRPr="00754CFB" w:rsidRDefault="00A3371E" w:rsidP="000920F2">
            <w:pPr>
              <w:spacing w:after="0" w:line="240" w:lineRule="auto"/>
            </w:pPr>
          </w:p>
        </w:tc>
        <w:tc>
          <w:tcPr>
            <w:tcW w:w="1224" w:type="dxa"/>
            <w:gridSpan w:val="2"/>
            <w:vMerge w:val="restart"/>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152" w:type="dxa"/>
            <w:vMerge w:val="restart"/>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008" w:type="dxa"/>
            <w:vMerge w:val="restart"/>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152" w:type="dxa"/>
            <w:gridSpan w:val="2"/>
            <w:vMerge w:val="restart"/>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008" w:type="dxa"/>
            <w:gridSpan w:val="2"/>
            <w:vMerge w:val="restart"/>
            <w:shd w:val="clear" w:color="auto" w:fill="FFFFFF"/>
            <w:tcMar>
              <w:top w:w="20" w:type="dxa"/>
              <w:left w:w="20" w:type="dxa"/>
              <w:bottom w:w="20" w:type="dxa"/>
              <w:right w:w="20" w:type="dxa"/>
            </w:tcMar>
          </w:tcPr>
          <w:p w:rsidR="00A3371E" w:rsidRPr="00754CFB" w:rsidRDefault="00A3371E" w:rsidP="000920F2">
            <w:pPr>
              <w:spacing w:after="0" w:line="240" w:lineRule="auto"/>
            </w:pPr>
            <w:r w:rsidRPr="00754CFB">
              <w:rPr>
                <w:rFonts w:ascii="Calibri" w:hAnsi="Calibri"/>
                <w:sz w:val="12"/>
              </w:rPr>
              <w:t>3 Aralık Dünya Engelliler Günü</w:t>
            </w:r>
          </w:p>
        </w:tc>
        <w:tc>
          <w:tcPr>
            <w:tcW w:w="1296" w:type="dxa"/>
            <w:gridSpan w:val="2"/>
            <w:vMerge w:val="restart"/>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224" w:type="dxa"/>
            <w:gridSpan w:val="2"/>
            <w:vMerge w:val="restart"/>
            <w:shd w:val="clear" w:color="auto" w:fill="FFFFFF"/>
            <w:tcMar>
              <w:top w:w="20" w:type="dxa"/>
              <w:left w:w="20" w:type="dxa"/>
              <w:bottom w:w="20" w:type="dxa"/>
              <w:right w:w="20" w:type="dxa"/>
            </w:tcMar>
          </w:tcPr>
          <w:p w:rsidR="00A3371E" w:rsidRPr="00754CFB" w:rsidRDefault="00A3371E" w:rsidP="000920F2">
            <w:pPr>
              <w:spacing w:after="0" w:line="240" w:lineRule="auto"/>
            </w:pPr>
          </w:p>
        </w:tc>
      </w:tr>
      <w:tr w:rsidR="00A3371E" w:rsidRPr="00754CFB" w:rsidTr="00A3371E">
        <w:tblPrEx>
          <w:tblCellMar>
            <w:left w:w="108" w:type="dxa"/>
            <w:right w:w="108" w:type="dxa"/>
          </w:tblCellMar>
          <w:tblLook w:val="04A0"/>
        </w:tblPrEx>
        <w:trPr>
          <w:trHeight w:val="134"/>
          <w:jc w:val="center"/>
        </w:trPr>
        <w:tc>
          <w:tcPr>
            <w:tcW w:w="792" w:type="dxa"/>
            <w:vMerge/>
            <w:shd w:val="clear" w:color="auto" w:fill="FFFFFF"/>
            <w:tcMar>
              <w:top w:w="20" w:type="dxa"/>
              <w:left w:w="20" w:type="dxa"/>
              <w:bottom w:w="20" w:type="dxa"/>
              <w:right w:w="20" w:type="dxa"/>
            </w:tcMar>
          </w:tcPr>
          <w:p w:rsidR="00A3371E" w:rsidRPr="00754CFB" w:rsidRDefault="00A3371E" w:rsidP="000920F2">
            <w:pPr>
              <w:spacing w:after="0" w:line="240" w:lineRule="auto"/>
              <w:jc w:val="center"/>
              <w:rPr>
                <w:rFonts w:ascii="Calibri" w:hAnsi="Calibri"/>
                <w:sz w:val="12"/>
              </w:rPr>
            </w:pPr>
          </w:p>
        </w:tc>
        <w:tc>
          <w:tcPr>
            <w:tcW w:w="1008" w:type="dxa"/>
            <w:vMerge/>
            <w:shd w:val="clear" w:color="auto" w:fill="FFFFFF"/>
            <w:tcMar>
              <w:top w:w="20" w:type="dxa"/>
              <w:left w:w="20" w:type="dxa"/>
              <w:bottom w:w="20" w:type="dxa"/>
              <w:right w:w="20" w:type="dxa"/>
            </w:tcMar>
          </w:tcPr>
          <w:p w:rsidR="00A3371E" w:rsidRPr="00754CFB" w:rsidRDefault="00A3371E" w:rsidP="000920F2">
            <w:pPr>
              <w:spacing w:after="0" w:line="240" w:lineRule="auto"/>
              <w:jc w:val="center"/>
              <w:rPr>
                <w:rFonts w:ascii="Calibri" w:hAnsi="Calibri"/>
                <w:sz w:val="12"/>
              </w:rPr>
            </w:pPr>
          </w:p>
        </w:tc>
        <w:tc>
          <w:tcPr>
            <w:tcW w:w="711" w:type="dxa"/>
            <w:shd w:val="clear" w:color="auto" w:fill="CCFFFF"/>
            <w:tcMar>
              <w:top w:w="20" w:type="dxa"/>
              <w:left w:w="20" w:type="dxa"/>
              <w:bottom w:w="20" w:type="dxa"/>
              <w:right w:w="20" w:type="dxa"/>
            </w:tcMar>
          </w:tcPr>
          <w:p w:rsidR="00A3371E" w:rsidRPr="00754CFB" w:rsidRDefault="00A3371E" w:rsidP="000920F2">
            <w:pPr>
              <w:spacing w:after="0" w:line="240" w:lineRule="auto"/>
              <w:jc w:val="center"/>
              <w:rPr>
                <w:rFonts w:ascii="Calibri" w:hAnsi="Calibri"/>
                <w:sz w:val="12"/>
              </w:rPr>
            </w:pPr>
            <w:r>
              <w:rPr>
                <w:rFonts w:ascii="Calibri" w:hAnsi="Calibri"/>
                <w:sz w:val="12"/>
              </w:rPr>
              <w:t>1*</w:t>
            </w:r>
          </w:p>
        </w:tc>
        <w:tc>
          <w:tcPr>
            <w:tcW w:w="5544" w:type="dxa"/>
            <w:gridSpan w:val="6"/>
            <w:shd w:val="clear" w:color="auto" w:fill="CCFFFF"/>
            <w:tcMar>
              <w:top w:w="20" w:type="dxa"/>
              <w:left w:w="20" w:type="dxa"/>
              <w:bottom w:w="20" w:type="dxa"/>
              <w:right w:w="20" w:type="dxa"/>
            </w:tcMar>
          </w:tcPr>
          <w:p w:rsidR="00A3371E" w:rsidRPr="00754CFB" w:rsidRDefault="00A3371E" w:rsidP="00A3371E">
            <w:pPr>
              <w:spacing w:after="0" w:line="240" w:lineRule="auto"/>
              <w:jc w:val="center"/>
              <w:rPr>
                <w:rFonts w:ascii="Calibri" w:hAnsi="Calibri"/>
                <w:sz w:val="12"/>
              </w:rPr>
            </w:pPr>
            <w:r w:rsidRPr="00A3371E">
              <w:rPr>
                <w:rFonts w:ascii="Calibri" w:hAnsi="Calibri"/>
                <w:b/>
                <w:sz w:val="12"/>
              </w:rPr>
              <w:t>* OKUL TEMELLİ PLANLAMA</w:t>
            </w:r>
            <w:r>
              <w:rPr>
                <w:rFonts w:ascii="Calibri" w:hAnsi="Calibri"/>
                <w:sz w:val="12"/>
              </w:rPr>
              <w:t xml:space="preserve"> </w:t>
            </w:r>
            <w:r w:rsidRPr="00A3371E">
              <w:rPr>
                <w:rFonts w:ascii="Calibri" w:hAnsi="Calibri"/>
                <w:sz w:val="12"/>
              </w:rPr>
              <w:t>-</w:t>
            </w:r>
            <w:r>
              <w:rPr>
                <w:rFonts w:ascii="Calibri" w:hAnsi="Calibri"/>
                <w:sz w:val="12"/>
              </w:rPr>
              <w:t xml:space="preserve"> </w:t>
            </w:r>
            <w:r w:rsidRPr="00A3371E">
              <w:rPr>
                <w:rFonts w:ascii="Calibri" w:hAnsi="Calibri"/>
                <w:sz w:val="12"/>
              </w:rPr>
              <w:t xml:space="preserve">Gruplar seçtikleri Türk devletini kıyafet, yemek, müzik yönüyle tanıtır. </w:t>
            </w:r>
            <w:r>
              <w:rPr>
                <w:rFonts w:ascii="Calibri" w:hAnsi="Calibri"/>
                <w:sz w:val="12"/>
              </w:rPr>
              <w:br/>
            </w:r>
            <w:r w:rsidRPr="00A3371E">
              <w:rPr>
                <w:rFonts w:ascii="Calibri" w:hAnsi="Calibri"/>
                <w:sz w:val="12"/>
              </w:rPr>
              <w:t>(Türk Dünyası Kültür Köşesi)</w:t>
            </w:r>
          </w:p>
        </w:tc>
        <w:tc>
          <w:tcPr>
            <w:tcW w:w="1224" w:type="dxa"/>
            <w:gridSpan w:val="2"/>
            <w:vMerge/>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152" w:type="dxa"/>
            <w:vMerge/>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008" w:type="dxa"/>
            <w:vMerge/>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152" w:type="dxa"/>
            <w:gridSpan w:val="2"/>
            <w:vMerge/>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008" w:type="dxa"/>
            <w:gridSpan w:val="2"/>
            <w:vMerge/>
            <w:shd w:val="clear" w:color="auto" w:fill="FFFFFF"/>
            <w:tcMar>
              <w:top w:w="20" w:type="dxa"/>
              <w:left w:w="20" w:type="dxa"/>
              <w:bottom w:w="20" w:type="dxa"/>
              <w:right w:w="20" w:type="dxa"/>
            </w:tcMar>
          </w:tcPr>
          <w:p w:rsidR="00A3371E" w:rsidRPr="00754CFB" w:rsidRDefault="00A3371E" w:rsidP="000920F2">
            <w:pPr>
              <w:spacing w:after="0" w:line="240" w:lineRule="auto"/>
              <w:rPr>
                <w:rFonts w:ascii="Calibri" w:hAnsi="Calibri"/>
                <w:sz w:val="12"/>
              </w:rPr>
            </w:pPr>
          </w:p>
        </w:tc>
        <w:tc>
          <w:tcPr>
            <w:tcW w:w="1296" w:type="dxa"/>
            <w:gridSpan w:val="2"/>
            <w:vMerge/>
            <w:shd w:val="clear" w:color="auto" w:fill="FFFFFF"/>
            <w:tcMar>
              <w:top w:w="20" w:type="dxa"/>
              <w:left w:w="20" w:type="dxa"/>
              <w:bottom w:w="20" w:type="dxa"/>
              <w:right w:w="20" w:type="dxa"/>
            </w:tcMar>
          </w:tcPr>
          <w:p w:rsidR="00A3371E" w:rsidRPr="00754CFB" w:rsidRDefault="00A3371E" w:rsidP="000920F2">
            <w:pPr>
              <w:spacing w:after="0" w:line="240" w:lineRule="auto"/>
            </w:pPr>
          </w:p>
        </w:tc>
        <w:tc>
          <w:tcPr>
            <w:tcW w:w="1224" w:type="dxa"/>
            <w:gridSpan w:val="2"/>
            <w:vMerge/>
            <w:shd w:val="clear" w:color="auto" w:fill="FFFFFF"/>
            <w:tcMar>
              <w:top w:w="20" w:type="dxa"/>
              <w:left w:w="20" w:type="dxa"/>
              <w:bottom w:w="20" w:type="dxa"/>
              <w:right w:w="20" w:type="dxa"/>
            </w:tcMar>
          </w:tcPr>
          <w:p w:rsidR="00A3371E" w:rsidRPr="00754CFB" w:rsidRDefault="00A3371E"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ARALIK</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12. Hafta:</w:t>
            </w:r>
            <w:r w:rsidRPr="00754CFB">
              <w:rPr>
                <w:rFonts w:ascii="Calibri" w:hAnsi="Calibri"/>
                <w:sz w:val="12"/>
              </w:rPr>
              <w:br/>
              <w:t xml:space="preserve"> 7-11 Aralık</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w:t>
            </w:r>
          </w:p>
        </w:tc>
        <w:tc>
          <w:tcPr>
            <w:tcW w:w="1152" w:type="dxa"/>
            <w:shd w:val="clear" w:color="auto" w:fill="F8FAFC"/>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ORTAK MİRASIMIZ</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Türkistan’da Kurulan İlk Türk Devletlerinin Medeniyetimize Katkıları</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SB.6.3.1. Türkistan’da kurulan ilk Türk devletlerinin medeniyetimize katkılarını sorgulayabilme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Türkistan’da kurulan ilk Türk devletlerinin medeniyetimize katkıları hakkında merak ettiği konuyu tanımlar.</w:t>
            </w:r>
            <w:r w:rsidRPr="00754CFB">
              <w:rPr>
                <w:rFonts w:ascii="Calibri" w:hAnsi="Calibri"/>
                <w:sz w:val="12"/>
              </w:rPr>
              <w:br/>
              <w:t>b) Türkistan’da kurulan ilk Türk devletlerinin medeniyetimize katkıları hakkında verilen kaynaklara dayanarak sorular sorar.</w:t>
            </w:r>
            <w:r w:rsidRPr="00754CFB">
              <w:rPr>
                <w:rFonts w:ascii="Calibri" w:hAnsi="Calibri"/>
                <w:sz w:val="12"/>
              </w:rPr>
              <w:br/>
              <w:t>c) Türkistan’da kurulan ilk Türk devletlerinin medeniyetimize katkıları hakkında verilen kaynaklardan bilgi toplar.</w:t>
            </w:r>
            <w:r w:rsidRPr="00754CFB">
              <w:rPr>
                <w:rFonts w:ascii="Calibri" w:hAnsi="Calibri"/>
                <w:sz w:val="12"/>
              </w:rPr>
              <w:br/>
              <w:t>ç) Türkistan’da kurulan ilk Türk devletlerinin medeniyetimize katkıları hakkında topladığı bilgilerin doğruluğunu değerlendirir.</w:t>
            </w:r>
            <w:r w:rsidRPr="00754CFB">
              <w:rPr>
                <w:rFonts w:ascii="Calibri" w:hAnsi="Calibri"/>
                <w:sz w:val="12"/>
              </w:rPr>
              <w:br/>
              <w:t>d) Türkistan’da kurulan ilk Türk devletlerinin medeniyetimize katkıları hakkında toplanan bilgiler üzerinden çıkarım yapar.</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Soru kartları (5N1K), </w:t>
            </w:r>
            <w:r w:rsidRPr="00754CFB">
              <w:rPr>
                <w:rFonts w:ascii="Calibri" w:hAnsi="Calibri"/>
                <w:sz w:val="12"/>
              </w:rPr>
              <w:br/>
              <w:t>Açık uçlu sorular içeren çalışma yaprağı,</w:t>
            </w:r>
            <w:r w:rsidRPr="00754CFB">
              <w:rPr>
                <w:rFonts w:ascii="Calibri" w:hAnsi="Calibri"/>
                <w:sz w:val="12"/>
              </w:rPr>
              <w:br/>
              <w:t xml:space="preserve">Kontrol listesi, </w:t>
            </w:r>
            <w:r w:rsidRPr="00754CFB">
              <w:rPr>
                <w:rFonts w:ascii="Calibri" w:hAnsi="Calibri"/>
                <w:sz w:val="12"/>
              </w:rPr>
              <w:br/>
              <w:t xml:space="preserve">Gözlem formu, </w:t>
            </w:r>
            <w:r w:rsidRPr="00754CFB">
              <w:rPr>
                <w:rFonts w:ascii="Calibri" w:hAnsi="Calibri"/>
                <w:sz w:val="12"/>
              </w:rPr>
              <w:br/>
              <w:t xml:space="preserve">Anekdot kaydı, </w:t>
            </w:r>
            <w:r w:rsidRPr="00754CFB">
              <w:rPr>
                <w:rFonts w:ascii="Calibri" w:hAnsi="Calibri"/>
                <w:sz w:val="12"/>
              </w:rPr>
              <w:br/>
              <w:t xml:space="preserve">Derecelendirme ölçeği, </w:t>
            </w:r>
            <w:r w:rsidRPr="00754CFB">
              <w:rPr>
                <w:rFonts w:ascii="Calibri" w:hAnsi="Calibri"/>
                <w:sz w:val="12"/>
              </w:rPr>
              <w:br/>
              <w:t xml:space="preserve">Karşılaştırma tablosu, </w:t>
            </w:r>
            <w:r w:rsidRPr="00754CFB">
              <w:rPr>
                <w:rFonts w:ascii="Calibri" w:hAnsi="Calibri"/>
                <w:sz w:val="12"/>
              </w:rPr>
              <w:br/>
              <w:t>Bütüncül dereceli puanlama anahtarı,</w:t>
            </w:r>
            <w:r w:rsidRPr="00754CFB">
              <w:rPr>
                <w:rFonts w:ascii="Calibri" w:hAnsi="Calibri"/>
                <w:sz w:val="12"/>
              </w:rPr>
              <w:br/>
              <w:t>Kavram ağı ve performans görevi</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SDB2.1.İletişim, </w:t>
            </w:r>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 xml:space="preserve">SDB2.3. Sosyal Farkındalık, </w:t>
            </w:r>
            <w:r w:rsidRPr="00754CFB">
              <w:rPr>
                <w:rFonts w:ascii="Calibri" w:hAnsi="Calibri"/>
                <w:sz w:val="12"/>
              </w:rPr>
              <w:br/>
              <w:t xml:space="preserve">SDB3.1. Uyum, </w:t>
            </w:r>
            <w:r w:rsidRPr="00754CF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D14. Saygı, </w:t>
            </w:r>
            <w:r w:rsidRPr="00754CFB">
              <w:rPr>
                <w:rFonts w:ascii="Calibri" w:hAnsi="Calibri"/>
                <w:sz w:val="12"/>
              </w:rPr>
              <w:br/>
              <w:t>D19. Vatanseverlik</w:t>
            </w:r>
          </w:p>
        </w:tc>
        <w:tc>
          <w:tcPr>
            <w:tcW w:w="1152"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OB1. Bilgi Okuryazarlığı</w:t>
            </w:r>
            <w:proofErr w:type="gramStart"/>
            <w:r w:rsidRPr="00754CFB">
              <w:rPr>
                <w:rFonts w:ascii="Calibri" w:hAnsi="Calibri"/>
                <w:sz w:val="12"/>
              </w:rPr>
              <w:t>,</w:t>
            </w:r>
            <w:proofErr w:type="gramEnd"/>
            <w:r w:rsidRPr="00754CFB">
              <w:rPr>
                <w:rFonts w:ascii="Calibri" w:hAnsi="Calibri"/>
                <w:sz w:val="12"/>
              </w:rPr>
              <w:br/>
              <w:t xml:space="preserve">OB2. Dijital Okuryazarlık, OB4. Görsel Okuryazarlık, OB5. Kültür </w:t>
            </w:r>
            <w:r w:rsidRPr="00754CFB">
              <w:rPr>
                <w:rFonts w:ascii="Calibri" w:hAnsi="Calibri"/>
                <w:sz w:val="12"/>
              </w:rPr>
              <w:br/>
              <w:t>Okuryazarlığı</w:t>
            </w:r>
            <w:proofErr w:type="gramStart"/>
            <w:r w:rsidRPr="00754CFB">
              <w:rPr>
                <w:rFonts w:ascii="Calibri" w:hAnsi="Calibri"/>
                <w:sz w:val="12"/>
              </w:rPr>
              <w:t>,</w:t>
            </w:r>
            <w:proofErr w:type="gramEnd"/>
            <w:r w:rsidRPr="00754CFB">
              <w:rPr>
                <w:rFonts w:ascii="Calibri" w:hAnsi="Calibri"/>
                <w:sz w:val="12"/>
              </w:rPr>
              <w:br/>
              <w:t xml:space="preserve">OB7. Veri Okuryazarlığı, </w:t>
            </w:r>
            <w:r w:rsidRPr="00754CFB">
              <w:rPr>
                <w:rFonts w:ascii="Calibri" w:hAnsi="Calibri"/>
                <w:sz w:val="12"/>
              </w:rPr>
              <w:br/>
              <w:t>OB9. Sanat Okuryazarlığı</w:t>
            </w: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ARALIK</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13. Hafta:</w:t>
            </w:r>
            <w:r w:rsidRPr="00754CFB">
              <w:rPr>
                <w:rFonts w:ascii="Calibri" w:hAnsi="Calibri"/>
                <w:sz w:val="12"/>
              </w:rPr>
              <w:br/>
              <w:t xml:space="preserve"> 14-18 Aralık</w:t>
            </w:r>
          </w:p>
        </w:tc>
        <w:tc>
          <w:tcPr>
            <w:tcW w:w="711"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ORTAK MİRASIMIZ</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Türkistan’da Kurulan İlk Türk Devletlerinin Medeniyetimize Katkıları</w:t>
            </w:r>
          </w:p>
        </w:tc>
        <w:tc>
          <w:tcPr>
            <w:tcW w:w="151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SB.6.3.1. Türkistan’da kurulan ilk Türk devletlerinin medeniyetimize katkılarını sorgulayabilme</w:t>
            </w:r>
          </w:p>
        </w:tc>
        <w:tc>
          <w:tcPr>
            <w:tcW w:w="1656"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Türkistan’da kurulan ilk Türk devletlerinin medeniyetimize katkıları hakkında merak ettiği konuyu tanımlar.</w:t>
            </w:r>
            <w:r w:rsidRPr="00754CFB">
              <w:rPr>
                <w:rFonts w:ascii="Calibri" w:hAnsi="Calibri"/>
                <w:sz w:val="12"/>
              </w:rPr>
              <w:br/>
              <w:t>b) Türkistan’da kurulan ilk Türk devletlerinin medeniyetimize katkıları hakkında verilen kaynaklara dayanarak sorular sorar.</w:t>
            </w:r>
            <w:r w:rsidRPr="00754CFB">
              <w:rPr>
                <w:rFonts w:ascii="Calibri" w:hAnsi="Calibri"/>
                <w:sz w:val="12"/>
              </w:rPr>
              <w:br/>
              <w:t>c) Türkistan’da kurulan ilk Türk devletlerinin medeniyetimize katkıları hakkında veri</w:t>
            </w:r>
            <w:r w:rsidRPr="00754CFB">
              <w:rPr>
                <w:rFonts w:ascii="Calibri" w:hAnsi="Calibri"/>
                <w:sz w:val="12"/>
              </w:rPr>
              <w:br/>
              <w:t>len kaynaklardan bilgi toplar.</w:t>
            </w:r>
            <w:r w:rsidRPr="00754CFB">
              <w:rPr>
                <w:rFonts w:ascii="Calibri" w:hAnsi="Calibri"/>
                <w:sz w:val="12"/>
              </w:rPr>
              <w:br/>
              <w:t>ç) Türkistan’da kurulan ilk Türk devletlerinin medeniyetimize katkıları hakkında topladığı bilgilerin doğruluğunu değerlendirir.</w:t>
            </w:r>
            <w:r w:rsidRPr="00754CFB">
              <w:rPr>
                <w:rFonts w:ascii="Calibri" w:hAnsi="Calibri"/>
                <w:sz w:val="12"/>
              </w:rPr>
              <w:br/>
              <w:t>d) Türkistan’da kurulan ilk Türk devletlerinin medeniyetimize katkıları hakkında toplanan bilgiler üzerinden çıkarım yapar.</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Soru kartları (5N1K), </w:t>
            </w:r>
            <w:r w:rsidRPr="00754CFB">
              <w:rPr>
                <w:rFonts w:ascii="Calibri" w:hAnsi="Calibri"/>
                <w:sz w:val="12"/>
              </w:rPr>
              <w:br/>
              <w:t>Açık uçlu sorular içeren çalışma yaprağı,</w:t>
            </w:r>
            <w:r w:rsidRPr="00754CFB">
              <w:rPr>
                <w:rFonts w:ascii="Calibri" w:hAnsi="Calibri"/>
                <w:sz w:val="12"/>
              </w:rPr>
              <w:br/>
              <w:t xml:space="preserve">Kontrol listesi, </w:t>
            </w:r>
            <w:r w:rsidRPr="00754CFB">
              <w:rPr>
                <w:rFonts w:ascii="Calibri" w:hAnsi="Calibri"/>
                <w:sz w:val="12"/>
              </w:rPr>
              <w:br/>
              <w:t xml:space="preserve">Gözlem formu, </w:t>
            </w:r>
            <w:r w:rsidRPr="00754CFB">
              <w:rPr>
                <w:rFonts w:ascii="Calibri" w:hAnsi="Calibri"/>
                <w:sz w:val="12"/>
              </w:rPr>
              <w:br/>
              <w:t xml:space="preserve">Anekdot kaydı, </w:t>
            </w:r>
            <w:r w:rsidRPr="00754CFB">
              <w:rPr>
                <w:rFonts w:ascii="Calibri" w:hAnsi="Calibri"/>
                <w:sz w:val="12"/>
              </w:rPr>
              <w:br/>
              <w:t xml:space="preserve">Derecelendirme ölçeği, </w:t>
            </w:r>
            <w:r w:rsidRPr="00754CFB">
              <w:rPr>
                <w:rFonts w:ascii="Calibri" w:hAnsi="Calibri"/>
                <w:sz w:val="12"/>
              </w:rPr>
              <w:br/>
              <w:t xml:space="preserve">Karşılaştırma tablosu, </w:t>
            </w:r>
            <w:r w:rsidRPr="00754CFB">
              <w:rPr>
                <w:rFonts w:ascii="Calibri" w:hAnsi="Calibri"/>
                <w:sz w:val="12"/>
              </w:rPr>
              <w:br/>
              <w:t>Bütüncül dereceli puanlama anahtarı,</w:t>
            </w:r>
            <w:r w:rsidRPr="00754CFB">
              <w:rPr>
                <w:rFonts w:ascii="Calibri" w:hAnsi="Calibri"/>
                <w:sz w:val="12"/>
              </w:rPr>
              <w:br/>
              <w:t>Kavram ağı ve performans görevi</w:t>
            </w:r>
          </w:p>
        </w:tc>
        <w:tc>
          <w:tcPr>
            <w:tcW w:w="115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SDB2.1.İletişim, </w:t>
            </w:r>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 xml:space="preserve">SDB2.3. Sosyal Farkındalık, </w:t>
            </w:r>
            <w:r w:rsidRPr="00754CFB">
              <w:rPr>
                <w:rFonts w:ascii="Calibri" w:hAnsi="Calibri"/>
                <w:sz w:val="12"/>
              </w:rPr>
              <w:br/>
              <w:t xml:space="preserve">SDB3.1. Uyum, </w:t>
            </w:r>
            <w:r w:rsidRPr="00754CFB">
              <w:rPr>
                <w:rFonts w:ascii="Calibri" w:hAnsi="Calibri"/>
                <w:sz w:val="12"/>
              </w:rPr>
              <w:br/>
              <w:t>SDB3.3. Sorumlu Karar Verme</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D14. Saygı, </w:t>
            </w:r>
            <w:r w:rsidRPr="00754CFB">
              <w:rPr>
                <w:rFonts w:ascii="Calibri" w:hAnsi="Calibri"/>
                <w:sz w:val="12"/>
              </w:rPr>
              <w:br/>
              <w:t>D19. Vatanseverlik</w:t>
            </w:r>
          </w:p>
        </w:tc>
        <w:tc>
          <w:tcPr>
            <w:tcW w:w="1152"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OB1. Bilgi Okuryazarlığı</w:t>
            </w:r>
            <w:proofErr w:type="gramStart"/>
            <w:r w:rsidRPr="00754CFB">
              <w:rPr>
                <w:rFonts w:ascii="Calibri" w:hAnsi="Calibri"/>
                <w:sz w:val="12"/>
              </w:rPr>
              <w:t>,</w:t>
            </w:r>
            <w:proofErr w:type="gramEnd"/>
            <w:r w:rsidRPr="00754CFB">
              <w:rPr>
                <w:rFonts w:ascii="Calibri" w:hAnsi="Calibri"/>
                <w:sz w:val="12"/>
              </w:rPr>
              <w:br/>
              <w:t xml:space="preserve">OB2. Dijital Okuryazarlık, OB4. Görsel Okuryazarlık, OB5. Kültür </w:t>
            </w:r>
            <w:r w:rsidRPr="00754CFB">
              <w:rPr>
                <w:rFonts w:ascii="Calibri" w:hAnsi="Calibri"/>
                <w:sz w:val="12"/>
              </w:rPr>
              <w:br/>
              <w:t>Okuryazarlığı</w:t>
            </w:r>
            <w:proofErr w:type="gramStart"/>
            <w:r w:rsidRPr="00754CFB">
              <w:rPr>
                <w:rFonts w:ascii="Calibri" w:hAnsi="Calibri"/>
                <w:sz w:val="12"/>
              </w:rPr>
              <w:t>,</w:t>
            </w:r>
            <w:proofErr w:type="gramEnd"/>
            <w:r w:rsidRPr="00754CFB">
              <w:rPr>
                <w:rFonts w:ascii="Calibri" w:hAnsi="Calibri"/>
                <w:sz w:val="12"/>
              </w:rPr>
              <w:br/>
              <w:t xml:space="preserve">OB7. Veri Okuryazarlığı, </w:t>
            </w:r>
            <w:r w:rsidRPr="00754CFB">
              <w:rPr>
                <w:rFonts w:ascii="Calibri" w:hAnsi="Calibri"/>
                <w:sz w:val="12"/>
              </w:rPr>
              <w:br/>
              <w:t>OB9. Sanat Okuryazarlığı</w:t>
            </w:r>
          </w:p>
        </w:tc>
        <w:tc>
          <w:tcPr>
            <w:tcW w:w="1008"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Tutum, Yatırım ve Türk Malları Haftası (12-18 Aralık)</w:t>
            </w:r>
          </w:p>
        </w:tc>
        <w:tc>
          <w:tcPr>
            <w:tcW w:w="1296"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ARALIK</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14. Hafta:</w:t>
            </w:r>
            <w:r w:rsidRPr="00754CFB">
              <w:rPr>
                <w:rFonts w:ascii="Calibri" w:hAnsi="Calibri"/>
                <w:sz w:val="12"/>
              </w:rPr>
              <w:br/>
              <w:t>21-25 Aralık</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ORTAK MİRASIMIZ</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VII-XIII. Yüzyıllar Arasında İslam Medeniyetinin İnsanlığın Ortak Mirasına Katkıları</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SB.6.3.2. VII-XIII. yüzyıllar arasında İslam medeniyetinin eğitim, bilim, hukuk, kültür, sa</w:t>
            </w:r>
            <w:r w:rsidRPr="00754CFB">
              <w:rPr>
                <w:rFonts w:ascii="Calibri" w:hAnsi="Calibri"/>
                <w:sz w:val="12"/>
              </w:rPr>
              <w:br/>
              <w:t>nat ve mimari alanlarında insanlığın ortak mirasına katkılarına dair akıl yürütebilme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İslam medeniyetinin insanlığın ortak mirasına katkılarını belirler.</w:t>
            </w:r>
            <w:r w:rsidRPr="00754CFB">
              <w:rPr>
                <w:rFonts w:ascii="Calibri" w:hAnsi="Calibri"/>
                <w:sz w:val="12"/>
              </w:rPr>
              <w:br/>
              <w:t>b) İslam medeniyetinin insanlığın ortak mirasına yaptığı katkıları eğitim, bilim, hukuk, kültür, sanat ve mimari alanları ile ilişkilendirir.</w:t>
            </w:r>
            <w:r w:rsidRPr="00754CFB">
              <w:rPr>
                <w:rFonts w:ascii="Calibri" w:hAnsi="Calibri"/>
                <w:sz w:val="12"/>
              </w:rPr>
              <w:br/>
              <w:t>c) İslam medeniyetinin eğitim, bilim, hukuk, kültür, sanat ve mimari alanlarında insanlığın ortak mirasına yaptığı katkılar hakkında çıkarım yapar.</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Soru kartları (5N1K), </w:t>
            </w:r>
            <w:r w:rsidRPr="00754CFB">
              <w:rPr>
                <w:rFonts w:ascii="Calibri" w:hAnsi="Calibri"/>
                <w:sz w:val="12"/>
              </w:rPr>
              <w:br/>
              <w:t>Açık uçlu sorular içeren çalışma yaprağı,</w:t>
            </w:r>
            <w:r w:rsidRPr="00754CFB">
              <w:rPr>
                <w:rFonts w:ascii="Calibri" w:hAnsi="Calibri"/>
                <w:sz w:val="12"/>
              </w:rPr>
              <w:br/>
              <w:t xml:space="preserve">Kontrol listesi, </w:t>
            </w:r>
            <w:r w:rsidRPr="00754CFB">
              <w:rPr>
                <w:rFonts w:ascii="Calibri" w:hAnsi="Calibri"/>
                <w:sz w:val="12"/>
              </w:rPr>
              <w:br/>
              <w:t xml:space="preserve">Gözlem formu, </w:t>
            </w:r>
            <w:r w:rsidRPr="00754CFB">
              <w:rPr>
                <w:rFonts w:ascii="Calibri" w:hAnsi="Calibri"/>
                <w:sz w:val="12"/>
              </w:rPr>
              <w:br/>
              <w:t xml:space="preserve">Anekdot kaydı, </w:t>
            </w:r>
            <w:r w:rsidRPr="00754CFB">
              <w:rPr>
                <w:rFonts w:ascii="Calibri" w:hAnsi="Calibri"/>
                <w:sz w:val="12"/>
              </w:rPr>
              <w:br/>
              <w:t xml:space="preserve">Derecelendirme ölçeği, </w:t>
            </w:r>
            <w:r w:rsidRPr="00754CFB">
              <w:rPr>
                <w:rFonts w:ascii="Calibri" w:hAnsi="Calibri"/>
                <w:sz w:val="12"/>
              </w:rPr>
              <w:br/>
              <w:t xml:space="preserve">Karşılaştırma tablosu, </w:t>
            </w:r>
            <w:r w:rsidRPr="00754CFB">
              <w:rPr>
                <w:rFonts w:ascii="Calibri" w:hAnsi="Calibri"/>
                <w:sz w:val="12"/>
              </w:rPr>
              <w:br/>
              <w:t>Bütüncül dereceli puanlama anahtarı,</w:t>
            </w:r>
            <w:r w:rsidRPr="00754CFB">
              <w:rPr>
                <w:rFonts w:ascii="Calibri" w:hAnsi="Calibri"/>
                <w:sz w:val="12"/>
              </w:rPr>
              <w:br/>
              <w:t>Kavram ağı ve performans görevi</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SDB2.1.İletişim, </w:t>
            </w:r>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 xml:space="preserve">SDB2.3. Sosyal Farkındalık, </w:t>
            </w:r>
            <w:r w:rsidRPr="00754CFB">
              <w:rPr>
                <w:rFonts w:ascii="Calibri" w:hAnsi="Calibri"/>
                <w:sz w:val="12"/>
              </w:rPr>
              <w:br/>
              <w:t xml:space="preserve">SDB3.1. Uyum, </w:t>
            </w:r>
            <w:r w:rsidRPr="00754CF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D14. Saygı, </w:t>
            </w:r>
            <w:r w:rsidRPr="00754CFB">
              <w:rPr>
                <w:rFonts w:ascii="Calibri" w:hAnsi="Calibri"/>
                <w:sz w:val="12"/>
              </w:rPr>
              <w:br/>
              <w:t>D19. Vatanseverlik</w:t>
            </w:r>
          </w:p>
        </w:tc>
        <w:tc>
          <w:tcPr>
            <w:tcW w:w="1152"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OB1. Bilgi Okuryazarlığı</w:t>
            </w:r>
            <w:proofErr w:type="gramStart"/>
            <w:r w:rsidRPr="00754CFB">
              <w:rPr>
                <w:rFonts w:ascii="Calibri" w:hAnsi="Calibri"/>
                <w:sz w:val="12"/>
              </w:rPr>
              <w:t>,</w:t>
            </w:r>
            <w:proofErr w:type="gramEnd"/>
            <w:r w:rsidRPr="00754CFB">
              <w:rPr>
                <w:rFonts w:ascii="Calibri" w:hAnsi="Calibri"/>
                <w:sz w:val="12"/>
              </w:rPr>
              <w:br/>
              <w:t xml:space="preserve">OB2. Dijital Okuryazarlık, OB4. Görsel Okuryazarlık, OB5. Kültür </w:t>
            </w:r>
            <w:r w:rsidRPr="00754CFB">
              <w:rPr>
                <w:rFonts w:ascii="Calibri" w:hAnsi="Calibri"/>
                <w:sz w:val="12"/>
              </w:rPr>
              <w:br/>
              <w:t>Okuryazarlığı</w:t>
            </w:r>
            <w:proofErr w:type="gramStart"/>
            <w:r w:rsidRPr="00754CFB">
              <w:rPr>
                <w:rFonts w:ascii="Calibri" w:hAnsi="Calibri"/>
                <w:sz w:val="12"/>
              </w:rPr>
              <w:t>,</w:t>
            </w:r>
            <w:proofErr w:type="gramEnd"/>
            <w:r w:rsidRPr="00754CFB">
              <w:rPr>
                <w:rFonts w:ascii="Calibri" w:hAnsi="Calibri"/>
                <w:sz w:val="12"/>
              </w:rPr>
              <w:br/>
              <w:t xml:space="preserve">OB7. Veri Okuryazarlığı, </w:t>
            </w:r>
            <w:r w:rsidRPr="00754CFB">
              <w:rPr>
                <w:rFonts w:ascii="Calibri" w:hAnsi="Calibri"/>
                <w:sz w:val="12"/>
              </w:rPr>
              <w:br/>
              <w:t>OB9. Sanat Okuryazarlığı</w:t>
            </w: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F85324">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ARALIK</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15. Hafta:</w:t>
            </w:r>
            <w:r w:rsidRPr="00754CFB">
              <w:rPr>
                <w:rFonts w:ascii="Calibri" w:hAnsi="Calibri"/>
                <w:sz w:val="12"/>
              </w:rPr>
              <w:br/>
              <w:t>28 Aralık-1 Ocak 2027</w:t>
            </w:r>
          </w:p>
        </w:tc>
        <w:tc>
          <w:tcPr>
            <w:tcW w:w="711"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ORTAK MİRASIMIZ</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VII-XIII. Yüzyıllar Arasında İslam Medeniyetinin İnsanlığın Ortak </w:t>
            </w:r>
            <w:r w:rsidRPr="00754CFB">
              <w:rPr>
                <w:rFonts w:ascii="Calibri" w:hAnsi="Calibri"/>
                <w:sz w:val="12"/>
              </w:rPr>
              <w:lastRenderedPageBreak/>
              <w:t>Mirasına Katkıları</w:t>
            </w:r>
          </w:p>
        </w:tc>
        <w:tc>
          <w:tcPr>
            <w:tcW w:w="151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lastRenderedPageBreak/>
              <w:t>SB.6.3.2. VII-XIII. yüzyıllar arasında İslam medeniyetinin eğitim, bilim, hukuk, kültür, sa</w:t>
            </w:r>
            <w:r w:rsidRPr="00754CFB">
              <w:rPr>
                <w:rFonts w:ascii="Calibri" w:hAnsi="Calibri"/>
                <w:sz w:val="12"/>
              </w:rPr>
              <w:br/>
              <w:t xml:space="preserve">nat ve mimari alanlarında </w:t>
            </w:r>
            <w:r w:rsidRPr="00754CFB">
              <w:rPr>
                <w:rFonts w:ascii="Calibri" w:hAnsi="Calibri"/>
                <w:sz w:val="12"/>
              </w:rPr>
              <w:lastRenderedPageBreak/>
              <w:t>insanlığın ortak mirasına katkılarına dair akıl yürütebilme</w:t>
            </w:r>
          </w:p>
        </w:tc>
        <w:tc>
          <w:tcPr>
            <w:tcW w:w="1656"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lastRenderedPageBreak/>
              <w:t>a) İslam medeniyetinin insanlığın ortak mirasına katkılarını belirler.</w:t>
            </w:r>
            <w:r w:rsidRPr="00754CFB">
              <w:rPr>
                <w:rFonts w:ascii="Calibri" w:hAnsi="Calibri"/>
                <w:sz w:val="12"/>
              </w:rPr>
              <w:br/>
              <w:t xml:space="preserve">b) İslam medeniyetinin insanlığın ortak mirasına yaptığı katkıları </w:t>
            </w:r>
            <w:r w:rsidRPr="00754CFB">
              <w:rPr>
                <w:rFonts w:ascii="Calibri" w:hAnsi="Calibri"/>
                <w:sz w:val="12"/>
              </w:rPr>
              <w:lastRenderedPageBreak/>
              <w:t>eğitim, bilim, hukuk, kültür, sanat ve mimari alanları ile ilişkilendirir.</w:t>
            </w:r>
            <w:r w:rsidRPr="00754CFB">
              <w:rPr>
                <w:rFonts w:ascii="Calibri" w:hAnsi="Calibri"/>
                <w:sz w:val="12"/>
              </w:rPr>
              <w:br/>
              <w:t>c) İslam medeniyetinin eğitim, bilim, hukuk, kültür, sanat ve mimari alanlarında insanlığın ortak mirasına yaptığı katkılar hakkında çıkarım yapar.</w:t>
            </w:r>
          </w:p>
        </w:tc>
        <w:tc>
          <w:tcPr>
            <w:tcW w:w="1224" w:type="dxa"/>
            <w:gridSpan w:val="2"/>
            <w:shd w:val="clear" w:color="auto" w:fill="FFFF99"/>
            <w:tcMar>
              <w:top w:w="20" w:type="dxa"/>
              <w:left w:w="20" w:type="dxa"/>
              <w:bottom w:w="20" w:type="dxa"/>
              <w:right w:w="20" w:type="dxa"/>
            </w:tcMar>
          </w:tcPr>
          <w:p w:rsidR="002F1112" w:rsidRPr="00754CFB" w:rsidRDefault="004342E2" w:rsidP="00F85324">
            <w:pPr>
              <w:spacing w:after="0" w:line="240" w:lineRule="auto"/>
              <w:jc w:val="center"/>
            </w:pPr>
            <w:r w:rsidRPr="00F85324">
              <w:rPr>
                <w:rFonts w:ascii="Calibri" w:hAnsi="Calibri"/>
                <w:b/>
                <w:sz w:val="12"/>
              </w:rPr>
              <w:lastRenderedPageBreak/>
              <w:t>SINAV HAFTASI</w:t>
            </w:r>
            <w:r w:rsidRPr="00F85324">
              <w:rPr>
                <w:rFonts w:ascii="Calibri" w:hAnsi="Calibri"/>
                <w:b/>
                <w:sz w:val="12"/>
              </w:rPr>
              <w:br/>
            </w:r>
            <w:r w:rsidRPr="00754CFB">
              <w:rPr>
                <w:rFonts w:ascii="Calibri" w:hAnsi="Calibri"/>
                <w:sz w:val="12"/>
              </w:rPr>
              <w:t>(29 Aralık 2026- 08 Ocak 2027)</w:t>
            </w:r>
          </w:p>
        </w:tc>
        <w:tc>
          <w:tcPr>
            <w:tcW w:w="115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SDB2.1.İletişim, </w:t>
            </w:r>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 xml:space="preserve">SDB2.3. Sosyal Farkındalık, </w:t>
            </w:r>
            <w:r w:rsidRPr="00754CFB">
              <w:rPr>
                <w:rFonts w:ascii="Calibri" w:hAnsi="Calibri"/>
                <w:sz w:val="12"/>
              </w:rPr>
              <w:br/>
            </w:r>
            <w:r w:rsidRPr="00754CFB">
              <w:rPr>
                <w:rFonts w:ascii="Calibri" w:hAnsi="Calibri"/>
                <w:sz w:val="12"/>
              </w:rPr>
              <w:lastRenderedPageBreak/>
              <w:t xml:space="preserve">SDB3.1. Uyum, </w:t>
            </w:r>
            <w:r w:rsidRPr="00754CFB">
              <w:rPr>
                <w:rFonts w:ascii="Calibri" w:hAnsi="Calibri"/>
                <w:sz w:val="12"/>
              </w:rPr>
              <w:br/>
              <w:t>SDB3.3. Sorumlu Karar Verme</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lastRenderedPageBreak/>
              <w:t xml:space="preserve">D14. Saygı, </w:t>
            </w:r>
            <w:r w:rsidRPr="00754CFB">
              <w:rPr>
                <w:rFonts w:ascii="Calibri" w:hAnsi="Calibri"/>
                <w:sz w:val="12"/>
              </w:rPr>
              <w:br/>
              <w:t>D19. Vatanseverlik</w:t>
            </w:r>
          </w:p>
        </w:tc>
        <w:tc>
          <w:tcPr>
            <w:tcW w:w="1152"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OB1. Bilgi Okuryazarlığı</w:t>
            </w:r>
            <w:proofErr w:type="gramStart"/>
            <w:r w:rsidRPr="00754CFB">
              <w:rPr>
                <w:rFonts w:ascii="Calibri" w:hAnsi="Calibri"/>
                <w:sz w:val="12"/>
              </w:rPr>
              <w:t>,</w:t>
            </w:r>
            <w:proofErr w:type="gramEnd"/>
            <w:r w:rsidRPr="00754CFB">
              <w:rPr>
                <w:rFonts w:ascii="Calibri" w:hAnsi="Calibri"/>
                <w:sz w:val="12"/>
              </w:rPr>
              <w:br/>
              <w:t xml:space="preserve">OB2. Dijital Okuryazarlık, OB4. </w:t>
            </w:r>
            <w:r w:rsidRPr="00754CFB">
              <w:rPr>
                <w:rFonts w:ascii="Calibri" w:hAnsi="Calibri"/>
                <w:sz w:val="12"/>
              </w:rPr>
              <w:lastRenderedPageBreak/>
              <w:t xml:space="preserve">Görsel Okuryazarlık, OB5. Kültür </w:t>
            </w:r>
            <w:r w:rsidRPr="00754CFB">
              <w:rPr>
                <w:rFonts w:ascii="Calibri" w:hAnsi="Calibri"/>
                <w:sz w:val="12"/>
              </w:rPr>
              <w:br/>
              <w:t>Okuryazarlığı</w:t>
            </w:r>
            <w:proofErr w:type="gramStart"/>
            <w:r w:rsidRPr="00754CFB">
              <w:rPr>
                <w:rFonts w:ascii="Calibri" w:hAnsi="Calibri"/>
                <w:sz w:val="12"/>
              </w:rPr>
              <w:t>,</w:t>
            </w:r>
            <w:proofErr w:type="gramEnd"/>
            <w:r w:rsidRPr="00754CFB">
              <w:rPr>
                <w:rFonts w:ascii="Calibri" w:hAnsi="Calibri"/>
                <w:sz w:val="12"/>
              </w:rPr>
              <w:br/>
              <w:t xml:space="preserve">OB7. Veri Okuryazarlığı, </w:t>
            </w:r>
            <w:r w:rsidRPr="00754CFB">
              <w:rPr>
                <w:rFonts w:ascii="Calibri" w:hAnsi="Calibri"/>
                <w:sz w:val="12"/>
              </w:rPr>
              <w:br/>
              <w:t>OB9. Sanat Okuryazarlığı</w:t>
            </w:r>
          </w:p>
        </w:tc>
        <w:tc>
          <w:tcPr>
            <w:tcW w:w="1008"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F85324">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F85324" w:rsidP="000920F2">
            <w:pPr>
              <w:spacing w:after="0" w:line="240" w:lineRule="auto"/>
              <w:jc w:val="center"/>
            </w:pPr>
            <w:r>
              <w:rPr>
                <w:rFonts w:ascii="Calibri" w:hAnsi="Calibri"/>
                <w:sz w:val="12"/>
              </w:rPr>
              <w:lastRenderedPageBreak/>
              <w:t>OCAK</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16. Hafta:</w:t>
            </w:r>
            <w:r w:rsidRPr="00754CFB">
              <w:rPr>
                <w:rFonts w:ascii="Calibri" w:hAnsi="Calibri"/>
                <w:sz w:val="12"/>
              </w:rPr>
              <w:br/>
              <w:t>4-8 Ocak 2027</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ORTAK MİRASIMIZ</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İslamiyet’in Kabulüyle Türklerin Sosyal ve Kültürel Hayatlarında Meydana Gelen Değişimler</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SB.6.3.3. İslamiyet’in kabulüyle Türklerin sosyal ve kültürel hayatlarında meydana gelen </w:t>
            </w:r>
            <w:r w:rsidRPr="00754CFB">
              <w:rPr>
                <w:rFonts w:ascii="Calibri" w:hAnsi="Calibri"/>
                <w:sz w:val="12"/>
              </w:rPr>
              <w:br/>
              <w:t>değişime tarihsel bağlam oluşturabilmee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İslamiyet’in kabulüyle Türklerin sosyal ve kültürel hayatlarında meydana gelen değişimi kaynaklara dayanarak analiz eder.</w:t>
            </w:r>
            <w:r w:rsidRPr="00754CFB">
              <w:rPr>
                <w:rFonts w:ascii="Calibri" w:hAnsi="Calibri"/>
                <w:sz w:val="12"/>
              </w:rPr>
              <w:br/>
              <w:t>b) İslamiyet’in kabulüyle Türklerin sosyal ve kültürel hayatlarında meydana gelen değişime ilişkin dönemin koşullarını fark eder.</w:t>
            </w:r>
            <w:r w:rsidRPr="00754CFB">
              <w:rPr>
                <w:rFonts w:ascii="Calibri" w:hAnsi="Calibri"/>
                <w:sz w:val="12"/>
              </w:rPr>
              <w:br/>
              <w:t>c) İslamiyet’in kabulüyle Türklerin sosyal ve kültürel hayatlarında meydana gelen değişimin sonuçlarını günümüz koşullarıyla karşılaştırır.</w:t>
            </w:r>
            <w:r w:rsidRPr="00754CFB">
              <w:rPr>
                <w:rFonts w:ascii="Calibri" w:hAnsi="Calibri"/>
                <w:sz w:val="12"/>
              </w:rPr>
              <w:br/>
              <w:t>ç) İslamiyet’in kabulüyle Türklerin sosyal ve kültürel hayatlarında meydana gelen değişimin sonuçlarını dönemin koşulları içinde açıklar.</w:t>
            </w:r>
          </w:p>
        </w:tc>
        <w:tc>
          <w:tcPr>
            <w:tcW w:w="1224" w:type="dxa"/>
            <w:gridSpan w:val="2"/>
            <w:shd w:val="clear" w:color="auto" w:fill="FFFF99"/>
            <w:tcMar>
              <w:top w:w="20" w:type="dxa"/>
              <w:left w:w="20" w:type="dxa"/>
              <w:bottom w:w="20" w:type="dxa"/>
              <w:right w:w="20" w:type="dxa"/>
            </w:tcMar>
          </w:tcPr>
          <w:p w:rsidR="002F1112" w:rsidRPr="00754CFB" w:rsidRDefault="004342E2" w:rsidP="00F85324">
            <w:pPr>
              <w:spacing w:after="0" w:line="240" w:lineRule="auto"/>
              <w:jc w:val="center"/>
            </w:pPr>
            <w:r w:rsidRPr="00F85324">
              <w:rPr>
                <w:rFonts w:ascii="Calibri" w:hAnsi="Calibri"/>
                <w:b/>
                <w:sz w:val="12"/>
              </w:rPr>
              <w:t>SINAV HAFTASI</w:t>
            </w:r>
            <w:r w:rsidRPr="00F85324">
              <w:rPr>
                <w:rFonts w:ascii="Calibri" w:hAnsi="Calibri"/>
                <w:b/>
                <w:sz w:val="12"/>
              </w:rPr>
              <w:br/>
            </w:r>
            <w:r w:rsidRPr="00754CFB">
              <w:rPr>
                <w:rFonts w:ascii="Calibri" w:hAnsi="Calibri"/>
                <w:sz w:val="12"/>
              </w:rPr>
              <w:t>(29 Aralık 2026- 08 Ocak 2027)</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SDB2.1.İletişim, </w:t>
            </w:r>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 xml:space="preserve">SDB2.3. Sosyal Farkındalık, </w:t>
            </w:r>
            <w:r w:rsidRPr="00754CFB">
              <w:rPr>
                <w:rFonts w:ascii="Calibri" w:hAnsi="Calibri"/>
                <w:sz w:val="12"/>
              </w:rPr>
              <w:br/>
              <w:t xml:space="preserve">SDB3.1. Uyum, </w:t>
            </w:r>
            <w:r w:rsidRPr="00754CF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D14. Saygı, </w:t>
            </w:r>
            <w:r w:rsidRPr="00754CFB">
              <w:rPr>
                <w:rFonts w:ascii="Calibri" w:hAnsi="Calibri"/>
                <w:sz w:val="12"/>
              </w:rPr>
              <w:br/>
              <w:t>D19. Vatanseverlik</w:t>
            </w:r>
          </w:p>
        </w:tc>
        <w:tc>
          <w:tcPr>
            <w:tcW w:w="1152"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OB1. Bilgi Okuryazarlığı</w:t>
            </w:r>
            <w:proofErr w:type="gramStart"/>
            <w:r w:rsidRPr="00754CFB">
              <w:rPr>
                <w:rFonts w:ascii="Calibri" w:hAnsi="Calibri"/>
                <w:sz w:val="12"/>
              </w:rPr>
              <w:t>,</w:t>
            </w:r>
            <w:proofErr w:type="gramEnd"/>
            <w:r w:rsidRPr="00754CFB">
              <w:rPr>
                <w:rFonts w:ascii="Calibri" w:hAnsi="Calibri"/>
                <w:sz w:val="12"/>
              </w:rPr>
              <w:br/>
              <w:t xml:space="preserve">OB2. Dijital Okuryazarlık, OB4. Görsel Okuryazarlık, OB5. Kültür </w:t>
            </w:r>
            <w:r w:rsidRPr="00754CFB">
              <w:rPr>
                <w:rFonts w:ascii="Calibri" w:hAnsi="Calibri"/>
                <w:sz w:val="12"/>
              </w:rPr>
              <w:br/>
              <w:t>Okuryazarlığı</w:t>
            </w:r>
            <w:proofErr w:type="gramStart"/>
            <w:r w:rsidRPr="00754CFB">
              <w:rPr>
                <w:rFonts w:ascii="Calibri" w:hAnsi="Calibri"/>
                <w:sz w:val="12"/>
              </w:rPr>
              <w:t>,</w:t>
            </w:r>
            <w:proofErr w:type="gramEnd"/>
            <w:r w:rsidRPr="00754CFB">
              <w:rPr>
                <w:rFonts w:ascii="Calibri" w:hAnsi="Calibri"/>
                <w:sz w:val="12"/>
              </w:rPr>
              <w:br/>
              <w:t xml:space="preserve">OB7. Veri Okuryazarlığı, </w:t>
            </w:r>
            <w:r w:rsidRPr="00754CFB">
              <w:rPr>
                <w:rFonts w:ascii="Calibri" w:hAnsi="Calibri"/>
                <w:sz w:val="12"/>
              </w:rPr>
              <w:br/>
              <w:t>OB9. Sanat Okuryazarlığı</w:t>
            </w: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2F1112" w:rsidRPr="00754CFB" w:rsidRDefault="00F85324" w:rsidP="000920F2">
            <w:pPr>
              <w:spacing w:after="0" w:line="240" w:lineRule="auto"/>
              <w:jc w:val="center"/>
            </w:pPr>
            <w:r>
              <w:rPr>
                <w:rFonts w:ascii="Calibri" w:hAnsi="Calibri"/>
                <w:sz w:val="12"/>
              </w:rPr>
              <w:t>OCAK</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17. Hafta:</w:t>
            </w:r>
            <w:r w:rsidRPr="00754CFB">
              <w:rPr>
                <w:rFonts w:ascii="Calibri" w:hAnsi="Calibri"/>
                <w:sz w:val="12"/>
              </w:rPr>
              <w:br/>
              <w:t>11-15 Ocak</w:t>
            </w:r>
          </w:p>
        </w:tc>
        <w:tc>
          <w:tcPr>
            <w:tcW w:w="711"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ORTAK MİRASIMIZ</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İslamiyet’in Kabulüyle Türklerin Sosyal ve Kültürel Hayatlarında Meydana Gelen Değişimler</w:t>
            </w:r>
          </w:p>
        </w:tc>
        <w:tc>
          <w:tcPr>
            <w:tcW w:w="151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SB.6.3.3. İslamiyet’in kabulüyle Türklerin sosyal ve kültürel hayatlarında meydana gelen </w:t>
            </w:r>
            <w:r w:rsidRPr="00754CFB">
              <w:rPr>
                <w:rFonts w:ascii="Calibri" w:hAnsi="Calibri"/>
                <w:sz w:val="12"/>
              </w:rPr>
              <w:br/>
              <w:t>değişime tarihsel bağlam oluşturabilmee</w:t>
            </w:r>
          </w:p>
        </w:tc>
        <w:tc>
          <w:tcPr>
            <w:tcW w:w="1656"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İslamiyet’in kabulüyle Türklerin sosyal ve kültürel hayatlarında meydana gelen değişimi kaynaklara dayanarak analiz eder.</w:t>
            </w:r>
            <w:r w:rsidRPr="00754CFB">
              <w:rPr>
                <w:rFonts w:ascii="Calibri" w:hAnsi="Calibri"/>
                <w:sz w:val="12"/>
              </w:rPr>
              <w:br/>
              <w:t>b) İslamiyet’in kabulüyle Türklerin sosyal ve kültürel hayatlarında meydana gelen değişime ilişkin dönemin koşullarını fark eder.</w:t>
            </w:r>
            <w:r w:rsidRPr="00754CFB">
              <w:rPr>
                <w:rFonts w:ascii="Calibri" w:hAnsi="Calibri"/>
                <w:sz w:val="12"/>
              </w:rPr>
              <w:br/>
              <w:t>c) İslamiyet’in kabulüyle Türklerin sosyal ve kültürel hayatlarında meydana gelen değişimin sonuçlarını günümüz koşullarıyla karşılaştırır.</w:t>
            </w:r>
            <w:r w:rsidRPr="00754CFB">
              <w:rPr>
                <w:rFonts w:ascii="Calibri" w:hAnsi="Calibri"/>
                <w:sz w:val="12"/>
              </w:rPr>
              <w:br/>
              <w:t>ç) İslamiyet’in kabulüyle Türklerin sosyal ve kültürel hayatlarında meydana gelen değişimin sonuçlarını dönemin koşulları içinde açıklar.</w:t>
            </w: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SDB2.1.İletişim, </w:t>
            </w:r>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 xml:space="preserve">SDB2.3. Sosyal Farkındalık, </w:t>
            </w:r>
            <w:r w:rsidRPr="00754CFB">
              <w:rPr>
                <w:rFonts w:ascii="Calibri" w:hAnsi="Calibri"/>
                <w:sz w:val="12"/>
              </w:rPr>
              <w:br/>
              <w:t xml:space="preserve">SDB3.1. Uyum, </w:t>
            </w:r>
            <w:r w:rsidRPr="00754CFB">
              <w:rPr>
                <w:rFonts w:ascii="Calibri" w:hAnsi="Calibri"/>
                <w:sz w:val="12"/>
              </w:rPr>
              <w:br/>
              <w:t>SDB3.3. Sorumlu Karar Verme</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D14. Saygı, </w:t>
            </w:r>
            <w:r w:rsidRPr="00754CFB">
              <w:rPr>
                <w:rFonts w:ascii="Calibri" w:hAnsi="Calibri"/>
                <w:sz w:val="12"/>
              </w:rPr>
              <w:br/>
              <w:t>D19. Vatanseverlik</w:t>
            </w:r>
          </w:p>
        </w:tc>
        <w:tc>
          <w:tcPr>
            <w:tcW w:w="1152"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OB1. Bilgi Okuryazarlığı</w:t>
            </w:r>
            <w:proofErr w:type="gramStart"/>
            <w:r w:rsidRPr="00754CFB">
              <w:rPr>
                <w:rFonts w:ascii="Calibri" w:hAnsi="Calibri"/>
                <w:sz w:val="12"/>
              </w:rPr>
              <w:t>,</w:t>
            </w:r>
            <w:proofErr w:type="gramEnd"/>
            <w:r w:rsidRPr="00754CFB">
              <w:rPr>
                <w:rFonts w:ascii="Calibri" w:hAnsi="Calibri"/>
                <w:sz w:val="12"/>
              </w:rPr>
              <w:br/>
              <w:t xml:space="preserve">OB2. Dijital Okuryazarlık, OB4. Görsel Okuryazarlık, OB5. Kültür </w:t>
            </w:r>
            <w:r w:rsidRPr="00754CFB">
              <w:rPr>
                <w:rFonts w:ascii="Calibri" w:hAnsi="Calibri"/>
                <w:sz w:val="12"/>
              </w:rPr>
              <w:br/>
              <w:t>Okuryazarlığı</w:t>
            </w:r>
            <w:proofErr w:type="gramStart"/>
            <w:r w:rsidRPr="00754CFB">
              <w:rPr>
                <w:rFonts w:ascii="Calibri" w:hAnsi="Calibri"/>
                <w:sz w:val="12"/>
              </w:rPr>
              <w:t>,</w:t>
            </w:r>
            <w:proofErr w:type="gramEnd"/>
            <w:r w:rsidRPr="00754CFB">
              <w:rPr>
                <w:rFonts w:ascii="Calibri" w:hAnsi="Calibri"/>
                <w:sz w:val="12"/>
              </w:rPr>
              <w:br/>
              <w:t xml:space="preserve">OB7. Veri Okuryazarlığı, </w:t>
            </w:r>
            <w:r w:rsidRPr="00754CFB">
              <w:rPr>
                <w:rFonts w:ascii="Calibri" w:hAnsi="Calibri"/>
                <w:sz w:val="12"/>
              </w:rPr>
              <w:br/>
              <w:t>OB9. Sanat Okuryazarlığı</w:t>
            </w:r>
          </w:p>
        </w:tc>
        <w:tc>
          <w:tcPr>
            <w:tcW w:w="1008"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5E3FA6" w:rsidP="000920F2">
            <w:pPr>
              <w:spacing w:after="0" w:line="240" w:lineRule="auto"/>
              <w:jc w:val="center"/>
            </w:pPr>
            <w:r>
              <w:rPr>
                <w:rFonts w:ascii="Calibri" w:hAnsi="Calibri"/>
                <w:sz w:val="12"/>
              </w:rPr>
              <w:t>OCAK</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18. Hafta:</w:t>
            </w:r>
            <w:r w:rsidRPr="00754CFB">
              <w:rPr>
                <w:rFonts w:ascii="Calibri" w:hAnsi="Calibri"/>
                <w:sz w:val="12"/>
              </w:rPr>
              <w:br/>
              <w:t>18-22 Ocak</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2+1*</w:t>
            </w:r>
          </w:p>
        </w:tc>
        <w:tc>
          <w:tcPr>
            <w:tcW w:w="1152" w:type="dxa"/>
            <w:shd w:val="clear" w:color="auto" w:fill="F8FAFC"/>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ORTAK MİRASIMIZ</w:t>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XI- XIII. Yüzyıllar Arasında Meydana Gelen Askerî Mücadelelerin Anadolu’nun Türkleşmesi </w:t>
            </w:r>
            <w:r w:rsidRPr="00754CFB">
              <w:rPr>
                <w:rFonts w:ascii="Calibri" w:hAnsi="Calibri"/>
                <w:sz w:val="12"/>
              </w:rPr>
              <w:br/>
              <w:t>ve İslamlaşmasına Katkıları</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SB.6.3.4. XI-XIII. yüzyıllar arasında meydana gelen siyasi faaliyetler ve askerî mücadele lerin Anadolu’nun Türkleşmesi ve İslamlaşmasına etkisini özetleyebilme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a) XI-XIII. </w:t>
            </w:r>
            <w:proofErr w:type="gramStart"/>
            <w:r w:rsidRPr="00754CFB">
              <w:rPr>
                <w:rFonts w:ascii="Calibri" w:hAnsi="Calibri"/>
                <w:sz w:val="12"/>
              </w:rPr>
              <w:t>yüzyıllar</w:t>
            </w:r>
            <w:proofErr w:type="gramEnd"/>
            <w:r w:rsidRPr="00754CFB">
              <w:rPr>
                <w:rFonts w:ascii="Calibri" w:hAnsi="Calibri"/>
                <w:sz w:val="12"/>
              </w:rPr>
              <w:t xml:space="preserve"> arasında Anadolu’nun Türkleşmesi ve İslamlaşmasına etkide bulunan siyasi faaliyetler ve askerî mücadeleleri çözümler.</w:t>
            </w:r>
            <w:r w:rsidRPr="00754CFB">
              <w:rPr>
                <w:rFonts w:ascii="Calibri" w:hAnsi="Calibri"/>
                <w:sz w:val="12"/>
              </w:rPr>
              <w:br/>
              <w:t xml:space="preserve">b) XI-XIII. </w:t>
            </w:r>
            <w:proofErr w:type="gramStart"/>
            <w:r w:rsidRPr="00754CFB">
              <w:rPr>
                <w:rFonts w:ascii="Calibri" w:hAnsi="Calibri"/>
                <w:sz w:val="12"/>
              </w:rPr>
              <w:t>yüzyıllar</w:t>
            </w:r>
            <w:proofErr w:type="gramEnd"/>
            <w:r w:rsidRPr="00754CFB">
              <w:rPr>
                <w:rFonts w:ascii="Calibri" w:hAnsi="Calibri"/>
                <w:sz w:val="12"/>
              </w:rPr>
              <w:t xml:space="preserve"> arasında Anadolu’nun Türkleşmesi ve İslamlaşmasına etkide bulu nan siyasi faaliyetler ve askerî mücadeleleri sınıflandırır.</w:t>
            </w:r>
            <w:r w:rsidRPr="00754CFB">
              <w:rPr>
                <w:rFonts w:ascii="Calibri" w:hAnsi="Calibri"/>
                <w:sz w:val="12"/>
              </w:rPr>
              <w:br/>
              <w:t xml:space="preserve">c) XI-XIII. </w:t>
            </w:r>
            <w:proofErr w:type="gramStart"/>
            <w:r w:rsidRPr="00754CFB">
              <w:rPr>
                <w:rFonts w:ascii="Calibri" w:hAnsi="Calibri"/>
                <w:sz w:val="12"/>
              </w:rPr>
              <w:t>yüzyıllar</w:t>
            </w:r>
            <w:proofErr w:type="gramEnd"/>
            <w:r w:rsidRPr="00754CFB">
              <w:rPr>
                <w:rFonts w:ascii="Calibri" w:hAnsi="Calibri"/>
                <w:sz w:val="12"/>
              </w:rPr>
              <w:t xml:space="preserve"> arasında meydana gelen siyasi faaliyetler ve askerî mücadelelerin </w:t>
            </w:r>
            <w:r w:rsidRPr="00754CFB">
              <w:rPr>
                <w:rFonts w:ascii="Calibri" w:hAnsi="Calibri"/>
                <w:sz w:val="12"/>
              </w:rPr>
              <w:br/>
              <w:t>Anadolu’nun Türkleşmesi ve İslamlaşmasına etkisini yorumlar.</w:t>
            </w: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SDB2.1.İletişim, </w:t>
            </w:r>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 xml:space="preserve">SDB2.3. Sosyal Farkındalık, </w:t>
            </w:r>
            <w:r w:rsidRPr="00754CFB">
              <w:rPr>
                <w:rFonts w:ascii="Calibri" w:hAnsi="Calibri"/>
                <w:sz w:val="12"/>
              </w:rPr>
              <w:br/>
              <w:t xml:space="preserve">SDB3.1. Uyum, </w:t>
            </w:r>
            <w:r w:rsidRPr="00754CF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D14. Saygı, </w:t>
            </w:r>
            <w:r w:rsidRPr="00754CFB">
              <w:rPr>
                <w:rFonts w:ascii="Calibri" w:hAnsi="Calibri"/>
                <w:sz w:val="12"/>
              </w:rPr>
              <w:br/>
              <w:t>D19. Vatanseverlik</w:t>
            </w:r>
          </w:p>
        </w:tc>
        <w:tc>
          <w:tcPr>
            <w:tcW w:w="1152"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OB1. Bilgi Okuryazarlığı</w:t>
            </w:r>
            <w:proofErr w:type="gramStart"/>
            <w:r w:rsidRPr="00754CFB">
              <w:rPr>
                <w:rFonts w:ascii="Calibri" w:hAnsi="Calibri"/>
                <w:sz w:val="12"/>
              </w:rPr>
              <w:t>,</w:t>
            </w:r>
            <w:proofErr w:type="gramEnd"/>
            <w:r w:rsidRPr="00754CFB">
              <w:rPr>
                <w:rFonts w:ascii="Calibri" w:hAnsi="Calibri"/>
                <w:sz w:val="12"/>
              </w:rPr>
              <w:br/>
              <w:t xml:space="preserve">OB2. Dijital Okuryazarlık, OB4. Görsel Okuryazarlık, OB5. Kültür </w:t>
            </w:r>
            <w:r w:rsidRPr="00754CFB">
              <w:rPr>
                <w:rFonts w:ascii="Calibri" w:hAnsi="Calibri"/>
                <w:sz w:val="12"/>
              </w:rPr>
              <w:br/>
              <w:t>Okuryazarlığı</w:t>
            </w:r>
            <w:proofErr w:type="gramStart"/>
            <w:r w:rsidRPr="00754CFB">
              <w:rPr>
                <w:rFonts w:ascii="Calibri" w:hAnsi="Calibri"/>
                <w:sz w:val="12"/>
              </w:rPr>
              <w:t>,</w:t>
            </w:r>
            <w:proofErr w:type="gramEnd"/>
            <w:r w:rsidRPr="00754CFB">
              <w:rPr>
                <w:rFonts w:ascii="Calibri" w:hAnsi="Calibri"/>
                <w:sz w:val="12"/>
              </w:rPr>
              <w:br/>
              <w:t xml:space="preserve">OB7. Veri Okuryazarlığı, </w:t>
            </w:r>
            <w:r w:rsidRPr="00754CFB">
              <w:rPr>
                <w:rFonts w:ascii="Calibri" w:hAnsi="Calibri"/>
                <w:sz w:val="12"/>
              </w:rPr>
              <w:br/>
              <w:t>OB9. Sanat Okuryazarlığı</w:t>
            </w: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16119" w:type="dxa"/>
            <w:gridSpan w:val="21"/>
            <w:shd w:val="clear" w:color="auto" w:fill="FEF3C7"/>
            <w:tcMar>
              <w:top w:w="30" w:type="dxa"/>
              <w:left w:w="30" w:type="dxa"/>
              <w:bottom w:w="30" w:type="dxa"/>
              <w:right w:w="30" w:type="dxa"/>
            </w:tcMar>
          </w:tcPr>
          <w:p w:rsidR="002F1112" w:rsidRPr="00754CFB" w:rsidRDefault="004342E2" w:rsidP="000920F2">
            <w:pPr>
              <w:spacing w:after="0"/>
              <w:jc w:val="center"/>
            </w:pPr>
            <w:r w:rsidRPr="00754CFB">
              <w:rPr>
                <w:rFonts w:ascii="Calibri" w:hAnsi="Calibri"/>
                <w:b/>
                <w:sz w:val="14"/>
              </w:rPr>
              <w:t>YARIYIL TATİLİ: 25 Ocak - 5 ŞUBAT 2027</w:t>
            </w: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ŞUBAT</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19. Hafta:</w:t>
            </w:r>
            <w:r w:rsidRPr="00754CFB">
              <w:rPr>
                <w:rFonts w:ascii="Calibri" w:hAnsi="Calibri"/>
                <w:sz w:val="12"/>
              </w:rPr>
              <w:br/>
              <w:t>8-12 Şubat</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ORTAK MİRASIMIZ</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XI- XIII. Yüzyıllar Arasında Meydana Gelen Askerî Mücadelelerin Anadolu’nun Türkleşmesi </w:t>
            </w:r>
            <w:r w:rsidRPr="00754CFB">
              <w:rPr>
                <w:rFonts w:ascii="Calibri" w:hAnsi="Calibri"/>
                <w:sz w:val="12"/>
              </w:rPr>
              <w:br/>
              <w:t>ve İslamlaşmasına Katkıları</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SB.6.3.4. XI-XIII. yüzyıllar arasında meydana gelen siyasi faaliyetler ve askerî mücadele lerin Anadolu’nun Türkleşmesi ve İslamlaşmasına etkisini özetleyebilme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a) XI-XIII. </w:t>
            </w:r>
            <w:proofErr w:type="gramStart"/>
            <w:r w:rsidRPr="00754CFB">
              <w:rPr>
                <w:rFonts w:ascii="Calibri" w:hAnsi="Calibri"/>
                <w:sz w:val="12"/>
              </w:rPr>
              <w:t>yüzyıllar</w:t>
            </w:r>
            <w:proofErr w:type="gramEnd"/>
            <w:r w:rsidRPr="00754CFB">
              <w:rPr>
                <w:rFonts w:ascii="Calibri" w:hAnsi="Calibri"/>
                <w:sz w:val="12"/>
              </w:rPr>
              <w:t xml:space="preserve"> arasında Anadolu’nun Türkleşmesi ve İslamlaşmasına etkide bulu nan siyasi faaliyetler ve askerî mücadeleleri çözümler.</w:t>
            </w:r>
            <w:r w:rsidRPr="00754CFB">
              <w:rPr>
                <w:rFonts w:ascii="Calibri" w:hAnsi="Calibri"/>
                <w:sz w:val="12"/>
              </w:rPr>
              <w:br/>
              <w:t xml:space="preserve">b) XI-XIII. </w:t>
            </w:r>
            <w:proofErr w:type="gramStart"/>
            <w:r w:rsidRPr="00754CFB">
              <w:rPr>
                <w:rFonts w:ascii="Calibri" w:hAnsi="Calibri"/>
                <w:sz w:val="12"/>
              </w:rPr>
              <w:t>yüzyıllar</w:t>
            </w:r>
            <w:proofErr w:type="gramEnd"/>
            <w:r w:rsidRPr="00754CFB">
              <w:rPr>
                <w:rFonts w:ascii="Calibri" w:hAnsi="Calibri"/>
                <w:sz w:val="12"/>
              </w:rPr>
              <w:t xml:space="preserve"> arasında Anadolu’nun Türkleşmesi ve İslamlaşmasına etkide bulu nan siyasi faaliyetler ve askerî </w:t>
            </w:r>
            <w:r w:rsidRPr="00754CFB">
              <w:rPr>
                <w:rFonts w:ascii="Calibri" w:hAnsi="Calibri"/>
                <w:sz w:val="12"/>
              </w:rPr>
              <w:lastRenderedPageBreak/>
              <w:t>mücadeleleri sınıflandırır.</w:t>
            </w:r>
            <w:r w:rsidRPr="00754CFB">
              <w:rPr>
                <w:rFonts w:ascii="Calibri" w:hAnsi="Calibri"/>
                <w:sz w:val="12"/>
              </w:rPr>
              <w:br/>
              <w:t xml:space="preserve">c) XI-XIII. </w:t>
            </w:r>
            <w:proofErr w:type="gramStart"/>
            <w:r w:rsidRPr="00754CFB">
              <w:rPr>
                <w:rFonts w:ascii="Calibri" w:hAnsi="Calibri"/>
                <w:sz w:val="12"/>
              </w:rPr>
              <w:t>yüzyıllar</w:t>
            </w:r>
            <w:proofErr w:type="gramEnd"/>
            <w:r w:rsidRPr="00754CFB">
              <w:rPr>
                <w:rFonts w:ascii="Calibri" w:hAnsi="Calibri"/>
                <w:sz w:val="12"/>
              </w:rPr>
              <w:t xml:space="preserve"> arasında meydana gelen siyasi faaliyetler ve askerî mücadelelerin </w:t>
            </w:r>
            <w:r w:rsidRPr="00754CFB">
              <w:rPr>
                <w:rFonts w:ascii="Calibri" w:hAnsi="Calibri"/>
                <w:sz w:val="12"/>
              </w:rPr>
              <w:br/>
              <w:t>Anadolu’nun Türkleşmesi ve İslamlaşmasına etkisini yorumlar.</w:t>
            </w: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lastRenderedPageBreak/>
              <w:t>ŞUBAT</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20. Hafta:</w:t>
            </w:r>
            <w:r w:rsidRPr="00754CFB">
              <w:rPr>
                <w:rFonts w:ascii="Calibri" w:hAnsi="Calibri"/>
                <w:sz w:val="12"/>
              </w:rPr>
              <w:br/>
              <w:t xml:space="preserve"> 15-19 Şubat</w:t>
            </w:r>
          </w:p>
        </w:tc>
        <w:tc>
          <w:tcPr>
            <w:tcW w:w="711"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1</w:t>
            </w:r>
          </w:p>
        </w:tc>
        <w:tc>
          <w:tcPr>
            <w:tcW w:w="1152" w:type="dxa"/>
            <w:shd w:val="clear" w:color="auto" w:fill="FFFFFF"/>
            <w:tcMar>
              <w:top w:w="20" w:type="dxa"/>
              <w:left w:w="20" w:type="dxa"/>
              <w:bottom w:w="20" w:type="dxa"/>
              <w:right w:w="20" w:type="dxa"/>
            </w:tcMar>
          </w:tcPr>
          <w:p w:rsidR="002F1112" w:rsidRPr="00754CFB" w:rsidRDefault="004342E2" w:rsidP="00A438D4">
            <w:pPr>
              <w:spacing w:after="0" w:line="240" w:lineRule="auto"/>
              <w:jc w:val="center"/>
            </w:pPr>
            <w:r w:rsidRPr="00754CFB">
              <w:rPr>
                <w:rFonts w:ascii="Calibri" w:hAnsi="Calibri"/>
                <w:sz w:val="12"/>
              </w:rPr>
              <w:t>ORTAK MİRASIMIZ</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XI- XIII. Yüzyıllar Arasında Meydana Gelen Askerî Mücadelelerin Anadolu’nun Türkleşmesi </w:t>
            </w:r>
            <w:r w:rsidRPr="00754CFB">
              <w:rPr>
                <w:rFonts w:ascii="Calibri" w:hAnsi="Calibri"/>
                <w:sz w:val="12"/>
              </w:rPr>
              <w:br/>
              <w:t>ve İslamlaşmasına Katkıları</w:t>
            </w:r>
          </w:p>
        </w:tc>
        <w:tc>
          <w:tcPr>
            <w:tcW w:w="151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SB.6.3.4. XI-XIII. yüzyıllar arasında meydana gelen siyasi faaliyetler ve askerî mücadele lerin Anadolu’nun Türkleşmesi ve İslamlaşmasına etkisini özetleyebilme</w:t>
            </w:r>
          </w:p>
        </w:tc>
        <w:tc>
          <w:tcPr>
            <w:tcW w:w="1656"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a) XI-XIII. </w:t>
            </w:r>
            <w:proofErr w:type="gramStart"/>
            <w:r w:rsidRPr="00754CFB">
              <w:rPr>
                <w:rFonts w:ascii="Calibri" w:hAnsi="Calibri"/>
                <w:sz w:val="12"/>
              </w:rPr>
              <w:t>yüzyıllar</w:t>
            </w:r>
            <w:proofErr w:type="gramEnd"/>
            <w:r w:rsidRPr="00754CFB">
              <w:rPr>
                <w:rFonts w:ascii="Calibri" w:hAnsi="Calibri"/>
                <w:sz w:val="12"/>
              </w:rPr>
              <w:t xml:space="preserve"> arasında Anadolu’nun Türkleşmesi ve İslamlaşmasına etkide bulu nan siyasi faaliyetler ve askerî mücadeleleri çözümler.</w:t>
            </w:r>
            <w:r w:rsidRPr="00754CFB">
              <w:rPr>
                <w:rFonts w:ascii="Calibri" w:hAnsi="Calibri"/>
                <w:sz w:val="12"/>
              </w:rPr>
              <w:br/>
              <w:t xml:space="preserve">b) XI-XIII. </w:t>
            </w:r>
            <w:proofErr w:type="gramStart"/>
            <w:r w:rsidRPr="00754CFB">
              <w:rPr>
                <w:rFonts w:ascii="Calibri" w:hAnsi="Calibri"/>
                <w:sz w:val="12"/>
              </w:rPr>
              <w:t>yüzyıllar</w:t>
            </w:r>
            <w:proofErr w:type="gramEnd"/>
            <w:r w:rsidRPr="00754CFB">
              <w:rPr>
                <w:rFonts w:ascii="Calibri" w:hAnsi="Calibri"/>
                <w:sz w:val="12"/>
              </w:rPr>
              <w:t xml:space="preserve"> arasında Anadolu’nun Türkleşmesi ve İslamlaşmasına etkide bulu nan siyasi faaliyetler ve askerî mücadeleleri sınıflandırır.</w:t>
            </w:r>
            <w:r w:rsidRPr="00754CFB">
              <w:rPr>
                <w:rFonts w:ascii="Calibri" w:hAnsi="Calibri"/>
                <w:sz w:val="12"/>
              </w:rPr>
              <w:br/>
              <w:t xml:space="preserve">c) XI-XIII. </w:t>
            </w:r>
            <w:proofErr w:type="gramStart"/>
            <w:r w:rsidRPr="00754CFB">
              <w:rPr>
                <w:rFonts w:ascii="Calibri" w:hAnsi="Calibri"/>
                <w:sz w:val="12"/>
              </w:rPr>
              <w:t>yüzyıllar</w:t>
            </w:r>
            <w:proofErr w:type="gramEnd"/>
            <w:r w:rsidRPr="00754CFB">
              <w:rPr>
                <w:rFonts w:ascii="Calibri" w:hAnsi="Calibri"/>
                <w:sz w:val="12"/>
              </w:rPr>
              <w:t xml:space="preserve"> arasında meydana gelen siyasi faaliyetler ve askerî mücadelelerin </w:t>
            </w:r>
            <w:r w:rsidRPr="00754CFB">
              <w:rPr>
                <w:rFonts w:ascii="Calibri" w:hAnsi="Calibri"/>
                <w:sz w:val="12"/>
              </w:rPr>
              <w:br/>
              <w:t>Anadolu’nun Türkleşmesi ve İslamlaşmasına etkisini yorumlar.</w:t>
            </w: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r>
      <w:tr w:rsidR="003020B8"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3020B8" w:rsidRPr="00754CFB" w:rsidRDefault="003020B8" w:rsidP="000920F2">
            <w:pPr>
              <w:spacing w:after="0" w:line="240" w:lineRule="auto"/>
              <w:jc w:val="center"/>
            </w:pPr>
            <w:r w:rsidRPr="00754CFB">
              <w:rPr>
                <w:rFonts w:ascii="Calibri" w:hAnsi="Calibri"/>
                <w:sz w:val="12"/>
              </w:rPr>
              <w:t>ŞUBAT</w:t>
            </w:r>
          </w:p>
        </w:tc>
        <w:tc>
          <w:tcPr>
            <w:tcW w:w="1008" w:type="dxa"/>
            <w:shd w:val="clear" w:color="auto" w:fill="F8FAFC"/>
            <w:tcMar>
              <w:top w:w="20" w:type="dxa"/>
              <w:left w:w="20" w:type="dxa"/>
              <w:bottom w:w="20" w:type="dxa"/>
              <w:right w:w="20" w:type="dxa"/>
            </w:tcMar>
          </w:tcPr>
          <w:p w:rsidR="003020B8" w:rsidRPr="00754CFB" w:rsidRDefault="003020B8" w:rsidP="000920F2">
            <w:pPr>
              <w:spacing w:after="0" w:line="240" w:lineRule="auto"/>
              <w:jc w:val="center"/>
            </w:pPr>
            <w:r w:rsidRPr="00754CFB">
              <w:rPr>
                <w:rFonts w:ascii="Calibri" w:hAnsi="Calibri"/>
                <w:sz w:val="12"/>
              </w:rPr>
              <w:t>20. Hafta:</w:t>
            </w:r>
            <w:r w:rsidRPr="00754CFB">
              <w:rPr>
                <w:rFonts w:ascii="Calibri" w:hAnsi="Calibri"/>
                <w:sz w:val="12"/>
              </w:rPr>
              <w:br/>
              <w:t xml:space="preserve"> 15-19 Şubat</w:t>
            </w:r>
          </w:p>
        </w:tc>
        <w:tc>
          <w:tcPr>
            <w:tcW w:w="711" w:type="dxa"/>
            <w:shd w:val="clear" w:color="auto" w:fill="F8FAFC"/>
            <w:tcMar>
              <w:top w:w="20" w:type="dxa"/>
              <w:left w:w="20" w:type="dxa"/>
              <w:bottom w:w="20" w:type="dxa"/>
              <w:right w:w="20" w:type="dxa"/>
            </w:tcMar>
          </w:tcPr>
          <w:p w:rsidR="003020B8" w:rsidRPr="00754CFB" w:rsidRDefault="003020B8" w:rsidP="000920F2">
            <w:pPr>
              <w:spacing w:after="0" w:line="240" w:lineRule="auto"/>
              <w:jc w:val="center"/>
            </w:pPr>
            <w:r w:rsidRPr="00754CFB">
              <w:rPr>
                <w:rFonts w:ascii="Calibri" w:hAnsi="Calibri"/>
                <w:sz w:val="12"/>
              </w:rPr>
              <w:t>2</w:t>
            </w:r>
          </w:p>
        </w:tc>
        <w:tc>
          <w:tcPr>
            <w:tcW w:w="1152" w:type="dxa"/>
            <w:shd w:val="clear" w:color="auto" w:fill="F8FAFC"/>
            <w:tcMar>
              <w:top w:w="20" w:type="dxa"/>
              <w:left w:w="20" w:type="dxa"/>
              <w:bottom w:w="20" w:type="dxa"/>
              <w:right w:w="20" w:type="dxa"/>
            </w:tcMar>
          </w:tcPr>
          <w:p w:rsidR="003020B8" w:rsidRPr="00754CFB" w:rsidRDefault="003020B8" w:rsidP="00A438D4">
            <w:pPr>
              <w:spacing w:after="0" w:line="240" w:lineRule="auto"/>
              <w:jc w:val="center"/>
            </w:pPr>
            <w:r w:rsidRPr="00754CFB">
              <w:rPr>
                <w:rFonts w:ascii="Calibri" w:hAnsi="Calibri"/>
                <w:sz w:val="12"/>
              </w:rPr>
              <w:t>YAŞAYAN DEMOKRASİMİZ</w:t>
            </w:r>
          </w:p>
        </w:tc>
        <w:tc>
          <w:tcPr>
            <w:tcW w:w="1224" w:type="dxa"/>
            <w:gridSpan w:val="2"/>
            <w:shd w:val="clear" w:color="auto" w:fill="F8FAFC"/>
            <w:tcMar>
              <w:top w:w="20" w:type="dxa"/>
              <w:left w:w="20" w:type="dxa"/>
              <w:bottom w:w="20" w:type="dxa"/>
              <w:right w:w="20" w:type="dxa"/>
            </w:tcMar>
          </w:tcPr>
          <w:p w:rsidR="003020B8" w:rsidRPr="00754CFB" w:rsidRDefault="003020B8" w:rsidP="00D82363">
            <w:pPr>
              <w:spacing w:after="0" w:line="240" w:lineRule="auto"/>
            </w:pPr>
            <w:r w:rsidRPr="00754CFB">
              <w:rPr>
                <w:rFonts w:ascii="Calibri" w:hAnsi="Calibri"/>
                <w:sz w:val="12"/>
              </w:rPr>
              <w:t>Yönetimin Karar Alma Sürecini Etkileyen Unsurlar</w:t>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p>
        </w:tc>
        <w:tc>
          <w:tcPr>
            <w:tcW w:w="1512" w:type="dxa"/>
            <w:shd w:val="clear" w:color="auto" w:fill="F8FAFC"/>
            <w:tcMar>
              <w:top w:w="20" w:type="dxa"/>
              <w:left w:w="20" w:type="dxa"/>
              <w:bottom w:w="20" w:type="dxa"/>
              <w:right w:w="20" w:type="dxa"/>
            </w:tcMar>
          </w:tcPr>
          <w:p w:rsidR="003020B8" w:rsidRPr="00754CFB" w:rsidRDefault="003020B8" w:rsidP="00D82363">
            <w:pPr>
              <w:spacing w:after="0" w:line="240" w:lineRule="auto"/>
            </w:pPr>
            <w:r w:rsidRPr="00754CFB">
              <w:rPr>
                <w:rFonts w:ascii="Calibri" w:hAnsi="Calibri"/>
                <w:sz w:val="12"/>
              </w:rPr>
              <w:t>SB.6.4.1. Yönetimin karar alma sürecini etkileyen unsurları çözümleyebilme</w:t>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p>
        </w:tc>
        <w:tc>
          <w:tcPr>
            <w:tcW w:w="1656" w:type="dxa"/>
            <w:gridSpan w:val="2"/>
            <w:shd w:val="clear" w:color="auto" w:fill="F8FAFC"/>
            <w:tcMar>
              <w:top w:w="20" w:type="dxa"/>
              <w:left w:w="20" w:type="dxa"/>
              <w:bottom w:w="20" w:type="dxa"/>
              <w:right w:w="20" w:type="dxa"/>
            </w:tcMar>
          </w:tcPr>
          <w:p w:rsidR="003020B8" w:rsidRPr="00754CFB" w:rsidRDefault="003020B8" w:rsidP="00D82363">
            <w:pPr>
              <w:spacing w:after="0" w:line="240" w:lineRule="auto"/>
            </w:pPr>
            <w:r w:rsidRPr="00754CFB">
              <w:rPr>
                <w:rFonts w:ascii="Calibri" w:hAnsi="Calibri"/>
                <w:sz w:val="12"/>
              </w:rPr>
              <w:t>a) Yönetimin karar alma sürecini etkileyen unsurları belirler.</w:t>
            </w:r>
            <w:r w:rsidRPr="00754CFB">
              <w:rPr>
                <w:rFonts w:ascii="Calibri" w:hAnsi="Calibri"/>
                <w:sz w:val="12"/>
              </w:rPr>
              <w:br/>
              <w:t>b) Yönetimin karar alma sürecini etkileyen unsurlar arasındaki ilişkiyi belirler.</w:t>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p>
        </w:tc>
        <w:tc>
          <w:tcPr>
            <w:tcW w:w="1224" w:type="dxa"/>
            <w:gridSpan w:val="2"/>
            <w:vMerge w:val="restart"/>
            <w:shd w:val="clear" w:color="auto" w:fill="F8FAFC"/>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Kavram ağları,</w:t>
            </w:r>
            <w:r w:rsidRPr="00754CFB">
              <w:rPr>
                <w:rFonts w:ascii="Calibri" w:hAnsi="Calibri"/>
                <w:sz w:val="12"/>
              </w:rPr>
              <w:br/>
              <w:t>Zihin haritaları,</w:t>
            </w:r>
            <w:r w:rsidRPr="00754CFB">
              <w:rPr>
                <w:rFonts w:ascii="Calibri" w:hAnsi="Calibri"/>
                <w:sz w:val="12"/>
              </w:rPr>
              <w:br/>
              <w:t>Gözlem formu,</w:t>
            </w:r>
            <w:r w:rsidRPr="00754CFB">
              <w:rPr>
                <w:rFonts w:ascii="Calibri" w:hAnsi="Calibri"/>
                <w:sz w:val="12"/>
              </w:rPr>
              <w:br/>
              <w:t xml:space="preserve">Kontrol listesi, </w:t>
            </w:r>
            <w:r w:rsidRPr="00754CFB">
              <w:rPr>
                <w:rFonts w:ascii="Calibri" w:hAnsi="Calibri"/>
                <w:sz w:val="12"/>
              </w:rPr>
              <w:br/>
              <w:t xml:space="preserve">Derecelendirme ölçeği, </w:t>
            </w:r>
            <w:r w:rsidRPr="00754CFB">
              <w:rPr>
                <w:rFonts w:ascii="Calibri" w:hAnsi="Calibri"/>
                <w:sz w:val="12"/>
              </w:rPr>
              <w:br/>
              <w:t xml:space="preserve">Bütüncül dereceli puanlama anahtarı, </w:t>
            </w:r>
            <w:r w:rsidRPr="00754CFB">
              <w:rPr>
                <w:rFonts w:ascii="Calibri" w:hAnsi="Calibri"/>
                <w:sz w:val="12"/>
              </w:rPr>
              <w:br/>
              <w:t>Öz-akran değerlendirme formları ve performans görevi</w:t>
            </w:r>
          </w:p>
        </w:tc>
        <w:tc>
          <w:tcPr>
            <w:tcW w:w="1152" w:type="dxa"/>
            <w:vMerge w:val="restart"/>
            <w:shd w:val="clear" w:color="auto" w:fill="F8FAFC"/>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SDB2.1. İletişim</w:t>
            </w:r>
            <w:proofErr w:type="gramStart"/>
            <w:r w:rsidRPr="00754CFB">
              <w:rPr>
                <w:rFonts w:ascii="Calibri" w:hAnsi="Calibri"/>
                <w:sz w:val="12"/>
              </w:rPr>
              <w:t>,</w:t>
            </w:r>
            <w:proofErr w:type="gramEnd"/>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SDB2.3. Sosyal Farkındalık</w:t>
            </w:r>
            <w:proofErr w:type="gramStart"/>
            <w:r w:rsidRPr="00754CFB">
              <w:rPr>
                <w:rFonts w:ascii="Calibri" w:hAnsi="Calibri"/>
                <w:sz w:val="12"/>
              </w:rPr>
              <w:t>,</w:t>
            </w:r>
            <w:proofErr w:type="gramEnd"/>
            <w:r w:rsidRPr="00754CFB">
              <w:rPr>
                <w:rFonts w:ascii="Calibri" w:hAnsi="Calibri"/>
                <w:sz w:val="12"/>
              </w:rPr>
              <w:br/>
              <w:t>SDB3.3. Sorumlu Karar Verme</w:t>
            </w:r>
          </w:p>
        </w:tc>
        <w:tc>
          <w:tcPr>
            <w:tcW w:w="1008" w:type="dxa"/>
            <w:vMerge w:val="restart"/>
            <w:shd w:val="clear" w:color="auto" w:fill="F8FAFC"/>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 xml:space="preserve">D1. Adalet, </w:t>
            </w:r>
            <w:r w:rsidRPr="00754CFB">
              <w:rPr>
                <w:rFonts w:ascii="Calibri" w:hAnsi="Calibri"/>
                <w:sz w:val="12"/>
              </w:rPr>
              <w:br/>
              <w:t>D2. Aile Bütünlüğü, D8. Mahremiyet</w:t>
            </w:r>
            <w:proofErr w:type="gramStart"/>
            <w:r w:rsidRPr="00754CFB">
              <w:rPr>
                <w:rFonts w:ascii="Calibri" w:hAnsi="Calibri"/>
                <w:sz w:val="12"/>
              </w:rPr>
              <w:t>,</w:t>
            </w:r>
            <w:proofErr w:type="gramEnd"/>
            <w:r w:rsidRPr="00754CFB">
              <w:rPr>
                <w:rFonts w:ascii="Calibri" w:hAnsi="Calibri"/>
                <w:sz w:val="12"/>
              </w:rPr>
              <w:br/>
              <w:t xml:space="preserve">D11. Özgürlük, </w:t>
            </w:r>
            <w:r w:rsidRPr="00754CFB">
              <w:rPr>
                <w:rFonts w:ascii="Calibri" w:hAnsi="Calibri"/>
                <w:sz w:val="12"/>
              </w:rPr>
              <w:br/>
              <w:t>D13. Sağlıklı Yaşam, D16. Sorumluluk</w:t>
            </w:r>
          </w:p>
        </w:tc>
        <w:tc>
          <w:tcPr>
            <w:tcW w:w="1152" w:type="dxa"/>
            <w:gridSpan w:val="2"/>
            <w:vMerge w:val="restart"/>
            <w:shd w:val="clear" w:color="auto" w:fill="F8FAFC"/>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 xml:space="preserve">OB1. Bilgi Okuryazarlığı, </w:t>
            </w:r>
            <w:r w:rsidRPr="00754CFB">
              <w:rPr>
                <w:rFonts w:ascii="Calibri" w:hAnsi="Calibri"/>
                <w:sz w:val="12"/>
              </w:rPr>
              <w:br/>
              <w:t>OB2. Dijital Okuryazarlık, OB4. Görsel Okuryazarlık, OB6. Vatandaşlık Okuryazarlığı</w:t>
            </w:r>
          </w:p>
        </w:tc>
        <w:tc>
          <w:tcPr>
            <w:tcW w:w="1008" w:type="dxa"/>
            <w:gridSpan w:val="2"/>
            <w:shd w:val="clear" w:color="auto" w:fill="F8FAFC"/>
            <w:tcMar>
              <w:top w:w="20" w:type="dxa"/>
              <w:left w:w="20" w:type="dxa"/>
              <w:bottom w:w="20" w:type="dxa"/>
              <w:right w:w="20" w:type="dxa"/>
            </w:tcMar>
          </w:tcPr>
          <w:p w:rsidR="003020B8" w:rsidRPr="00754CFB" w:rsidRDefault="003020B8" w:rsidP="000920F2">
            <w:pPr>
              <w:spacing w:after="0" w:line="240" w:lineRule="auto"/>
            </w:pPr>
          </w:p>
        </w:tc>
        <w:tc>
          <w:tcPr>
            <w:tcW w:w="1296" w:type="dxa"/>
            <w:gridSpan w:val="2"/>
            <w:shd w:val="clear" w:color="auto" w:fill="F8FAFC"/>
            <w:tcMar>
              <w:top w:w="20" w:type="dxa"/>
              <w:left w:w="20" w:type="dxa"/>
              <w:bottom w:w="20" w:type="dxa"/>
              <w:right w:w="20" w:type="dxa"/>
            </w:tcMar>
          </w:tcPr>
          <w:p w:rsidR="003020B8" w:rsidRPr="00754CFB" w:rsidRDefault="003020B8" w:rsidP="000920F2">
            <w:pPr>
              <w:spacing w:after="0" w:line="240" w:lineRule="auto"/>
            </w:pPr>
          </w:p>
        </w:tc>
        <w:tc>
          <w:tcPr>
            <w:tcW w:w="1224" w:type="dxa"/>
            <w:gridSpan w:val="2"/>
            <w:shd w:val="clear" w:color="auto" w:fill="F8FAFC"/>
            <w:tcMar>
              <w:top w:w="20" w:type="dxa"/>
              <w:left w:w="20" w:type="dxa"/>
              <w:bottom w:w="20" w:type="dxa"/>
              <w:right w:w="20" w:type="dxa"/>
            </w:tcMar>
          </w:tcPr>
          <w:p w:rsidR="003020B8" w:rsidRPr="00754CFB" w:rsidRDefault="003020B8" w:rsidP="000920F2">
            <w:pPr>
              <w:spacing w:after="0" w:line="240" w:lineRule="auto"/>
            </w:pPr>
          </w:p>
        </w:tc>
      </w:tr>
      <w:tr w:rsidR="005F53FC" w:rsidRPr="00754CFB" w:rsidTr="005F53FC">
        <w:tblPrEx>
          <w:tblCellMar>
            <w:left w:w="108" w:type="dxa"/>
            <w:right w:w="108" w:type="dxa"/>
          </w:tblCellMar>
          <w:tblLook w:val="04A0"/>
        </w:tblPrEx>
        <w:trPr>
          <w:trHeight w:val="787"/>
          <w:jc w:val="center"/>
        </w:trPr>
        <w:tc>
          <w:tcPr>
            <w:tcW w:w="792" w:type="dxa"/>
            <w:vMerge w:val="restart"/>
            <w:shd w:val="clear" w:color="auto" w:fill="FFFFFF"/>
            <w:tcMar>
              <w:top w:w="20" w:type="dxa"/>
              <w:left w:w="20" w:type="dxa"/>
              <w:bottom w:w="20" w:type="dxa"/>
              <w:right w:w="20" w:type="dxa"/>
            </w:tcMar>
          </w:tcPr>
          <w:p w:rsidR="005F53FC" w:rsidRPr="00754CFB" w:rsidRDefault="005F53FC" w:rsidP="000920F2">
            <w:pPr>
              <w:spacing w:after="0" w:line="240" w:lineRule="auto"/>
              <w:jc w:val="center"/>
            </w:pPr>
            <w:r w:rsidRPr="00754CFB">
              <w:rPr>
                <w:rFonts w:ascii="Calibri" w:hAnsi="Calibri"/>
                <w:sz w:val="12"/>
              </w:rPr>
              <w:t>ŞUBAT</w:t>
            </w:r>
          </w:p>
        </w:tc>
        <w:tc>
          <w:tcPr>
            <w:tcW w:w="1008" w:type="dxa"/>
            <w:vMerge w:val="restart"/>
            <w:shd w:val="clear" w:color="auto" w:fill="FFFFFF"/>
            <w:tcMar>
              <w:top w:w="20" w:type="dxa"/>
              <w:left w:w="20" w:type="dxa"/>
              <w:bottom w:w="20" w:type="dxa"/>
              <w:right w:w="20" w:type="dxa"/>
            </w:tcMar>
          </w:tcPr>
          <w:p w:rsidR="005F53FC" w:rsidRPr="00754CFB" w:rsidRDefault="005F53FC" w:rsidP="000920F2">
            <w:pPr>
              <w:spacing w:after="0" w:line="240" w:lineRule="auto"/>
              <w:jc w:val="center"/>
            </w:pPr>
            <w:r w:rsidRPr="00754CFB">
              <w:rPr>
                <w:rFonts w:ascii="Calibri" w:hAnsi="Calibri"/>
                <w:sz w:val="12"/>
              </w:rPr>
              <w:t>21. Hafta:</w:t>
            </w:r>
            <w:r w:rsidRPr="00754CFB">
              <w:rPr>
                <w:rFonts w:ascii="Calibri" w:hAnsi="Calibri"/>
                <w:sz w:val="12"/>
              </w:rPr>
              <w:br/>
              <w:t xml:space="preserve"> 22-26 Şubat</w:t>
            </w:r>
          </w:p>
        </w:tc>
        <w:tc>
          <w:tcPr>
            <w:tcW w:w="711" w:type="dxa"/>
            <w:shd w:val="clear" w:color="auto" w:fill="FFFFFF"/>
            <w:tcMar>
              <w:top w:w="20" w:type="dxa"/>
              <w:left w:w="20" w:type="dxa"/>
              <w:bottom w:w="20" w:type="dxa"/>
              <w:right w:w="20" w:type="dxa"/>
            </w:tcMar>
          </w:tcPr>
          <w:p w:rsidR="005F53FC" w:rsidRPr="00754CFB" w:rsidRDefault="005F53FC" w:rsidP="000920F2">
            <w:pPr>
              <w:spacing w:after="0" w:line="240" w:lineRule="auto"/>
              <w:jc w:val="center"/>
            </w:pPr>
            <w:r>
              <w:rPr>
                <w:rFonts w:ascii="Calibri" w:hAnsi="Calibri"/>
                <w:sz w:val="12"/>
              </w:rPr>
              <w:t>2+1*</w:t>
            </w:r>
          </w:p>
        </w:tc>
        <w:tc>
          <w:tcPr>
            <w:tcW w:w="1152" w:type="dxa"/>
            <w:shd w:val="clear" w:color="auto" w:fill="FFFFFF"/>
            <w:tcMar>
              <w:top w:w="20" w:type="dxa"/>
              <w:left w:w="20" w:type="dxa"/>
              <w:bottom w:w="20" w:type="dxa"/>
              <w:right w:w="20" w:type="dxa"/>
            </w:tcMar>
          </w:tcPr>
          <w:p w:rsidR="005F53FC" w:rsidRPr="00754CFB" w:rsidRDefault="005F53FC" w:rsidP="00A438D4">
            <w:pPr>
              <w:spacing w:after="0" w:line="240" w:lineRule="auto"/>
              <w:jc w:val="center"/>
            </w:pPr>
            <w:r w:rsidRPr="00754CFB">
              <w:rPr>
                <w:rFonts w:ascii="Calibri" w:hAnsi="Calibri"/>
                <w:sz w:val="12"/>
              </w:rPr>
              <w:t>YAŞAYAN DEMOKRASİMİZ</w:t>
            </w:r>
          </w:p>
        </w:tc>
        <w:tc>
          <w:tcPr>
            <w:tcW w:w="1224" w:type="dxa"/>
            <w:gridSpan w:val="2"/>
            <w:shd w:val="clear" w:color="auto" w:fill="FFFFFF"/>
            <w:tcMar>
              <w:top w:w="20" w:type="dxa"/>
              <w:left w:w="20" w:type="dxa"/>
              <w:bottom w:w="20" w:type="dxa"/>
              <w:right w:w="20" w:type="dxa"/>
            </w:tcMar>
          </w:tcPr>
          <w:p w:rsidR="005F53FC" w:rsidRPr="00754CFB" w:rsidRDefault="005F53FC" w:rsidP="000920F2">
            <w:pPr>
              <w:spacing w:after="0" w:line="240" w:lineRule="auto"/>
            </w:pPr>
            <w:r w:rsidRPr="00754CFB">
              <w:rPr>
                <w:rFonts w:ascii="Calibri" w:hAnsi="Calibri"/>
                <w:sz w:val="12"/>
              </w:rPr>
              <w:t>Yönetimin Karar Alma Sürecini Etkileyen Unsurlar</w:t>
            </w:r>
          </w:p>
        </w:tc>
        <w:tc>
          <w:tcPr>
            <w:tcW w:w="1512" w:type="dxa"/>
            <w:shd w:val="clear" w:color="auto" w:fill="FFFFFF"/>
            <w:tcMar>
              <w:top w:w="20" w:type="dxa"/>
              <w:left w:w="20" w:type="dxa"/>
              <w:bottom w:w="20" w:type="dxa"/>
              <w:right w:w="20" w:type="dxa"/>
            </w:tcMar>
          </w:tcPr>
          <w:p w:rsidR="005F53FC" w:rsidRPr="00754CFB" w:rsidRDefault="005F53FC" w:rsidP="000920F2">
            <w:pPr>
              <w:spacing w:after="0" w:line="240" w:lineRule="auto"/>
            </w:pPr>
            <w:r w:rsidRPr="00754CFB">
              <w:rPr>
                <w:rFonts w:ascii="Calibri" w:hAnsi="Calibri"/>
                <w:sz w:val="12"/>
              </w:rPr>
              <w:t>SB.6.4.1. Yönetimin karar alma sürecini etkileyen unsurları çözümleyebilme</w:t>
            </w:r>
          </w:p>
        </w:tc>
        <w:tc>
          <w:tcPr>
            <w:tcW w:w="1656" w:type="dxa"/>
            <w:gridSpan w:val="2"/>
            <w:shd w:val="clear" w:color="auto" w:fill="FFFFFF"/>
            <w:tcMar>
              <w:top w:w="20" w:type="dxa"/>
              <w:left w:w="20" w:type="dxa"/>
              <w:bottom w:w="20" w:type="dxa"/>
              <w:right w:w="20" w:type="dxa"/>
            </w:tcMar>
          </w:tcPr>
          <w:p w:rsidR="005F53FC" w:rsidRPr="00754CFB" w:rsidRDefault="005F53FC" w:rsidP="000920F2">
            <w:pPr>
              <w:spacing w:after="0" w:line="240" w:lineRule="auto"/>
            </w:pPr>
            <w:r w:rsidRPr="00754CFB">
              <w:rPr>
                <w:rFonts w:ascii="Calibri" w:hAnsi="Calibri"/>
                <w:sz w:val="12"/>
              </w:rPr>
              <w:t>a) Yönetimin karar alma sürecini etkileyen unsurları belirler.</w:t>
            </w:r>
            <w:r w:rsidRPr="00754CFB">
              <w:rPr>
                <w:rFonts w:ascii="Calibri" w:hAnsi="Calibri"/>
                <w:sz w:val="12"/>
              </w:rPr>
              <w:br/>
              <w:t>b) Yönetimin karar alma sürecini etkileyen unsurlar arasındaki ilişkiyi belirler.</w:t>
            </w:r>
          </w:p>
        </w:tc>
        <w:tc>
          <w:tcPr>
            <w:tcW w:w="1224" w:type="dxa"/>
            <w:gridSpan w:val="2"/>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152" w:type="dxa"/>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008" w:type="dxa"/>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152" w:type="dxa"/>
            <w:gridSpan w:val="2"/>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008" w:type="dxa"/>
            <w:gridSpan w:val="2"/>
            <w:vMerge w:val="restart"/>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296" w:type="dxa"/>
            <w:gridSpan w:val="2"/>
            <w:vMerge w:val="restart"/>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224" w:type="dxa"/>
            <w:gridSpan w:val="2"/>
            <w:vMerge w:val="restart"/>
            <w:shd w:val="clear" w:color="auto" w:fill="FFFFFF"/>
            <w:tcMar>
              <w:top w:w="20" w:type="dxa"/>
              <w:left w:w="20" w:type="dxa"/>
              <w:bottom w:w="20" w:type="dxa"/>
              <w:right w:w="20" w:type="dxa"/>
            </w:tcMar>
          </w:tcPr>
          <w:p w:rsidR="005F53FC" w:rsidRPr="00754CFB" w:rsidRDefault="005F53FC" w:rsidP="000920F2">
            <w:pPr>
              <w:spacing w:after="0" w:line="240" w:lineRule="auto"/>
            </w:pPr>
          </w:p>
        </w:tc>
      </w:tr>
      <w:tr w:rsidR="005F53FC" w:rsidRPr="00754CFB" w:rsidTr="005F53FC">
        <w:tblPrEx>
          <w:tblCellMar>
            <w:left w:w="108" w:type="dxa"/>
            <w:right w:w="108" w:type="dxa"/>
          </w:tblCellMar>
          <w:tblLook w:val="04A0"/>
        </w:tblPrEx>
        <w:trPr>
          <w:trHeight w:val="202"/>
          <w:jc w:val="center"/>
        </w:trPr>
        <w:tc>
          <w:tcPr>
            <w:tcW w:w="792" w:type="dxa"/>
            <w:vMerge/>
            <w:shd w:val="clear" w:color="auto" w:fill="FFFFFF"/>
            <w:tcMar>
              <w:top w:w="20" w:type="dxa"/>
              <w:left w:w="20" w:type="dxa"/>
              <w:bottom w:w="20" w:type="dxa"/>
              <w:right w:w="20" w:type="dxa"/>
            </w:tcMar>
          </w:tcPr>
          <w:p w:rsidR="005F53FC" w:rsidRPr="00754CFB" w:rsidRDefault="005F53FC" w:rsidP="000920F2">
            <w:pPr>
              <w:spacing w:after="0" w:line="240" w:lineRule="auto"/>
              <w:jc w:val="center"/>
              <w:rPr>
                <w:rFonts w:ascii="Calibri" w:hAnsi="Calibri"/>
                <w:sz w:val="12"/>
              </w:rPr>
            </w:pPr>
          </w:p>
        </w:tc>
        <w:tc>
          <w:tcPr>
            <w:tcW w:w="1008" w:type="dxa"/>
            <w:vMerge/>
            <w:shd w:val="clear" w:color="auto" w:fill="FFFFFF"/>
            <w:tcMar>
              <w:top w:w="20" w:type="dxa"/>
              <w:left w:w="20" w:type="dxa"/>
              <w:bottom w:w="20" w:type="dxa"/>
              <w:right w:w="20" w:type="dxa"/>
            </w:tcMar>
          </w:tcPr>
          <w:p w:rsidR="005F53FC" w:rsidRPr="00754CFB" w:rsidRDefault="005F53FC" w:rsidP="000920F2">
            <w:pPr>
              <w:spacing w:after="0" w:line="240" w:lineRule="auto"/>
              <w:jc w:val="center"/>
              <w:rPr>
                <w:rFonts w:ascii="Calibri" w:hAnsi="Calibri"/>
                <w:sz w:val="12"/>
              </w:rPr>
            </w:pPr>
          </w:p>
        </w:tc>
        <w:tc>
          <w:tcPr>
            <w:tcW w:w="711" w:type="dxa"/>
            <w:shd w:val="clear" w:color="auto" w:fill="CCFFFF"/>
            <w:tcMar>
              <w:top w:w="20" w:type="dxa"/>
              <w:left w:w="20" w:type="dxa"/>
              <w:bottom w:w="20" w:type="dxa"/>
              <w:right w:w="20" w:type="dxa"/>
            </w:tcMar>
          </w:tcPr>
          <w:p w:rsidR="005F53FC" w:rsidRPr="00754CFB" w:rsidRDefault="005F53FC" w:rsidP="000920F2">
            <w:pPr>
              <w:spacing w:after="0" w:line="240" w:lineRule="auto"/>
              <w:jc w:val="center"/>
              <w:rPr>
                <w:rFonts w:ascii="Calibri" w:hAnsi="Calibri"/>
                <w:sz w:val="12"/>
              </w:rPr>
            </w:pPr>
            <w:r>
              <w:rPr>
                <w:rFonts w:ascii="Calibri" w:hAnsi="Calibri"/>
                <w:sz w:val="12"/>
              </w:rPr>
              <w:t>1*</w:t>
            </w:r>
          </w:p>
        </w:tc>
        <w:tc>
          <w:tcPr>
            <w:tcW w:w="5544" w:type="dxa"/>
            <w:gridSpan w:val="6"/>
            <w:shd w:val="clear" w:color="auto" w:fill="CCFFFF"/>
            <w:tcMar>
              <w:top w:w="20" w:type="dxa"/>
              <w:left w:w="20" w:type="dxa"/>
              <w:bottom w:w="20" w:type="dxa"/>
              <w:right w:w="20" w:type="dxa"/>
            </w:tcMar>
          </w:tcPr>
          <w:p w:rsidR="005F53FC" w:rsidRPr="005F53FC" w:rsidRDefault="005F53FC" w:rsidP="005F53FC">
            <w:pPr>
              <w:spacing w:after="0" w:line="240" w:lineRule="auto"/>
              <w:jc w:val="center"/>
              <w:rPr>
                <w:rFonts w:ascii="Calibri" w:hAnsi="Calibri"/>
                <w:sz w:val="12"/>
              </w:rPr>
            </w:pPr>
            <w:r w:rsidRPr="005F53FC">
              <w:rPr>
                <w:rFonts w:ascii="Calibri" w:hAnsi="Calibri"/>
                <w:sz w:val="12"/>
              </w:rPr>
              <w:t xml:space="preserve">* </w:t>
            </w:r>
            <w:r w:rsidRPr="005F53FC">
              <w:rPr>
                <w:rFonts w:ascii="Calibri" w:hAnsi="Calibri"/>
                <w:b/>
                <w:sz w:val="12"/>
              </w:rPr>
              <w:t>OKUL TEMELLİ PLANLAMA</w:t>
            </w:r>
            <w:r w:rsidRPr="005F53FC">
              <w:rPr>
                <w:rFonts w:ascii="Calibri" w:hAnsi="Calibri"/>
                <w:sz w:val="12"/>
              </w:rPr>
              <w:t xml:space="preserve"> - Öğrenciler küçük bir konu için sınıfta oylama yapar.</w:t>
            </w:r>
          </w:p>
          <w:p w:rsidR="005F53FC" w:rsidRPr="00754CFB" w:rsidRDefault="005F53FC" w:rsidP="005F53FC">
            <w:pPr>
              <w:spacing w:after="0" w:line="240" w:lineRule="auto"/>
              <w:jc w:val="center"/>
              <w:rPr>
                <w:rFonts w:ascii="Calibri" w:hAnsi="Calibri"/>
                <w:sz w:val="12"/>
              </w:rPr>
            </w:pPr>
            <w:r w:rsidRPr="005F53FC">
              <w:rPr>
                <w:rFonts w:ascii="Calibri" w:hAnsi="Calibri"/>
                <w:sz w:val="12"/>
              </w:rPr>
              <w:t>(Kararlarda Etkiliyim)</w:t>
            </w:r>
          </w:p>
        </w:tc>
        <w:tc>
          <w:tcPr>
            <w:tcW w:w="1224" w:type="dxa"/>
            <w:gridSpan w:val="2"/>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152" w:type="dxa"/>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008" w:type="dxa"/>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152" w:type="dxa"/>
            <w:gridSpan w:val="2"/>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008" w:type="dxa"/>
            <w:gridSpan w:val="2"/>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296" w:type="dxa"/>
            <w:gridSpan w:val="2"/>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c>
          <w:tcPr>
            <w:tcW w:w="1224" w:type="dxa"/>
            <w:gridSpan w:val="2"/>
            <w:vMerge/>
            <w:shd w:val="clear" w:color="auto" w:fill="FFFFFF"/>
            <w:tcMar>
              <w:top w:w="20" w:type="dxa"/>
              <w:left w:w="20" w:type="dxa"/>
              <w:bottom w:w="20" w:type="dxa"/>
              <w:right w:w="20" w:type="dxa"/>
            </w:tcMar>
          </w:tcPr>
          <w:p w:rsidR="005F53FC" w:rsidRPr="00754CFB" w:rsidRDefault="005F53FC" w:rsidP="000920F2">
            <w:pPr>
              <w:spacing w:after="0" w:line="240" w:lineRule="auto"/>
            </w:pPr>
          </w:p>
        </w:tc>
      </w:tr>
      <w:tr w:rsidR="003020B8"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3020B8" w:rsidRPr="00754CFB" w:rsidRDefault="003020B8" w:rsidP="000920F2">
            <w:pPr>
              <w:spacing w:after="0" w:line="240" w:lineRule="auto"/>
              <w:jc w:val="center"/>
            </w:pPr>
            <w:r>
              <w:rPr>
                <w:rFonts w:ascii="Calibri" w:hAnsi="Calibri"/>
                <w:sz w:val="12"/>
              </w:rPr>
              <w:t>MART</w:t>
            </w:r>
          </w:p>
        </w:tc>
        <w:tc>
          <w:tcPr>
            <w:tcW w:w="1008" w:type="dxa"/>
            <w:shd w:val="clear" w:color="auto" w:fill="F8FAFC"/>
            <w:tcMar>
              <w:top w:w="20" w:type="dxa"/>
              <w:left w:w="20" w:type="dxa"/>
              <w:bottom w:w="20" w:type="dxa"/>
              <w:right w:w="20" w:type="dxa"/>
            </w:tcMar>
          </w:tcPr>
          <w:p w:rsidR="003020B8" w:rsidRPr="00754CFB" w:rsidRDefault="003020B8" w:rsidP="000920F2">
            <w:pPr>
              <w:spacing w:after="0" w:line="240" w:lineRule="auto"/>
              <w:jc w:val="center"/>
            </w:pPr>
            <w:r w:rsidRPr="00754CFB">
              <w:rPr>
                <w:rFonts w:ascii="Calibri" w:hAnsi="Calibri"/>
                <w:sz w:val="12"/>
              </w:rPr>
              <w:t>22. Hafta:</w:t>
            </w:r>
            <w:r w:rsidRPr="00754CFB">
              <w:rPr>
                <w:rFonts w:ascii="Calibri" w:hAnsi="Calibri"/>
                <w:sz w:val="12"/>
              </w:rPr>
              <w:br/>
              <w:t xml:space="preserve"> 1-5 Mart</w:t>
            </w:r>
          </w:p>
        </w:tc>
        <w:tc>
          <w:tcPr>
            <w:tcW w:w="711" w:type="dxa"/>
            <w:shd w:val="clear" w:color="auto" w:fill="F8FAFC"/>
            <w:tcMar>
              <w:top w:w="20" w:type="dxa"/>
              <w:left w:w="20" w:type="dxa"/>
              <w:bottom w:w="20" w:type="dxa"/>
              <w:right w:w="20" w:type="dxa"/>
            </w:tcMar>
          </w:tcPr>
          <w:p w:rsidR="003020B8" w:rsidRPr="00754CFB" w:rsidRDefault="003020B8"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3020B8" w:rsidRPr="00754CFB" w:rsidRDefault="003020B8" w:rsidP="000920F2">
            <w:pPr>
              <w:spacing w:after="0" w:line="240" w:lineRule="auto"/>
            </w:pPr>
            <w:r w:rsidRPr="00754CFB">
              <w:rPr>
                <w:rFonts w:ascii="Calibri" w:hAnsi="Calibri"/>
                <w:sz w:val="12"/>
              </w:rPr>
              <w:t>YAŞAYAN DEMOKRASİMİZ</w:t>
            </w:r>
          </w:p>
        </w:tc>
        <w:tc>
          <w:tcPr>
            <w:tcW w:w="1224" w:type="dxa"/>
            <w:gridSpan w:val="2"/>
            <w:shd w:val="clear" w:color="auto" w:fill="F8FAFC"/>
            <w:tcMar>
              <w:top w:w="20" w:type="dxa"/>
              <w:left w:w="20" w:type="dxa"/>
              <w:bottom w:w="20" w:type="dxa"/>
              <w:right w:w="20" w:type="dxa"/>
            </w:tcMar>
          </w:tcPr>
          <w:p w:rsidR="003020B8" w:rsidRPr="00754CFB" w:rsidRDefault="003020B8" w:rsidP="000920F2">
            <w:pPr>
              <w:spacing w:after="0" w:line="240" w:lineRule="auto"/>
            </w:pPr>
            <w:r>
              <w:rPr>
                <w:rFonts w:ascii="Calibri" w:hAnsi="Calibri"/>
                <w:sz w:val="12"/>
              </w:rPr>
              <w:br/>
            </w:r>
            <w:r w:rsidRPr="00754CFB">
              <w:rPr>
                <w:rFonts w:ascii="Calibri" w:hAnsi="Calibri"/>
                <w:sz w:val="12"/>
              </w:rPr>
              <w:t>Temel Hak ve Sorumlulukların Toplumsal Düzenin Sürdürülmesindeki Önemi</w:t>
            </w:r>
          </w:p>
        </w:tc>
        <w:tc>
          <w:tcPr>
            <w:tcW w:w="1512" w:type="dxa"/>
            <w:shd w:val="clear" w:color="auto" w:fill="F8FAFC"/>
            <w:tcMar>
              <w:top w:w="20" w:type="dxa"/>
              <w:left w:w="20" w:type="dxa"/>
              <w:bottom w:w="20" w:type="dxa"/>
              <w:right w:w="20" w:type="dxa"/>
            </w:tcMar>
          </w:tcPr>
          <w:p w:rsidR="003020B8" w:rsidRPr="00754CFB" w:rsidRDefault="003020B8" w:rsidP="000920F2">
            <w:pPr>
              <w:spacing w:after="0" w:line="240" w:lineRule="auto"/>
            </w:pPr>
            <w:r>
              <w:rPr>
                <w:rFonts w:ascii="Calibri" w:hAnsi="Calibri"/>
                <w:sz w:val="12"/>
              </w:rPr>
              <w:br/>
            </w:r>
            <w:r w:rsidRPr="00754CFB">
              <w:rPr>
                <w:rFonts w:ascii="Calibri" w:hAnsi="Calibri"/>
                <w:sz w:val="12"/>
              </w:rPr>
              <w:t>SB.6.4.2. Toplumsal düzenin sürdürülmesinde temel hak ve sorumlulukların önemini yorumlayabilme</w:t>
            </w:r>
          </w:p>
        </w:tc>
        <w:tc>
          <w:tcPr>
            <w:tcW w:w="1656" w:type="dxa"/>
            <w:gridSpan w:val="2"/>
            <w:shd w:val="clear" w:color="auto" w:fill="F8FAFC"/>
            <w:tcMar>
              <w:top w:w="20" w:type="dxa"/>
              <w:left w:w="20" w:type="dxa"/>
              <w:bottom w:w="20" w:type="dxa"/>
              <w:right w:w="20" w:type="dxa"/>
            </w:tcMar>
          </w:tcPr>
          <w:p w:rsidR="003020B8" w:rsidRPr="00754CFB" w:rsidRDefault="003020B8" w:rsidP="0096428B">
            <w:pPr>
              <w:spacing w:after="0" w:line="240" w:lineRule="auto"/>
            </w:pPr>
            <w:r w:rsidRPr="00754CFB">
              <w:rPr>
                <w:rFonts w:ascii="Calibri" w:hAnsi="Calibri"/>
                <w:sz w:val="12"/>
              </w:rPr>
              <w:t>a) Toplumsal düzenin sürdürülmesinde temel hak ve sorumlulukların önemini inceler.</w:t>
            </w:r>
            <w:r w:rsidRPr="00754CFB">
              <w:rPr>
                <w:rFonts w:ascii="Calibri" w:hAnsi="Calibri"/>
                <w:sz w:val="12"/>
              </w:rPr>
              <w:br/>
              <w:t xml:space="preserve">b) Toplumsal düzenin sürdürülmesinde temel hak ve sorumlulukların önemini yazılı, </w:t>
            </w:r>
            <w:r w:rsidRPr="00754CFB">
              <w:rPr>
                <w:rFonts w:ascii="Calibri" w:hAnsi="Calibri"/>
                <w:sz w:val="12"/>
              </w:rPr>
              <w:br/>
              <w:t>görsel veya dijital yollarla sunar.</w:t>
            </w:r>
            <w:r w:rsidRPr="00754CFB">
              <w:rPr>
                <w:rFonts w:ascii="Calibri" w:hAnsi="Calibri"/>
                <w:sz w:val="12"/>
              </w:rPr>
              <w:br/>
              <w:t xml:space="preserve">c) Toplumsal düzenin sürdürülmesinde temel hak ve sorumlulukların önemini ifade </w:t>
            </w:r>
            <w:r w:rsidRPr="00754CFB">
              <w:rPr>
                <w:rFonts w:ascii="Calibri" w:hAnsi="Calibri"/>
                <w:sz w:val="12"/>
              </w:rPr>
              <w:br/>
              <w:t>eder.</w:t>
            </w:r>
          </w:p>
        </w:tc>
        <w:tc>
          <w:tcPr>
            <w:tcW w:w="1224" w:type="dxa"/>
            <w:gridSpan w:val="2"/>
            <w:vMerge/>
            <w:shd w:val="clear" w:color="auto" w:fill="F8FAFC"/>
            <w:tcMar>
              <w:top w:w="20" w:type="dxa"/>
              <w:left w:w="20" w:type="dxa"/>
              <w:bottom w:w="20" w:type="dxa"/>
              <w:right w:w="20" w:type="dxa"/>
            </w:tcMar>
          </w:tcPr>
          <w:p w:rsidR="003020B8" w:rsidRPr="00754CFB" w:rsidRDefault="003020B8" w:rsidP="000920F2">
            <w:pPr>
              <w:spacing w:after="0" w:line="240" w:lineRule="auto"/>
            </w:pPr>
          </w:p>
        </w:tc>
        <w:tc>
          <w:tcPr>
            <w:tcW w:w="1152" w:type="dxa"/>
            <w:vMerge/>
            <w:shd w:val="clear" w:color="auto" w:fill="F8FAFC"/>
            <w:tcMar>
              <w:top w:w="20" w:type="dxa"/>
              <w:left w:w="20" w:type="dxa"/>
              <w:bottom w:w="20" w:type="dxa"/>
              <w:right w:w="20" w:type="dxa"/>
            </w:tcMar>
          </w:tcPr>
          <w:p w:rsidR="003020B8" w:rsidRPr="00754CFB" w:rsidRDefault="003020B8" w:rsidP="000920F2">
            <w:pPr>
              <w:spacing w:after="0" w:line="240" w:lineRule="auto"/>
            </w:pPr>
          </w:p>
        </w:tc>
        <w:tc>
          <w:tcPr>
            <w:tcW w:w="1008" w:type="dxa"/>
            <w:vMerge/>
            <w:shd w:val="clear" w:color="auto" w:fill="F8FAFC"/>
            <w:tcMar>
              <w:top w:w="20" w:type="dxa"/>
              <w:left w:w="20" w:type="dxa"/>
              <w:bottom w:w="20" w:type="dxa"/>
              <w:right w:w="20" w:type="dxa"/>
            </w:tcMar>
          </w:tcPr>
          <w:p w:rsidR="003020B8" w:rsidRPr="00754CFB" w:rsidRDefault="003020B8" w:rsidP="000920F2">
            <w:pPr>
              <w:spacing w:after="0" w:line="240" w:lineRule="auto"/>
            </w:pPr>
          </w:p>
        </w:tc>
        <w:tc>
          <w:tcPr>
            <w:tcW w:w="1152" w:type="dxa"/>
            <w:gridSpan w:val="2"/>
            <w:vMerge/>
            <w:shd w:val="clear" w:color="auto" w:fill="F8FAFC"/>
            <w:tcMar>
              <w:top w:w="20" w:type="dxa"/>
              <w:left w:w="20" w:type="dxa"/>
              <w:bottom w:w="20" w:type="dxa"/>
              <w:right w:w="20" w:type="dxa"/>
            </w:tcMar>
          </w:tcPr>
          <w:p w:rsidR="003020B8" w:rsidRPr="00754CFB" w:rsidRDefault="003020B8" w:rsidP="000920F2">
            <w:pPr>
              <w:spacing w:after="0" w:line="240" w:lineRule="auto"/>
            </w:pPr>
          </w:p>
        </w:tc>
        <w:tc>
          <w:tcPr>
            <w:tcW w:w="1008" w:type="dxa"/>
            <w:gridSpan w:val="2"/>
            <w:shd w:val="clear" w:color="auto" w:fill="F8FAFC"/>
            <w:tcMar>
              <w:top w:w="20" w:type="dxa"/>
              <w:left w:w="20" w:type="dxa"/>
              <w:bottom w:w="20" w:type="dxa"/>
              <w:right w:w="20" w:type="dxa"/>
            </w:tcMar>
          </w:tcPr>
          <w:p w:rsidR="003020B8" w:rsidRPr="00754CFB" w:rsidRDefault="003020B8" w:rsidP="000920F2">
            <w:pPr>
              <w:spacing w:after="0" w:line="240" w:lineRule="auto"/>
            </w:pPr>
          </w:p>
        </w:tc>
        <w:tc>
          <w:tcPr>
            <w:tcW w:w="1296" w:type="dxa"/>
            <w:gridSpan w:val="2"/>
            <w:shd w:val="clear" w:color="auto" w:fill="F8FAFC"/>
            <w:tcMar>
              <w:top w:w="20" w:type="dxa"/>
              <w:left w:w="20" w:type="dxa"/>
              <w:bottom w:w="20" w:type="dxa"/>
              <w:right w:w="20" w:type="dxa"/>
            </w:tcMar>
          </w:tcPr>
          <w:p w:rsidR="003020B8" w:rsidRPr="00754CFB" w:rsidRDefault="003020B8" w:rsidP="000920F2">
            <w:pPr>
              <w:spacing w:after="0" w:line="240" w:lineRule="auto"/>
            </w:pPr>
          </w:p>
        </w:tc>
        <w:tc>
          <w:tcPr>
            <w:tcW w:w="1224" w:type="dxa"/>
            <w:gridSpan w:val="2"/>
            <w:shd w:val="clear" w:color="auto" w:fill="F8FAFC"/>
            <w:tcMar>
              <w:top w:w="20" w:type="dxa"/>
              <w:left w:w="20" w:type="dxa"/>
              <w:bottom w:w="20" w:type="dxa"/>
              <w:right w:w="20" w:type="dxa"/>
            </w:tcMar>
          </w:tcPr>
          <w:p w:rsidR="003020B8" w:rsidRPr="00754CFB" w:rsidRDefault="003020B8" w:rsidP="000920F2">
            <w:pPr>
              <w:spacing w:after="0" w:line="240" w:lineRule="auto"/>
            </w:pPr>
          </w:p>
        </w:tc>
      </w:tr>
      <w:tr w:rsidR="002F1112" w:rsidRPr="00754CFB" w:rsidTr="00754CFB">
        <w:tblPrEx>
          <w:tblCellMar>
            <w:left w:w="108" w:type="dxa"/>
            <w:right w:w="108" w:type="dxa"/>
          </w:tblCellMar>
          <w:tblLook w:val="04A0"/>
        </w:tblPrEx>
        <w:trPr>
          <w:jc w:val="center"/>
        </w:trPr>
        <w:tc>
          <w:tcPr>
            <w:tcW w:w="16119" w:type="dxa"/>
            <w:gridSpan w:val="21"/>
            <w:shd w:val="clear" w:color="auto" w:fill="FEF3C7"/>
            <w:tcMar>
              <w:top w:w="30" w:type="dxa"/>
              <w:left w:w="30" w:type="dxa"/>
              <w:bottom w:w="30" w:type="dxa"/>
              <w:right w:w="30" w:type="dxa"/>
            </w:tcMar>
          </w:tcPr>
          <w:p w:rsidR="002F1112" w:rsidRPr="00754CFB" w:rsidRDefault="004342E2" w:rsidP="000920F2">
            <w:pPr>
              <w:spacing w:after="0"/>
              <w:jc w:val="center"/>
            </w:pPr>
            <w:r w:rsidRPr="00754CFB">
              <w:rPr>
                <w:rFonts w:ascii="Calibri" w:hAnsi="Calibri"/>
                <w:b/>
                <w:sz w:val="14"/>
              </w:rPr>
              <w:t>RAMAZAN BAYRAMI (8,9,10 VE 11 MART 2027)</w:t>
            </w:r>
          </w:p>
        </w:tc>
      </w:tr>
      <w:tr w:rsidR="002F1112" w:rsidRPr="00754CFB" w:rsidTr="00072616">
        <w:tblPrEx>
          <w:tblCellMar>
            <w:left w:w="108" w:type="dxa"/>
            <w:right w:w="108" w:type="dxa"/>
          </w:tblCellMar>
          <w:tblLook w:val="04A0"/>
        </w:tblPrEx>
        <w:trPr>
          <w:jc w:val="center"/>
        </w:trPr>
        <w:tc>
          <w:tcPr>
            <w:tcW w:w="16119" w:type="dxa"/>
            <w:gridSpan w:val="21"/>
            <w:shd w:val="clear" w:color="auto" w:fill="99FF66"/>
            <w:tcMar>
              <w:top w:w="30" w:type="dxa"/>
              <w:left w:w="30" w:type="dxa"/>
              <w:bottom w:w="30" w:type="dxa"/>
              <w:right w:w="30" w:type="dxa"/>
            </w:tcMar>
          </w:tcPr>
          <w:p w:rsidR="002F1112" w:rsidRPr="00754CFB" w:rsidRDefault="004342E2" w:rsidP="000920F2">
            <w:pPr>
              <w:spacing w:after="0"/>
              <w:jc w:val="center"/>
            </w:pPr>
            <w:r w:rsidRPr="00754CFB">
              <w:rPr>
                <w:rFonts w:ascii="Calibri" w:hAnsi="Calibri"/>
                <w:b/>
                <w:sz w:val="14"/>
              </w:rPr>
              <w:t>2. DÖNEM ARA TATİLİ: 8-12 MAR</w:t>
            </w:r>
            <w:r w:rsidRPr="00072616">
              <w:rPr>
                <w:rFonts w:ascii="Calibri" w:hAnsi="Calibri"/>
                <w:b/>
                <w:sz w:val="14"/>
                <w:shd w:val="clear" w:color="auto" w:fill="99FF66"/>
              </w:rPr>
              <w:t>T</w:t>
            </w:r>
            <w:r w:rsidRPr="00754CFB">
              <w:rPr>
                <w:rFonts w:ascii="Calibri" w:hAnsi="Calibri"/>
                <w:b/>
                <w:sz w:val="14"/>
              </w:rPr>
              <w:t xml:space="preserve"> 2027</w:t>
            </w:r>
          </w:p>
        </w:tc>
      </w:tr>
      <w:tr w:rsidR="002F1112" w:rsidRPr="00754CFB" w:rsidTr="00754CFB">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MART</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23. Hafta:</w:t>
            </w:r>
            <w:r w:rsidRPr="00754CFB">
              <w:rPr>
                <w:rFonts w:ascii="Calibri" w:hAnsi="Calibri"/>
                <w:sz w:val="12"/>
              </w:rPr>
              <w:br/>
              <w:t>15-19 Mart</w:t>
            </w:r>
          </w:p>
        </w:tc>
        <w:tc>
          <w:tcPr>
            <w:tcW w:w="711"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YAŞAYAN DEMOKRASİMİZ</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Temel Hak ve Sorumlulukların Toplumsal Düzenin Sürdürülmesindeki Önemi</w:t>
            </w:r>
          </w:p>
        </w:tc>
        <w:tc>
          <w:tcPr>
            <w:tcW w:w="151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SB.6.4.2. Toplumsal düzenin sürdürülmesinde temel hak ve sorumlulukların önemini yorumlayabilme</w:t>
            </w:r>
          </w:p>
        </w:tc>
        <w:tc>
          <w:tcPr>
            <w:tcW w:w="1656"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Toplumsal düzenin sürdürülmesinde temel hak ve sorumlulukların önemini inceler.</w:t>
            </w:r>
            <w:r w:rsidRPr="00754CFB">
              <w:rPr>
                <w:rFonts w:ascii="Calibri" w:hAnsi="Calibri"/>
                <w:sz w:val="12"/>
              </w:rPr>
              <w:br/>
              <w:t>b) Toplumsal düzenin sürdürülmesinde temel hak ve sorumlulukların önemini bağ</w:t>
            </w:r>
            <w:r w:rsidRPr="00754CFB">
              <w:rPr>
                <w:rFonts w:ascii="Calibri" w:hAnsi="Calibri"/>
                <w:sz w:val="12"/>
              </w:rPr>
              <w:br/>
              <w:t>lamdan kopmadan dönüştürür.</w:t>
            </w:r>
            <w:r w:rsidRPr="00754CFB">
              <w:rPr>
                <w:rFonts w:ascii="Calibri" w:hAnsi="Calibri"/>
                <w:sz w:val="12"/>
              </w:rPr>
              <w:br/>
              <w:t xml:space="preserve">c) Toplumsal düzenin sürdürülmesinde temel hak ve sorumlulukların önemini nesnel, </w:t>
            </w:r>
            <w:r w:rsidRPr="00754CFB">
              <w:rPr>
                <w:rFonts w:ascii="Calibri" w:hAnsi="Calibri"/>
                <w:sz w:val="12"/>
              </w:rPr>
              <w:br/>
              <w:t>doğru ve anlamı değiştirmeyecek şekilde yeniden ifade eder.</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Kavram ağları,</w:t>
            </w:r>
            <w:r w:rsidRPr="00754CFB">
              <w:rPr>
                <w:rFonts w:ascii="Calibri" w:hAnsi="Calibri"/>
                <w:sz w:val="12"/>
              </w:rPr>
              <w:br/>
              <w:t>Zihin haritaları,</w:t>
            </w:r>
            <w:r w:rsidRPr="00754CFB">
              <w:rPr>
                <w:rFonts w:ascii="Calibri" w:hAnsi="Calibri"/>
                <w:sz w:val="12"/>
              </w:rPr>
              <w:br/>
              <w:t>Gözlem formu,</w:t>
            </w:r>
            <w:r w:rsidRPr="00754CFB">
              <w:rPr>
                <w:rFonts w:ascii="Calibri" w:hAnsi="Calibri"/>
                <w:sz w:val="12"/>
              </w:rPr>
              <w:br/>
              <w:t xml:space="preserve">Kontrol listesi, </w:t>
            </w:r>
            <w:r w:rsidRPr="00754CFB">
              <w:rPr>
                <w:rFonts w:ascii="Calibri" w:hAnsi="Calibri"/>
                <w:sz w:val="12"/>
              </w:rPr>
              <w:br/>
              <w:t xml:space="preserve">Derecelendirme ölçeği, </w:t>
            </w:r>
            <w:r w:rsidRPr="00754CFB">
              <w:rPr>
                <w:rFonts w:ascii="Calibri" w:hAnsi="Calibri"/>
                <w:sz w:val="12"/>
              </w:rPr>
              <w:br/>
              <w:t xml:space="preserve">Bütüncül dereceli puanlama anahtarı, </w:t>
            </w:r>
            <w:r w:rsidRPr="00754CFB">
              <w:rPr>
                <w:rFonts w:ascii="Calibri" w:hAnsi="Calibri"/>
                <w:sz w:val="12"/>
              </w:rPr>
              <w:br/>
              <w:t>Öz-akran değerlendirme formları ve performans görevi</w:t>
            </w:r>
          </w:p>
        </w:tc>
        <w:tc>
          <w:tcPr>
            <w:tcW w:w="115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SDB2.1. İletişim</w:t>
            </w:r>
            <w:proofErr w:type="gramStart"/>
            <w:r w:rsidRPr="00754CFB">
              <w:rPr>
                <w:rFonts w:ascii="Calibri" w:hAnsi="Calibri"/>
                <w:sz w:val="12"/>
              </w:rPr>
              <w:t>,</w:t>
            </w:r>
            <w:proofErr w:type="gramEnd"/>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SDB2.3. Sosyal Farkındalık</w:t>
            </w:r>
            <w:proofErr w:type="gramStart"/>
            <w:r w:rsidRPr="00754CFB">
              <w:rPr>
                <w:rFonts w:ascii="Calibri" w:hAnsi="Calibri"/>
                <w:sz w:val="12"/>
              </w:rPr>
              <w:t>,</w:t>
            </w:r>
            <w:proofErr w:type="gramEnd"/>
            <w:r w:rsidRPr="00754CFB">
              <w:rPr>
                <w:rFonts w:ascii="Calibri" w:hAnsi="Calibri"/>
                <w:sz w:val="12"/>
              </w:rPr>
              <w:br/>
              <w:t>SDB3.3. Sorumlu Karar Verme</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D1. Adalet, </w:t>
            </w:r>
            <w:r w:rsidRPr="00754CFB">
              <w:rPr>
                <w:rFonts w:ascii="Calibri" w:hAnsi="Calibri"/>
                <w:sz w:val="12"/>
              </w:rPr>
              <w:br/>
              <w:t>D2. Aile Bütünlüğü, D8. Mahremiyet</w:t>
            </w:r>
            <w:proofErr w:type="gramStart"/>
            <w:r w:rsidRPr="00754CFB">
              <w:rPr>
                <w:rFonts w:ascii="Calibri" w:hAnsi="Calibri"/>
                <w:sz w:val="12"/>
              </w:rPr>
              <w:t>,</w:t>
            </w:r>
            <w:proofErr w:type="gramEnd"/>
            <w:r w:rsidRPr="00754CFB">
              <w:rPr>
                <w:rFonts w:ascii="Calibri" w:hAnsi="Calibri"/>
                <w:sz w:val="12"/>
              </w:rPr>
              <w:br/>
              <w:t xml:space="preserve">D11. Özgürlük, </w:t>
            </w:r>
            <w:r w:rsidRPr="00754CFB">
              <w:rPr>
                <w:rFonts w:ascii="Calibri" w:hAnsi="Calibri"/>
                <w:sz w:val="12"/>
              </w:rPr>
              <w:br/>
              <w:t>D13. Sağlıklı Yaşam, D16. Sorumluluk</w:t>
            </w:r>
          </w:p>
        </w:tc>
        <w:tc>
          <w:tcPr>
            <w:tcW w:w="1152"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OB1. Bilgi Okuryazarlığı, </w:t>
            </w:r>
            <w:r w:rsidRPr="00754CFB">
              <w:rPr>
                <w:rFonts w:ascii="Calibri" w:hAnsi="Calibri"/>
                <w:sz w:val="12"/>
              </w:rPr>
              <w:br/>
              <w:t>OB2. Dijital Okuryazarlık, OB4. Görsel Okuryazarlık, OB6. Vatandaşlık Okuryazarlığı</w:t>
            </w:r>
          </w:p>
        </w:tc>
        <w:tc>
          <w:tcPr>
            <w:tcW w:w="1008"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İstiklâl Marşı'nın Kabulü ve Mehmet Akif Ersoy'u Anma Günü (12 Mart)                                              </w:t>
            </w:r>
            <w:r w:rsidRPr="00754CFB">
              <w:rPr>
                <w:rFonts w:ascii="Calibri" w:hAnsi="Calibri"/>
                <w:sz w:val="12"/>
              </w:rPr>
              <w:br/>
              <w:t>Şehitler Günü</w:t>
            </w:r>
            <w:r w:rsidRPr="00754CFB">
              <w:rPr>
                <w:rFonts w:ascii="Calibri" w:hAnsi="Calibri"/>
                <w:sz w:val="12"/>
              </w:rPr>
              <w:br/>
              <w:t xml:space="preserve"> (18 Mart)</w:t>
            </w:r>
          </w:p>
        </w:tc>
        <w:tc>
          <w:tcPr>
            <w:tcW w:w="1296"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lastRenderedPageBreak/>
              <w:t>MART</w:t>
            </w:r>
          </w:p>
        </w:tc>
        <w:tc>
          <w:tcPr>
            <w:tcW w:w="1008" w:type="dxa"/>
            <w:shd w:val="clear" w:color="auto" w:fill="F8FAFC"/>
            <w:tcMar>
              <w:top w:w="20" w:type="dxa"/>
              <w:left w:w="20" w:type="dxa"/>
              <w:bottom w:w="20" w:type="dxa"/>
              <w:right w:w="20" w:type="dxa"/>
            </w:tcMar>
          </w:tcPr>
          <w:p w:rsidR="00882B42" w:rsidRDefault="004342E2" w:rsidP="000920F2">
            <w:pPr>
              <w:spacing w:after="0" w:line="240" w:lineRule="auto"/>
              <w:jc w:val="center"/>
              <w:rPr>
                <w:rFonts w:ascii="Calibri" w:hAnsi="Calibri"/>
                <w:sz w:val="12"/>
              </w:rPr>
            </w:pPr>
            <w:r w:rsidRPr="00754CFB">
              <w:rPr>
                <w:rFonts w:ascii="Calibri" w:hAnsi="Calibri"/>
                <w:sz w:val="12"/>
              </w:rPr>
              <w:t xml:space="preserve">24.Hafta       </w:t>
            </w:r>
          </w:p>
          <w:p w:rsidR="002F1112" w:rsidRPr="00754CFB" w:rsidRDefault="004342E2" w:rsidP="000920F2">
            <w:pPr>
              <w:spacing w:after="0" w:line="240" w:lineRule="auto"/>
              <w:jc w:val="center"/>
            </w:pPr>
            <w:r w:rsidRPr="00754CFB">
              <w:rPr>
                <w:rFonts w:ascii="Calibri" w:hAnsi="Calibri"/>
                <w:sz w:val="12"/>
              </w:rPr>
              <w:t>22-26 Mart</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YAŞAYAN DEMOKRASİMİZ</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Dijitalleşme ve Teknolojik Gelişmelerin Vatandaşlık Hak ve Sorumluluklarına Etkileri</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SB.6.4.3. Vatandaşlık haklarının kullanımında dijitalleşme ve teknolojik gelişmelerin etkilerini sorgulayabilme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Vatandaşlık haklarının kullanımında dijitalleşme ve teknolojik gelişmelerin etkilerini tanımlar.</w:t>
            </w:r>
            <w:r w:rsidRPr="00754CFB">
              <w:rPr>
                <w:rFonts w:ascii="Calibri" w:hAnsi="Calibri"/>
                <w:sz w:val="12"/>
              </w:rPr>
              <w:br/>
              <w:t>b) Vatandaşlık haklarının kullanımında dijitalleşme ve teknolojik gelişmelerin etkileri hakkında sorular sorar.</w:t>
            </w:r>
            <w:r w:rsidRPr="00754CFB">
              <w:rPr>
                <w:rFonts w:ascii="Calibri" w:hAnsi="Calibri"/>
                <w:sz w:val="12"/>
              </w:rPr>
              <w:br/>
              <w:t>c) Vatandaşlık haklarının kullanımında dijitalleşme ve teknolojik gelişmelerin etkileri hakkında bilgi toplar.</w:t>
            </w:r>
            <w:r w:rsidRPr="00754CFB">
              <w:rPr>
                <w:rFonts w:ascii="Calibri" w:hAnsi="Calibri"/>
                <w:sz w:val="12"/>
              </w:rPr>
              <w:br/>
              <w:t xml:space="preserve">ç) Vatandaşlık haklarının kullanımında dijitalleşme ve teknolojik gelişmelerin etkileri </w:t>
            </w:r>
            <w:r w:rsidRPr="00754CFB">
              <w:rPr>
                <w:rFonts w:ascii="Calibri" w:hAnsi="Calibri"/>
                <w:sz w:val="12"/>
              </w:rPr>
              <w:br/>
              <w:t>hakkında topladığı bilgileri güncellik ve bilimsellik açısından değerlendirir.</w:t>
            </w:r>
            <w:r w:rsidRPr="00754CFB">
              <w:rPr>
                <w:rFonts w:ascii="Calibri" w:hAnsi="Calibri"/>
                <w:sz w:val="12"/>
              </w:rPr>
              <w:br/>
              <w:t>d) Vatandaşlık haklarının kullanımında dijitalleşme ve teknolojik gelişmelerin etkileri hakkında doğruluğunu değerlendirdiği bilgilerden hareketle çıkarımlar yapar</w:t>
            </w:r>
            <w:proofErr w:type="gramStart"/>
            <w:r w:rsidRPr="00754CFB">
              <w:rPr>
                <w:rFonts w:ascii="Calibri" w:hAnsi="Calibri"/>
                <w:sz w:val="12"/>
              </w:rPr>
              <w:t>..</w:t>
            </w:r>
            <w:proofErr w:type="gramEnd"/>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Kavram ağları,</w:t>
            </w:r>
            <w:r w:rsidRPr="00754CFB">
              <w:rPr>
                <w:rFonts w:ascii="Calibri" w:hAnsi="Calibri"/>
                <w:sz w:val="12"/>
              </w:rPr>
              <w:br/>
              <w:t>Zihin haritaları,</w:t>
            </w:r>
            <w:r w:rsidRPr="00754CFB">
              <w:rPr>
                <w:rFonts w:ascii="Calibri" w:hAnsi="Calibri"/>
                <w:sz w:val="12"/>
              </w:rPr>
              <w:br/>
              <w:t>Gözlem formu,</w:t>
            </w:r>
            <w:r w:rsidRPr="00754CFB">
              <w:rPr>
                <w:rFonts w:ascii="Calibri" w:hAnsi="Calibri"/>
                <w:sz w:val="12"/>
              </w:rPr>
              <w:br/>
              <w:t xml:space="preserve">Kontrol listesi, </w:t>
            </w:r>
            <w:r w:rsidRPr="00754CFB">
              <w:rPr>
                <w:rFonts w:ascii="Calibri" w:hAnsi="Calibri"/>
                <w:sz w:val="12"/>
              </w:rPr>
              <w:br/>
              <w:t xml:space="preserve">Derecelendirme ölçeği, </w:t>
            </w:r>
            <w:r w:rsidRPr="00754CFB">
              <w:rPr>
                <w:rFonts w:ascii="Calibri" w:hAnsi="Calibri"/>
                <w:sz w:val="12"/>
              </w:rPr>
              <w:br/>
              <w:t xml:space="preserve">Bütüncül dereceli puanlama anahtarı, </w:t>
            </w:r>
            <w:r w:rsidRPr="00754CFB">
              <w:rPr>
                <w:rFonts w:ascii="Calibri" w:hAnsi="Calibri"/>
                <w:sz w:val="12"/>
              </w:rPr>
              <w:br/>
              <w:t>Öz-akran değerlendirme formları ve performans görevi</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SDB2.1. İletişim</w:t>
            </w:r>
            <w:proofErr w:type="gramStart"/>
            <w:r w:rsidRPr="00754CFB">
              <w:rPr>
                <w:rFonts w:ascii="Calibri" w:hAnsi="Calibri"/>
                <w:sz w:val="12"/>
              </w:rPr>
              <w:t>,</w:t>
            </w:r>
            <w:proofErr w:type="gramEnd"/>
            <w:r w:rsidRPr="00754CFB">
              <w:rPr>
                <w:rFonts w:ascii="Calibri" w:hAnsi="Calibri"/>
                <w:sz w:val="12"/>
              </w:rPr>
              <w:br/>
              <w:t>SDB2.2. İş Birliği</w:t>
            </w:r>
            <w:proofErr w:type="gramStart"/>
            <w:r w:rsidRPr="00754CFB">
              <w:rPr>
                <w:rFonts w:ascii="Calibri" w:hAnsi="Calibri"/>
                <w:sz w:val="12"/>
              </w:rPr>
              <w:t>,</w:t>
            </w:r>
            <w:proofErr w:type="gramEnd"/>
            <w:r w:rsidRPr="00754CFB">
              <w:rPr>
                <w:rFonts w:ascii="Calibri" w:hAnsi="Calibri"/>
                <w:sz w:val="12"/>
              </w:rPr>
              <w:br/>
              <w:t>SDB2.3. Sosyal Farkındalık</w:t>
            </w:r>
            <w:proofErr w:type="gramStart"/>
            <w:r w:rsidRPr="00754CFB">
              <w:rPr>
                <w:rFonts w:ascii="Calibri" w:hAnsi="Calibri"/>
                <w:sz w:val="12"/>
              </w:rPr>
              <w:t>,</w:t>
            </w:r>
            <w:proofErr w:type="gramEnd"/>
            <w:r w:rsidRPr="00754CF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D1. Adalet, </w:t>
            </w:r>
            <w:r w:rsidRPr="00754CFB">
              <w:rPr>
                <w:rFonts w:ascii="Calibri" w:hAnsi="Calibri"/>
                <w:sz w:val="12"/>
              </w:rPr>
              <w:br/>
              <w:t>D2. Aile Bütünlüğü, D8. Mahremiyet</w:t>
            </w:r>
            <w:proofErr w:type="gramStart"/>
            <w:r w:rsidRPr="00754CFB">
              <w:rPr>
                <w:rFonts w:ascii="Calibri" w:hAnsi="Calibri"/>
                <w:sz w:val="12"/>
              </w:rPr>
              <w:t>,</w:t>
            </w:r>
            <w:proofErr w:type="gramEnd"/>
            <w:r w:rsidRPr="00754CFB">
              <w:rPr>
                <w:rFonts w:ascii="Calibri" w:hAnsi="Calibri"/>
                <w:sz w:val="12"/>
              </w:rPr>
              <w:br/>
              <w:t xml:space="preserve">D11. Özgürlük, </w:t>
            </w:r>
            <w:r w:rsidRPr="00754CFB">
              <w:rPr>
                <w:rFonts w:ascii="Calibri" w:hAnsi="Calibri"/>
                <w:sz w:val="12"/>
              </w:rPr>
              <w:br/>
              <w:t>D13. Sağlıklı Yaşam, D16. Sorumluluk</w:t>
            </w:r>
          </w:p>
        </w:tc>
        <w:tc>
          <w:tcPr>
            <w:tcW w:w="1152"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OB1. Bilgi Okuryazarlığı, </w:t>
            </w:r>
            <w:r w:rsidRPr="00754CFB">
              <w:rPr>
                <w:rFonts w:ascii="Calibri" w:hAnsi="Calibri"/>
                <w:sz w:val="12"/>
              </w:rPr>
              <w:br/>
              <w:t>OB2. Dijital Okuryazarlık, OB4. Görsel Okuryazarlık, OB6. Vatandaşlık Okuryazarlığı</w:t>
            </w:r>
          </w:p>
        </w:tc>
        <w:tc>
          <w:tcPr>
            <w:tcW w:w="1008"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Türk Dünyası ve Toplulukları Haftası (21 Mart Nevruz Günü'nü içine alan hafta)</w:t>
            </w: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EC1413">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MART</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25. Hafta:</w:t>
            </w:r>
            <w:r w:rsidRPr="00754CFB">
              <w:rPr>
                <w:rFonts w:ascii="Calibri" w:hAnsi="Calibri"/>
                <w:sz w:val="12"/>
              </w:rPr>
              <w:br/>
              <w:t xml:space="preserve"> 29 Mart-2 Nisan</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2+(1)*</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YAŞAYAN DEMOKRASİMİZ</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Dijitalleşme ve Teknolojik</w:t>
            </w:r>
            <w:r w:rsidRPr="00754CFB">
              <w:rPr>
                <w:rFonts w:ascii="Calibri" w:hAnsi="Calibri"/>
                <w:sz w:val="12"/>
              </w:rPr>
              <w:br/>
              <w:t>Gelişmelerin Vatandaşlık</w:t>
            </w:r>
            <w:r w:rsidRPr="00754CFB">
              <w:rPr>
                <w:rFonts w:ascii="Calibri" w:hAnsi="Calibri"/>
                <w:sz w:val="12"/>
              </w:rPr>
              <w:br/>
              <w:t>Hak ve Sorumluluklarına Etkileri</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SB.6.4.3. Vatandaşlık haklarının kullanımında dijitalleşme ve teknolojik gelişmelerin etkilerini sorgulayabilme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Vatandaşlık haklarının kullanımında dijitalleşme ve teknolojik gelişmelerin etkilerini tanımlar.</w:t>
            </w:r>
            <w:r w:rsidRPr="00754CFB">
              <w:rPr>
                <w:rFonts w:ascii="Calibri" w:hAnsi="Calibri"/>
                <w:sz w:val="12"/>
              </w:rPr>
              <w:br/>
              <w:t>b) Vatandaşlık haklarının kullanımında dijitalleşme ve teknolojik gelişmelerin etkileri hakkında sorular sorar.</w:t>
            </w:r>
            <w:r w:rsidRPr="00754CFB">
              <w:rPr>
                <w:rFonts w:ascii="Calibri" w:hAnsi="Calibri"/>
                <w:sz w:val="12"/>
              </w:rPr>
              <w:br/>
              <w:t>c) Vatandaşlık haklarının kullanımında dijitalleşme ve teknolojik gelişmelerin etkileri hakkında bilgi toplar.</w:t>
            </w:r>
            <w:r w:rsidRPr="00754CFB">
              <w:rPr>
                <w:rFonts w:ascii="Calibri" w:hAnsi="Calibri"/>
                <w:sz w:val="12"/>
              </w:rPr>
              <w:br/>
              <w:t>ç) Vatandaşlık haklarının kullanımında dijitalleşme ve teknolojik gelişmelerin etkileri hakkında topladığı bilgileri güncellik ve bilimsellik açısından değerlendirir.</w:t>
            </w:r>
            <w:r w:rsidRPr="00754CFB">
              <w:rPr>
                <w:rFonts w:ascii="Calibri" w:hAnsi="Calibri"/>
                <w:sz w:val="12"/>
              </w:rPr>
              <w:br/>
              <w:t>d) Vatandaşlık haklarının kullanımında dijitalleşme ve teknolojik gelişmelerin etkileri hakkında doğruluğunu değerlendirdiği bilgilerden hareketle çıkarımlar yapar.</w:t>
            </w:r>
          </w:p>
        </w:tc>
        <w:tc>
          <w:tcPr>
            <w:tcW w:w="1224" w:type="dxa"/>
            <w:gridSpan w:val="2"/>
            <w:shd w:val="clear" w:color="auto" w:fill="FFFF99"/>
            <w:tcMar>
              <w:top w:w="20" w:type="dxa"/>
              <w:left w:w="20" w:type="dxa"/>
              <w:bottom w:w="20" w:type="dxa"/>
              <w:right w:w="20" w:type="dxa"/>
            </w:tcMar>
          </w:tcPr>
          <w:p w:rsidR="002F1112" w:rsidRPr="00754CFB" w:rsidRDefault="004342E2" w:rsidP="00EC1413">
            <w:pPr>
              <w:spacing w:after="0" w:line="240" w:lineRule="auto"/>
              <w:jc w:val="center"/>
            </w:pPr>
            <w:r w:rsidRPr="00EC1413">
              <w:rPr>
                <w:rFonts w:ascii="Calibri" w:hAnsi="Calibri"/>
                <w:b/>
                <w:sz w:val="12"/>
              </w:rPr>
              <w:t>SINAV HAFTASI</w:t>
            </w:r>
            <w:r w:rsidRPr="00754CFB">
              <w:rPr>
                <w:rFonts w:ascii="Calibri" w:hAnsi="Calibri"/>
                <w:sz w:val="12"/>
              </w:rPr>
              <w:br/>
              <w:t>(29 Mart-9 Nisan 2027)</w:t>
            </w:r>
          </w:p>
        </w:tc>
        <w:tc>
          <w:tcPr>
            <w:tcW w:w="1152"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EC1413">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2F1112" w:rsidRPr="00754CFB" w:rsidRDefault="00D93622" w:rsidP="000920F2">
            <w:pPr>
              <w:spacing w:after="0" w:line="240" w:lineRule="auto"/>
              <w:jc w:val="center"/>
            </w:pPr>
            <w:r>
              <w:rPr>
                <w:rFonts w:ascii="Calibri" w:hAnsi="Calibri"/>
                <w:sz w:val="12"/>
              </w:rPr>
              <w:t>NİSAN</w:t>
            </w:r>
          </w:p>
        </w:tc>
        <w:tc>
          <w:tcPr>
            <w:tcW w:w="1008"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26. Hafta:</w:t>
            </w:r>
            <w:r w:rsidRPr="00754CFB">
              <w:rPr>
                <w:rFonts w:ascii="Calibri" w:hAnsi="Calibri"/>
                <w:sz w:val="12"/>
              </w:rPr>
              <w:br/>
              <w:t>5-9 Nisan</w:t>
            </w:r>
          </w:p>
        </w:tc>
        <w:tc>
          <w:tcPr>
            <w:tcW w:w="711" w:type="dxa"/>
            <w:shd w:val="clear" w:color="auto" w:fill="FFFFFF"/>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w:t>
            </w:r>
          </w:p>
        </w:tc>
        <w:tc>
          <w:tcPr>
            <w:tcW w:w="115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YAŞAYAN DEMOKRASİMİZ</w:t>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r>
            <w:r w:rsidRPr="00754CFB">
              <w:rPr>
                <w:rFonts w:ascii="Calibri" w:hAnsi="Calibri"/>
                <w:sz w:val="12"/>
              </w:rPr>
              <w:br/>
              <w:t>İ</w:t>
            </w:r>
          </w:p>
        </w:tc>
        <w:tc>
          <w:tcPr>
            <w:tcW w:w="1224"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Dijitalleşme ve Teknolojik</w:t>
            </w:r>
            <w:r w:rsidRPr="00754CFB">
              <w:rPr>
                <w:rFonts w:ascii="Calibri" w:hAnsi="Calibri"/>
                <w:sz w:val="12"/>
              </w:rPr>
              <w:br/>
              <w:t>Gelişmelerin Vatandaşlık</w:t>
            </w:r>
            <w:r w:rsidRPr="00754CFB">
              <w:rPr>
                <w:rFonts w:ascii="Calibri" w:hAnsi="Calibri"/>
                <w:sz w:val="12"/>
              </w:rPr>
              <w:br/>
              <w:t>Hak ve Sorumluluklarına Etkileri</w:t>
            </w:r>
          </w:p>
        </w:tc>
        <w:tc>
          <w:tcPr>
            <w:tcW w:w="1512" w:type="dxa"/>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SB.6.4.3. Vatandaşlık haklarının kullanımında dijitalleşme ve teknolojik gelişmelerin etkilerini sorgulayabilme</w:t>
            </w:r>
          </w:p>
        </w:tc>
        <w:tc>
          <w:tcPr>
            <w:tcW w:w="1656" w:type="dxa"/>
            <w:gridSpan w:val="2"/>
            <w:shd w:val="clear" w:color="auto" w:fill="FFFFFF"/>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Vatandaşlık haklarının kullanımında dijitalleşme ve teknolojik gelişmelerin etkilerini tanımlar.</w:t>
            </w:r>
            <w:r w:rsidRPr="00754CFB">
              <w:rPr>
                <w:rFonts w:ascii="Calibri" w:hAnsi="Calibri"/>
                <w:sz w:val="12"/>
              </w:rPr>
              <w:br/>
              <w:t xml:space="preserve">b) Vatandaşlık haklarının kullanımında dijitalleşme ve teknolojik gelişmelerin etkileri </w:t>
            </w:r>
            <w:r w:rsidRPr="00754CFB">
              <w:rPr>
                <w:rFonts w:ascii="Calibri" w:hAnsi="Calibri"/>
                <w:sz w:val="12"/>
              </w:rPr>
              <w:br/>
              <w:t>hakkında sorular sorar (5N1K).</w:t>
            </w:r>
            <w:r w:rsidRPr="00754CFB">
              <w:rPr>
                <w:rFonts w:ascii="Calibri" w:hAnsi="Calibri"/>
                <w:sz w:val="12"/>
              </w:rPr>
              <w:br/>
              <w:t xml:space="preserve">c) Vatandaşlık haklarının kullanımında dijitalleşme ve teknolojik gelişmelerin etkileri </w:t>
            </w:r>
            <w:r w:rsidRPr="00754CFB">
              <w:rPr>
                <w:rFonts w:ascii="Calibri" w:hAnsi="Calibri"/>
                <w:sz w:val="12"/>
              </w:rPr>
              <w:br/>
              <w:t>hakkında bilgi toplar.</w:t>
            </w:r>
            <w:r w:rsidRPr="00754CFB">
              <w:rPr>
                <w:rFonts w:ascii="Calibri" w:hAnsi="Calibri"/>
                <w:sz w:val="12"/>
              </w:rPr>
              <w:br/>
              <w:t xml:space="preserve">ç) Vatandaşlık haklarının kullanımında dijitalleşme ve teknolojik gelişmelerin etkileri </w:t>
            </w:r>
            <w:r w:rsidRPr="00754CFB">
              <w:rPr>
                <w:rFonts w:ascii="Calibri" w:hAnsi="Calibri"/>
                <w:sz w:val="12"/>
              </w:rPr>
              <w:br/>
              <w:t>hakkında topladığı bilgileri güncellik ve bilimsellik açısından değerlendirir.</w:t>
            </w:r>
            <w:r w:rsidRPr="00754CFB">
              <w:rPr>
                <w:rFonts w:ascii="Calibri" w:hAnsi="Calibri"/>
                <w:sz w:val="12"/>
              </w:rPr>
              <w:br/>
              <w:t xml:space="preserve">d) Vatandaşlık haklarının kullanımında dijitalleşme ve teknolojik gelişmelerin etkileri </w:t>
            </w:r>
            <w:r w:rsidRPr="00754CFB">
              <w:rPr>
                <w:rFonts w:ascii="Calibri" w:hAnsi="Calibri"/>
                <w:sz w:val="12"/>
              </w:rPr>
              <w:br/>
              <w:t>hakkında doğruluğunu değerlendirdiği bilgilerden hareketle çıkarımlar yapar.</w:t>
            </w:r>
          </w:p>
        </w:tc>
        <w:tc>
          <w:tcPr>
            <w:tcW w:w="1224" w:type="dxa"/>
            <w:gridSpan w:val="2"/>
            <w:shd w:val="clear" w:color="auto" w:fill="FFFF99"/>
            <w:tcMar>
              <w:top w:w="20" w:type="dxa"/>
              <w:left w:w="20" w:type="dxa"/>
              <w:bottom w:w="20" w:type="dxa"/>
              <w:right w:w="20" w:type="dxa"/>
            </w:tcMar>
          </w:tcPr>
          <w:p w:rsidR="002F1112" w:rsidRPr="00754CFB" w:rsidRDefault="004342E2" w:rsidP="00EC1413">
            <w:pPr>
              <w:spacing w:after="0" w:line="240" w:lineRule="auto"/>
              <w:jc w:val="center"/>
            </w:pPr>
            <w:r w:rsidRPr="00EC1413">
              <w:rPr>
                <w:rFonts w:ascii="Calibri" w:hAnsi="Calibri"/>
                <w:b/>
                <w:sz w:val="12"/>
              </w:rPr>
              <w:t>SINAV HAFTASI</w:t>
            </w:r>
            <w:r w:rsidRPr="00EC1413">
              <w:rPr>
                <w:rFonts w:ascii="Calibri" w:hAnsi="Calibri"/>
                <w:b/>
                <w:sz w:val="12"/>
              </w:rPr>
              <w:br/>
            </w:r>
            <w:r w:rsidRPr="00754CFB">
              <w:rPr>
                <w:rFonts w:ascii="Calibri" w:hAnsi="Calibri"/>
                <w:sz w:val="12"/>
              </w:rPr>
              <w:t>(29 Mart-9 Nisan 2027)</w:t>
            </w:r>
          </w:p>
        </w:tc>
        <w:tc>
          <w:tcPr>
            <w:tcW w:w="1152" w:type="dxa"/>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FFFFF"/>
            <w:tcMar>
              <w:top w:w="20" w:type="dxa"/>
              <w:left w:w="20" w:type="dxa"/>
              <w:bottom w:w="20" w:type="dxa"/>
              <w:right w:w="20" w:type="dxa"/>
            </w:tcMar>
          </w:tcPr>
          <w:p w:rsidR="002F1112" w:rsidRPr="00754CFB" w:rsidRDefault="002F1112" w:rsidP="000920F2">
            <w:pPr>
              <w:spacing w:after="0" w:line="240" w:lineRule="auto"/>
            </w:pPr>
          </w:p>
        </w:tc>
      </w:tr>
      <w:tr w:rsidR="00EC1413"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EC1413" w:rsidRPr="00754CFB" w:rsidRDefault="00EC1413" w:rsidP="000920F2">
            <w:pPr>
              <w:spacing w:after="0" w:line="240" w:lineRule="auto"/>
              <w:jc w:val="center"/>
            </w:pPr>
            <w:r w:rsidRPr="00754CFB">
              <w:rPr>
                <w:rFonts w:ascii="Calibri" w:hAnsi="Calibri"/>
                <w:sz w:val="12"/>
              </w:rPr>
              <w:t>NİSAN</w:t>
            </w:r>
          </w:p>
        </w:tc>
        <w:tc>
          <w:tcPr>
            <w:tcW w:w="1008" w:type="dxa"/>
            <w:shd w:val="clear" w:color="auto" w:fill="F8FAFC"/>
            <w:tcMar>
              <w:top w:w="20" w:type="dxa"/>
              <w:left w:w="20" w:type="dxa"/>
              <w:bottom w:w="20" w:type="dxa"/>
              <w:right w:w="20" w:type="dxa"/>
            </w:tcMar>
          </w:tcPr>
          <w:p w:rsidR="00EC1413" w:rsidRPr="00754CFB" w:rsidRDefault="00EC1413" w:rsidP="000920F2">
            <w:pPr>
              <w:spacing w:after="0" w:line="240" w:lineRule="auto"/>
              <w:jc w:val="center"/>
            </w:pPr>
            <w:r w:rsidRPr="00754CFB">
              <w:rPr>
                <w:rFonts w:ascii="Calibri" w:hAnsi="Calibri"/>
                <w:sz w:val="12"/>
              </w:rPr>
              <w:t>26. Hafta:</w:t>
            </w:r>
            <w:r w:rsidRPr="00754CFB">
              <w:rPr>
                <w:rFonts w:ascii="Calibri" w:hAnsi="Calibri"/>
                <w:sz w:val="12"/>
              </w:rPr>
              <w:br/>
              <w:t>5-9 Nisan</w:t>
            </w:r>
          </w:p>
        </w:tc>
        <w:tc>
          <w:tcPr>
            <w:tcW w:w="711" w:type="dxa"/>
            <w:shd w:val="clear" w:color="auto" w:fill="F8FAFC"/>
            <w:tcMar>
              <w:top w:w="20" w:type="dxa"/>
              <w:left w:w="20" w:type="dxa"/>
              <w:bottom w:w="20" w:type="dxa"/>
              <w:right w:w="20" w:type="dxa"/>
            </w:tcMar>
          </w:tcPr>
          <w:p w:rsidR="00EC1413" w:rsidRPr="00754CFB" w:rsidRDefault="00EC1413" w:rsidP="000920F2">
            <w:pPr>
              <w:spacing w:after="0" w:line="240" w:lineRule="auto"/>
              <w:jc w:val="center"/>
            </w:pPr>
            <w:r w:rsidRPr="00754CFB">
              <w:rPr>
                <w:rFonts w:ascii="Calibri" w:hAnsi="Calibri"/>
                <w:sz w:val="12"/>
              </w:rPr>
              <w:t>1</w:t>
            </w:r>
          </w:p>
        </w:tc>
        <w:tc>
          <w:tcPr>
            <w:tcW w:w="1152" w:type="dxa"/>
            <w:shd w:val="clear" w:color="auto" w:fill="F8FAFC"/>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t>HAYATIMIZDAKİ EKONOMİ</w:t>
            </w:r>
          </w:p>
        </w:tc>
        <w:tc>
          <w:tcPr>
            <w:tcW w:w="1224" w:type="dxa"/>
            <w:gridSpan w:val="2"/>
            <w:shd w:val="clear" w:color="auto" w:fill="F8FAFC"/>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t>Ülkemizin Kaynakları ve</w:t>
            </w:r>
            <w:r w:rsidRPr="00754CFB">
              <w:rPr>
                <w:rFonts w:ascii="Calibri" w:hAnsi="Calibri"/>
                <w:sz w:val="12"/>
              </w:rPr>
              <w:br/>
              <w:t>Ekonomik Faaliyetler</w:t>
            </w:r>
          </w:p>
        </w:tc>
        <w:tc>
          <w:tcPr>
            <w:tcW w:w="1512" w:type="dxa"/>
            <w:shd w:val="clear" w:color="auto" w:fill="F8FAFC"/>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t xml:space="preserve">SB.6.5.1. Ülkemizin kaynakları ile ekonomik faaliyetler </w:t>
            </w:r>
            <w:r w:rsidRPr="00754CFB">
              <w:rPr>
                <w:rFonts w:ascii="Calibri" w:hAnsi="Calibri"/>
                <w:sz w:val="12"/>
              </w:rPr>
              <w:lastRenderedPageBreak/>
              <w:t>arasındaki ilişkiyi çözümleyebilme</w:t>
            </w:r>
          </w:p>
        </w:tc>
        <w:tc>
          <w:tcPr>
            <w:tcW w:w="1656" w:type="dxa"/>
            <w:gridSpan w:val="2"/>
            <w:shd w:val="clear" w:color="auto" w:fill="F8FAFC"/>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lastRenderedPageBreak/>
              <w:t xml:space="preserve">a) Ülkemizin kaynakları ve ekonomik faaliyetlerin </w:t>
            </w:r>
            <w:r w:rsidRPr="00754CFB">
              <w:rPr>
                <w:rFonts w:ascii="Calibri" w:hAnsi="Calibri"/>
                <w:sz w:val="12"/>
              </w:rPr>
              <w:lastRenderedPageBreak/>
              <w:t>özelliklerini belirler.</w:t>
            </w:r>
            <w:r w:rsidRPr="00754CFB">
              <w:rPr>
                <w:rFonts w:ascii="Calibri" w:hAnsi="Calibri"/>
                <w:sz w:val="12"/>
              </w:rPr>
              <w:br/>
              <w:t>b) Ülkemizin kaynakları ve ekonomik faaliyetler arasındaki ilişkileri belirler.</w:t>
            </w:r>
          </w:p>
        </w:tc>
        <w:tc>
          <w:tcPr>
            <w:tcW w:w="1224" w:type="dxa"/>
            <w:gridSpan w:val="2"/>
            <w:vMerge w:val="restart"/>
            <w:shd w:val="clear" w:color="auto" w:fill="F8FAFC"/>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lastRenderedPageBreak/>
              <w:t xml:space="preserve">Kontrol listesi, </w:t>
            </w:r>
            <w:r w:rsidRPr="00754CFB">
              <w:rPr>
                <w:rFonts w:ascii="Calibri" w:hAnsi="Calibri"/>
                <w:sz w:val="12"/>
              </w:rPr>
              <w:br/>
              <w:t>Gözlem formu,</w:t>
            </w:r>
            <w:r w:rsidRPr="00754CFB">
              <w:rPr>
                <w:rFonts w:ascii="Calibri" w:hAnsi="Calibri"/>
                <w:sz w:val="12"/>
              </w:rPr>
              <w:br/>
            </w:r>
            <w:r w:rsidRPr="00754CFB">
              <w:rPr>
                <w:rFonts w:ascii="Calibri" w:hAnsi="Calibri"/>
                <w:sz w:val="12"/>
              </w:rPr>
              <w:lastRenderedPageBreak/>
              <w:t xml:space="preserve">Anekdot kaydı, </w:t>
            </w:r>
            <w:r w:rsidRPr="00754CFB">
              <w:rPr>
                <w:rFonts w:ascii="Calibri" w:hAnsi="Calibri"/>
                <w:sz w:val="12"/>
              </w:rPr>
              <w:br/>
              <w:t>Derecelendirme ölçeği,</w:t>
            </w:r>
            <w:r w:rsidRPr="00754CFB">
              <w:rPr>
                <w:rFonts w:ascii="Calibri" w:hAnsi="Calibri"/>
                <w:sz w:val="12"/>
              </w:rPr>
              <w:br/>
              <w:t xml:space="preserve">Kavram haritası, </w:t>
            </w:r>
            <w:r w:rsidRPr="00754CFB">
              <w:rPr>
                <w:rFonts w:ascii="Calibri" w:hAnsi="Calibri"/>
                <w:sz w:val="12"/>
              </w:rPr>
              <w:br/>
              <w:t>Zihin haritası,</w:t>
            </w:r>
            <w:r w:rsidRPr="00754CFB">
              <w:rPr>
                <w:rFonts w:ascii="Calibri" w:hAnsi="Calibri"/>
                <w:sz w:val="12"/>
              </w:rPr>
              <w:br/>
              <w:t xml:space="preserve">Performans görevi, </w:t>
            </w:r>
            <w:r w:rsidRPr="00754CFB">
              <w:rPr>
                <w:rFonts w:ascii="Calibri" w:hAnsi="Calibri"/>
                <w:sz w:val="12"/>
              </w:rPr>
              <w:br/>
              <w:t>Analitik ve bütüncül dereceli puanlama anahtarı</w:t>
            </w:r>
          </w:p>
        </w:tc>
        <w:tc>
          <w:tcPr>
            <w:tcW w:w="1152" w:type="dxa"/>
            <w:vMerge w:val="restart"/>
            <w:shd w:val="clear" w:color="auto" w:fill="F8FAFC"/>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lastRenderedPageBreak/>
              <w:t>SDB2.1. İletişim,</w:t>
            </w:r>
            <w:r w:rsidRPr="00754CFB">
              <w:rPr>
                <w:rFonts w:ascii="Calibri" w:hAnsi="Calibri"/>
                <w:sz w:val="12"/>
              </w:rPr>
              <w:br/>
              <w:t xml:space="preserve"> SDB2.2. İş Birliği, </w:t>
            </w:r>
            <w:r w:rsidRPr="00754CFB">
              <w:rPr>
                <w:rFonts w:ascii="Calibri" w:hAnsi="Calibri"/>
                <w:sz w:val="12"/>
              </w:rPr>
              <w:br/>
            </w:r>
            <w:r w:rsidRPr="00754CFB">
              <w:rPr>
                <w:rFonts w:ascii="Calibri" w:hAnsi="Calibri"/>
                <w:sz w:val="12"/>
              </w:rPr>
              <w:lastRenderedPageBreak/>
              <w:t xml:space="preserve">SDB3.1. Uyum, </w:t>
            </w:r>
            <w:r w:rsidRPr="00754CFB">
              <w:rPr>
                <w:rFonts w:ascii="Calibri" w:hAnsi="Calibri"/>
                <w:sz w:val="12"/>
              </w:rPr>
              <w:br/>
              <w:t xml:space="preserve">SDB3.2. Esneklik, </w:t>
            </w:r>
            <w:r w:rsidRPr="00754CFB">
              <w:rPr>
                <w:rFonts w:ascii="Calibri" w:hAnsi="Calibri"/>
                <w:sz w:val="12"/>
              </w:rPr>
              <w:br/>
              <w:t>SDB3.3. Sorumlu Karar Verme</w:t>
            </w:r>
          </w:p>
        </w:tc>
        <w:tc>
          <w:tcPr>
            <w:tcW w:w="1008" w:type="dxa"/>
            <w:vMerge w:val="restart"/>
            <w:shd w:val="clear" w:color="auto" w:fill="F8FAFC"/>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lastRenderedPageBreak/>
              <w:t xml:space="preserve">D3. Çalışkanlık, </w:t>
            </w:r>
            <w:r w:rsidRPr="00754CFB">
              <w:rPr>
                <w:rFonts w:ascii="Calibri" w:hAnsi="Calibri"/>
                <w:sz w:val="12"/>
              </w:rPr>
              <w:br/>
              <w:t>D6. Dürüstlük</w:t>
            </w:r>
            <w:proofErr w:type="gramStart"/>
            <w:r w:rsidRPr="00754CFB">
              <w:rPr>
                <w:rFonts w:ascii="Calibri" w:hAnsi="Calibri"/>
                <w:sz w:val="12"/>
              </w:rPr>
              <w:t>,</w:t>
            </w:r>
            <w:proofErr w:type="gramEnd"/>
            <w:r w:rsidRPr="00754CFB">
              <w:rPr>
                <w:rFonts w:ascii="Calibri" w:hAnsi="Calibri"/>
                <w:sz w:val="12"/>
              </w:rPr>
              <w:br/>
            </w:r>
            <w:r w:rsidRPr="00754CFB">
              <w:rPr>
                <w:rFonts w:ascii="Calibri" w:hAnsi="Calibri"/>
                <w:sz w:val="12"/>
              </w:rPr>
              <w:lastRenderedPageBreak/>
              <w:t>D19. Vatanseverlik</w:t>
            </w:r>
          </w:p>
        </w:tc>
        <w:tc>
          <w:tcPr>
            <w:tcW w:w="1152" w:type="dxa"/>
            <w:gridSpan w:val="2"/>
            <w:vMerge w:val="restart"/>
            <w:shd w:val="clear" w:color="auto" w:fill="F8FAFC"/>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lastRenderedPageBreak/>
              <w:t>OB1. Bilgi Okuryazarlığı</w:t>
            </w:r>
            <w:proofErr w:type="gramStart"/>
            <w:r w:rsidRPr="00754CFB">
              <w:rPr>
                <w:rFonts w:ascii="Calibri" w:hAnsi="Calibri"/>
                <w:sz w:val="12"/>
              </w:rPr>
              <w:t>,</w:t>
            </w:r>
            <w:proofErr w:type="gramEnd"/>
            <w:r w:rsidRPr="00754CFB">
              <w:rPr>
                <w:rFonts w:ascii="Calibri" w:hAnsi="Calibri"/>
                <w:sz w:val="12"/>
              </w:rPr>
              <w:br/>
            </w:r>
            <w:r w:rsidRPr="00754CFB">
              <w:rPr>
                <w:rFonts w:ascii="Calibri" w:hAnsi="Calibri"/>
                <w:sz w:val="12"/>
              </w:rPr>
              <w:lastRenderedPageBreak/>
              <w:t>OB2. Dijital Okuryazarlık, OB4. Görsel Okuryazarlık</w:t>
            </w:r>
          </w:p>
        </w:tc>
        <w:tc>
          <w:tcPr>
            <w:tcW w:w="1008" w:type="dxa"/>
            <w:gridSpan w:val="2"/>
            <w:shd w:val="clear" w:color="auto" w:fill="F8FAFC"/>
            <w:tcMar>
              <w:top w:w="20" w:type="dxa"/>
              <w:left w:w="20" w:type="dxa"/>
              <w:bottom w:w="20" w:type="dxa"/>
              <w:right w:w="20" w:type="dxa"/>
            </w:tcMar>
          </w:tcPr>
          <w:p w:rsidR="00EC1413" w:rsidRPr="00754CFB" w:rsidRDefault="00EC1413" w:rsidP="000920F2">
            <w:pPr>
              <w:spacing w:after="0" w:line="240" w:lineRule="auto"/>
            </w:pPr>
          </w:p>
        </w:tc>
        <w:tc>
          <w:tcPr>
            <w:tcW w:w="1296" w:type="dxa"/>
            <w:gridSpan w:val="2"/>
            <w:shd w:val="clear" w:color="auto" w:fill="F8FAFC"/>
            <w:tcMar>
              <w:top w:w="20" w:type="dxa"/>
              <w:left w:w="20" w:type="dxa"/>
              <w:bottom w:w="20" w:type="dxa"/>
              <w:right w:w="20" w:type="dxa"/>
            </w:tcMar>
          </w:tcPr>
          <w:p w:rsidR="00EC1413" w:rsidRPr="00754CFB" w:rsidRDefault="00EC1413" w:rsidP="000920F2">
            <w:pPr>
              <w:spacing w:after="0" w:line="240" w:lineRule="auto"/>
            </w:pPr>
          </w:p>
        </w:tc>
        <w:tc>
          <w:tcPr>
            <w:tcW w:w="1224" w:type="dxa"/>
            <w:gridSpan w:val="2"/>
            <w:shd w:val="clear" w:color="auto" w:fill="F8FAFC"/>
            <w:tcMar>
              <w:top w:w="20" w:type="dxa"/>
              <w:left w:w="20" w:type="dxa"/>
              <w:bottom w:w="20" w:type="dxa"/>
              <w:right w:w="20" w:type="dxa"/>
            </w:tcMar>
          </w:tcPr>
          <w:p w:rsidR="00EC1413" w:rsidRPr="00754CFB" w:rsidRDefault="00EC1413" w:rsidP="000920F2">
            <w:pPr>
              <w:spacing w:after="0" w:line="240" w:lineRule="auto"/>
            </w:pPr>
          </w:p>
        </w:tc>
      </w:tr>
      <w:tr w:rsidR="00EC1413" w:rsidRPr="00754CFB" w:rsidTr="00754CFB">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EC1413" w:rsidRPr="00754CFB" w:rsidRDefault="00EC1413" w:rsidP="000920F2">
            <w:pPr>
              <w:spacing w:after="0" w:line="240" w:lineRule="auto"/>
              <w:jc w:val="center"/>
            </w:pPr>
            <w:r w:rsidRPr="00754CFB">
              <w:rPr>
                <w:rFonts w:ascii="Calibri" w:hAnsi="Calibri"/>
                <w:sz w:val="12"/>
              </w:rPr>
              <w:lastRenderedPageBreak/>
              <w:t>NİSAN</w:t>
            </w:r>
          </w:p>
        </w:tc>
        <w:tc>
          <w:tcPr>
            <w:tcW w:w="1008" w:type="dxa"/>
            <w:shd w:val="clear" w:color="auto" w:fill="FFFFFF"/>
            <w:tcMar>
              <w:top w:w="20" w:type="dxa"/>
              <w:left w:w="20" w:type="dxa"/>
              <w:bottom w:w="20" w:type="dxa"/>
              <w:right w:w="20" w:type="dxa"/>
            </w:tcMar>
          </w:tcPr>
          <w:p w:rsidR="00EC1413" w:rsidRPr="00754CFB" w:rsidRDefault="00EC1413" w:rsidP="000920F2">
            <w:pPr>
              <w:spacing w:after="0" w:line="240" w:lineRule="auto"/>
              <w:jc w:val="center"/>
            </w:pPr>
            <w:r w:rsidRPr="00754CFB">
              <w:rPr>
                <w:rFonts w:ascii="Calibri" w:hAnsi="Calibri"/>
                <w:sz w:val="12"/>
              </w:rPr>
              <w:t>27. Hafta:</w:t>
            </w:r>
            <w:r w:rsidRPr="00754CFB">
              <w:rPr>
                <w:rFonts w:ascii="Calibri" w:hAnsi="Calibri"/>
                <w:sz w:val="12"/>
              </w:rPr>
              <w:br/>
              <w:t>12-16 Nisan</w:t>
            </w:r>
          </w:p>
        </w:tc>
        <w:tc>
          <w:tcPr>
            <w:tcW w:w="711" w:type="dxa"/>
            <w:shd w:val="clear" w:color="auto" w:fill="FFFFFF"/>
            <w:tcMar>
              <w:top w:w="20" w:type="dxa"/>
              <w:left w:w="20" w:type="dxa"/>
              <w:bottom w:w="20" w:type="dxa"/>
              <w:right w:w="20" w:type="dxa"/>
            </w:tcMar>
          </w:tcPr>
          <w:p w:rsidR="00EC1413" w:rsidRPr="00754CFB" w:rsidRDefault="00EC1413"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t>HAYATIMIZDAKİ EKONOMİ</w:t>
            </w:r>
          </w:p>
        </w:tc>
        <w:tc>
          <w:tcPr>
            <w:tcW w:w="1224" w:type="dxa"/>
            <w:gridSpan w:val="2"/>
            <w:shd w:val="clear" w:color="auto" w:fill="FFFFFF"/>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t>Ülkemizin Kaynakları ve</w:t>
            </w:r>
            <w:r w:rsidRPr="00754CFB">
              <w:rPr>
                <w:rFonts w:ascii="Calibri" w:hAnsi="Calibri"/>
                <w:sz w:val="12"/>
              </w:rPr>
              <w:br/>
              <w:t>Ekonomik Faaliyetler</w:t>
            </w:r>
          </w:p>
        </w:tc>
        <w:tc>
          <w:tcPr>
            <w:tcW w:w="1512" w:type="dxa"/>
            <w:shd w:val="clear" w:color="auto" w:fill="FFFFFF"/>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t>SB.6.5.1. Ülkemizin kaynakları ile ekonomik faaliyetler arasındaki ilişkiyi çözümleyebilme</w:t>
            </w:r>
          </w:p>
        </w:tc>
        <w:tc>
          <w:tcPr>
            <w:tcW w:w="1656" w:type="dxa"/>
            <w:gridSpan w:val="2"/>
            <w:shd w:val="clear" w:color="auto" w:fill="FFFFFF"/>
            <w:tcMar>
              <w:top w:w="20" w:type="dxa"/>
              <w:left w:w="20" w:type="dxa"/>
              <w:bottom w:w="20" w:type="dxa"/>
              <w:right w:w="20" w:type="dxa"/>
            </w:tcMar>
          </w:tcPr>
          <w:p w:rsidR="00EC1413" w:rsidRPr="00754CFB" w:rsidRDefault="00EC1413" w:rsidP="000920F2">
            <w:pPr>
              <w:spacing w:after="0" w:line="240" w:lineRule="auto"/>
            </w:pPr>
            <w:r w:rsidRPr="00754CFB">
              <w:rPr>
                <w:rFonts w:ascii="Calibri" w:hAnsi="Calibri"/>
                <w:sz w:val="12"/>
              </w:rPr>
              <w:t>a) Ülkemizin kaynakları ve ekonomik faaliyetlerin özelliklerini belirler.</w:t>
            </w:r>
            <w:r w:rsidRPr="00754CFB">
              <w:rPr>
                <w:rFonts w:ascii="Calibri" w:hAnsi="Calibri"/>
                <w:sz w:val="12"/>
              </w:rPr>
              <w:br/>
              <w:t>b) Ülkemizin kaynakları ve ekonomik faaliyetler arasındaki ilişkileri belirler.</w:t>
            </w:r>
          </w:p>
        </w:tc>
        <w:tc>
          <w:tcPr>
            <w:tcW w:w="1224" w:type="dxa"/>
            <w:gridSpan w:val="2"/>
            <w:vMerge/>
            <w:shd w:val="clear" w:color="auto" w:fill="FFFFFF"/>
            <w:tcMar>
              <w:top w:w="20" w:type="dxa"/>
              <w:left w:w="20" w:type="dxa"/>
              <w:bottom w:w="20" w:type="dxa"/>
              <w:right w:w="20" w:type="dxa"/>
            </w:tcMar>
          </w:tcPr>
          <w:p w:rsidR="00EC1413" w:rsidRPr="00754CFB" w:rsidRDefault="00EC1413" w:rsidP="000920F2">
            <w:pPr>
              <w:spacing w:after="0" w:line="240" w:lineRule="auto"/>
            </w:pPr>
          </w:p>
        </w:tc>
        <w:tc>
          <w:tcPr>
            <w:tcW w:w="1152" w:type="dxa"/>
            <w:vMerge/>
            <w:shd w:val="clear" w:color="auto" w:fill="FFFFFF"/>
            <w:tcMar>
              <w:top w:w="20" w:type="dxa"/>
              <w:left w:w="20" w:type="dxa"/>
              <w:bottom w:w="20" w:type="dxa"/>
              <w:right w:w="20" w:type="dxa"/>
            </w:tcMar>
          </w:tcPr>
          <w:p w:rsidR="00EC1413" w:rsidRPr="00754CFB" w:rsidRDefault="00EC1413" w:rsidP="000920F2">
            <w:pPr>
              <w:spacing w:after="0" w:line="240" w:lineRule="auto"/>
            </w:pPr>
          </w:p>
        </w:tc>
        <w:tc>
          <w:tcPr>
            <w:tcW w:w="1008" w:type="dxa"/>
            <w:vMerge/>
            <w:shd w:val="clear" w:color="auto" w:fill="FFFFFF"/>
            <w:tcMar>
              <w:top w:w="20" w:type="dxa"/>
              <w:left w:w="20" w:type="dxa"/>
              <w:bottom w:w="20" w:type="dxa"/>
              <w:right w:w="20" w:type="dxa"/>
            </w:tcMar>
          </w:tcPr>
          <w:p w:rsidR="00EC1413" w:rsidRPr="00754CFB" w:rsidRDefault="00EC1413" w:rsidP="000920F2">
            <w:pPr>
              <w:spacing w:after="0" w:line="240" w:lineRule="auto"/>
            </w:pPr>
          </w:p>
        </w:tc>
        <w:tc>
          <w:tcPr>
            <w:tcW w:w="1152" w:type="dxa"/>
            <w:gridSpan w:val="2"/>
            <w:vMerge/>
            <w:shd w:val="clear" w:color="auto" w:fill="FFFFFF"/>
            <w:tcMar>
              <w:top w:w="20" w:type="dxa"/>
              <w:left w:w="20" w:type="dxa"/>
              <w:bottom w:w="20" w:type="dxa"/>
              <w:right w:w="20" w:type="dxa"/>
            </w:tcMar>
          </w:tcPr>
          <w:p w:rsidR="00EC1413" w:rsidRPr="00754CFB" w:rsidRDefault="00EC1413" w:rsidP="000920F2">
            <w:pPr>
              <w:spacing w:after="0" w:line="240" w:lineRule="auto"/>
            </w:pPr>
          </w:p>
        </w:tc>
        <w:tc>
          <w:tcPr>
            <w:tcW w:w="1008" w:type="dxa"/>
            <w:gridSpan w:val="2"/>
            <w:shd w:val="clear" w:color="auto" w:fill="FFFFFF"/>
            <w:tcMar>
              <w:top w:w="20" w:type="dxa"/>
              <w:left w:w="20" w:type="dxa"/>
              <w:bottom w:w="20" w:type="dxa"/>
              <w:right w:w="20" w:type="dxa"/>
            </w:tcMar>
          </w:tcPr>
          <w:p w:rsidR="00EC1413" w:rsidRPr="00754CFB" w:rsidRDefault="00EC1413" w:rsidP="000920F2">
            <w:pPr>
              <w:spacing w:after="0" w:line="240" w:lineRule="auto"/>
            </w:pPr>
          </w:p>
        </w:tc>
        <w:tc>
          <w:tcPr>
            <w:tcW w:w="1296" w:type="dxa"/>
            <w:gridSpan w:val="2"/>
            <w:shd w:val="clear" w:color="auto" w:fill="FFFFFF"/>
            <w:tcMar>
              <w:top w:w="20" w:type="dxa"/>
              <w:left w:w="20" w:type="dxa"/>
              <w:bottom w:w="20" w:type="dxa"/>
              <w:right w:w="20" w:type="dxa"/>
            </w:tcMar>
          </w:tcPr>
          <w:p w:rsidR="00EC1413" w:rsidRPr="00754CFB" w:rsidRDefault="00EC1413" w:rsidP="000920F2">
            <w:pPr>
              <w:spacing w:after="0" w:line="240" w:lineRule="auto"/>
            </w:pPr>
          </w:p>
        </w:tc>
        <w:tc>
          <w:tcPr>
            <w:tcW w:w="1224" w:type="dxa"/>
            <w:gridSpan w:val="2"/>
            <w:shd w:val="clear" w:color="auto" w:fill="FFFFFF"/>
            <w:tcMar>
              <w:top w:w="20" w:type="dxa"/>
              <w:left w:w="20" w:type="dxa"/>
              <w:bottom w:w="20" w:type="dxa"/>
              <w:right w:w="20" w:type="dxa"/>
            </w:tcMar>
          </w:tcPr>
          <w:p w:rsidR="00EC1413" w:rsidRPr="00754CFB" w:rsidRDefault="00EC1413"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NİSAN</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28. Hafta:</w:t>
            </w:r>
            <w:r w:rsidRPr="00754CFB">
              <w:rPr>
                <w:rFonts w:ascii="Calibri" w:hAnsi="Calibri"/>
                <w:sz w:val="12"/>
              </w:rPr>
              <w:br/>
              <w:t>19-23 Nisan</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HAYATIMIZDAKİ EKONOMİ</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Ülkemizin Kaynakları ve</w:t>
            </w:r>
            <w:r w:rsidRPr="00754CFB">
              <w:rPr>
                <w:rFonts w:ascii="Calibri" w:hAnsi="Calibri"/>
                <w:sz w:val="12"/>
              </w:rPr>
              <w:br/>
              <w:t>Ekonomik Faaliyetler</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SB.6.5.1. Ülkemizin kaynakları ile ekonomik faaliyetler arasındaki ilişkiyi çözümleyebilme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Ülkemizin kaynakları ve ekonomik faaliyetlerin özelliklerini belirler.</w:t>
            </w:r>
            <w:r w:rsidRPr="00754CFB">
              <w:rPr>
                <w:rFonts w:ascii="Calibri" w:hAnsi="Calibri"/>
                <w:sz w:val="12"/>
              </w:rPr>
              <w:br/>
              <w:t>b) Ülkemizin kaynakları ve ekonomik faaliyetler arasındaki ilişkileri belirler.</w:t>
            </w: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23 Nisan Ulusal Egemenlik Çocuk Bayramı</w:t>
            </w: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NİSAN</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29. Hafta:</w:t>
            </w:r>
            <w:r w:rsidRPr="00754CFB">
              <w:rPr>
                <w:rFonts w:ascii="Calibri" w:hAnsi="Calibri"/>
                <w:sz w:val="12"/>
              </w:rPr>
              <w:br/>
              <w:t>26-30 Nisan</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HAYATIMIZDAKİ EKONOMİ</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Ekonomik Faaliyetler ve Meslekler</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SB.6.5.1. Ülkemizin kaynakları ile ekonomik faaliyetler arasındaki ilişkiyi çözümleyebilme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Ülkemizin kaynakları ve ekonomik faaliyetlerin özelliklerini belirler.</w:t>
            </w:r>
            <w:r w:rsidRPr="00754CFB">
              <w:rPr>
                <w:rFonts w:ascii="Calibri" w:hAnsi="Calibri"/>
                <w:sz w:val="12"/>
              </w:rPr>
              <w:br/>
              <w:t>b) Ülkemizin kaynakları ve ekonomik faaliyetler arasındaki ilişkileri belirler.</w:t>
            </w: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29 Nisan Kût'ül Amâre Zaferi  </w:t>
            </w:r>
            <w:r w:rsidRPr="00754CFB">
              <w:rPr>
                <w:rFonts w:ascii="Calibri" w:hAnsi="Calibri"/>
                <w:sz w:val="12"/>
              </w:rPr>
              <w:br/>
              <w:t xml:space="preserve"> 1 Mayıs Emek ve Dayanışma Günü</w:t>
            </w: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8B15C5" w:rsidP="000920F2">
            <w:pPr>
              <w:spacing w:after="0" w:line="240" w:lineRule="auto"/>
              <w:jc w:val="center"/>
            </w:pPr>
            <w:r>
              <w:rPr>
                <w:rFonts w:ascii="Calibri" w:hAnsi="Calibri"/>
                <w:sz w:val="12"/>
              </w:rPr>
              <w:t>MAYIS</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30. Hafta:</w:t>
            </w:r>
            <w:r w:rsidRPr="00754CFB">
              <w:rPr>
                <w:rFonts w:ascii="Calibri" w:hAnsi="Calibri"/>
                <w:sz w:val="12"/>
              </w:rPr>
              <w:br/>
              <w:t>3-7 Mayıs</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HAYATIMIZDAKİ EKONOMİ</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Ekonomik Faaliyetler ve Meslekler</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SB.6.5.2.Ekonomik faaliyetler ve meslekler arasındaki ilişki hakkında kanıta dayalı öngörüde bulunabilme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Gözlem ve deneyimlerinden yola çıkarak ekonomik faaliyetler ve meslekleri ilişkilendirir.</w:t>
            </w:r>
            <w:r w:rsidRPr="00754CFB">
              <w:rPr>
                <w:rFonts w:ascii="Calibri" w:hAnsi="Calibri"/>
                <w:sz w:val="12"/>
              </w:rPr>
              <w:br/>
              <w:t>b) Ekonomik faaliyetlerdeki değişime bağlı olarak gelecekte ortaya çıkabilecek meslekler hakkında çıkarımda bulunur.</w:t>
            </w: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941BD5" w:rsidRPr="00754CFB" w:rsidTr="00941BD5">
        <w:tblPrEx>
          <w:tblCellMar>
            <w:left w:w="108" w:type="dxa"/>
            <w:right w:w="108" w:type="dxa"/>
          </w:tblCellMar>
          <w:tblLook w:val="04A0"/>
        </w:tblPrEx>
        <w:trPr>
          <w:trHeight w:val="1113"/>
          <w:jc w:val="center"/>
        </w:trPr>
        <w:tc>
          <w:tcPr>
            <w:tcW w:w="792" w:type="dxa"/>
            <w:vMerge w:val="restart"/>
            <w:shd w:val="clear" w:color="auto" w:fill="FFFFFF"/>
            <w:tcMar>
              <w:top w:w="20" w:type="dxa"/>
              <w:left w:w="20" w:type="dxa"/>
              <w:bottom w:w="20" w:type="dxa"/>
              <w:right w:w="20" w:type="dxa"/>
            </w:tcMar>
          </w:tcPr>
          <w:p w:rsidR="00941BD5" w:rsidRPr="00754CFB" w:rsidRDefault="00941BD5" w:rsidP="000920F2">
            <w:pPr>
              <w:spacing w:after="0" w:line="240" w:lineRule="auto"/>
              <w:jc w:val="center"/>
            </w:pPr>
            <w:r>
              <w:rPr>
                <w:rFonts w:ascii="Calibri" w:hAnsi="Calibri"/>
                <w:sz w:val="12"/>
              </w:rPr>
              <w:t>MAYIS</w:t>
            </w:r>
          </w:p>
        </w:tc>
        <w:tc>
          <w:tcPr>
            <w:tcW w:w="1008" w:type="dxa"/>
            <w:vMerge w:val="restart"/>
            <w:shd w:val="clear" w:color="auto" w:fill="FFFFFF"/>
            <w:tcMar>
              <w:top w:w="20" w:type="dxa"/>
              <w:left w:w="20" w:type="dxa"/>
              <w:bottom w:w="20" w:type="dxa"/>
              <w:right w:w="20" w:type="dxa"/>
            </w:tcMar>
          </w:tcPr>
          <w:p w:rsidR="00941BD5" w:rsidRPr="00754CFB" w:rsidRDefault="00941BD5" w:rsidP="000920F2">
            <w:pPr>
              <w:spacing w:after="0" w:line="240" w:lineRule="auto"/>
              <w:jc w:val="center"/>
            </w:pPr>
            <w:r w:rsidRPr="00754CFB">
              <w:rPr>
                <w:rFonts w:ascii="Calibri" w:hAnsi="Calibri"/>
                <w:sz w:val="12"/>
              </w:rPr>
              <w:t>31. Hafta:</w:t>
            </w:r>
            <w:r w:rsidRPr="00754CFB">
              <w:rPr>
                <w:rFonts w:ascii="Calibri" w:hAnsi="Calibri"/>
                <w:sz w:val="12"/>
              </w:rPr>
              <w:br/>
              <w:t>10-14 Mayıs</w:t>
            </w:r>
          </w:p>
        </w:tc>
        <w:tc>
          <w:tcPr>
            <w:tcW w:w="711" w:type="dxa"/>
            <w:shd w:val="clear" w:color="auto" w:fill="FFFFFF"/>
            <w:tcMar>
              <w:top w:w="20" w:type="dxa"/>
              <w:left w:w="20" w:type="dxa"/>
              <w:bottom w:w="20" w:type="dxa"/>
              <w:right w:w="20" w:type="dxa"/>
            </w:tcMar>
          </w:tcPr>
          <w:p w:rsidR="00941BD5" w:rsidRPr="00754CFB" w:rsidRDefault="00941BD5" w:rsidP="000920F2">
            <w:pPr>
              <w:spacing w:after="0" w:line="240" w:lineRule="auto"/>
              <w:jc w:val="center"/>
            </w:pPr>
            <w:r>
              <w:rPr>
                <w:rFonts w:ascii="Calibri" w:hAnsi="Calibri"/>
                <w:sz w:val="12"/>
              </w:rPr>
              <w:t>2+1*</w:t>
            </w:r>
          </w:p>
        </w:tc>
        <w:tc>
          <w:tcPr>
            <w:tcW w:w="1152" w:type="dxa"/>
            <w:shd w:val="clear" w:color="auto" w:fill="FFFFFF"/>
            <w:tcMar>
              <w:top w:w="20" w:type="dxa"/>
              <w:left w:w="20" w:type="dxa"/>
              <w:bottom w:w="20" w:type="dxa"/>
              <w:right w:w="20" w:type="dxa"/>
            </w:tcMar>
          </w:tcPr>
          <w:p w:rsidR="00941BD5" w:rsidRPr="00754CFB" w:rsidRDefault="00941BD5" w:rsidP="000920F2">
            <w:pPr>
              <w:spacing w:after="0" w:line="240" w:lineRule="auto"/>
            </w:pPr>
            <w:r w:rsidRPr="00754CFB">
              <w:rPr>
                <w:rFonts w:ascii="Calibri" w:hAnsi="Calibri"/>
                <w:sz w:val="12"/>
              </w:rPr>
              <w:t>HAYATIMIZDAKİ EKONOMİ</w:t>
            </w:r>
          </w:p>
        </w:tc>
        <w:tc>
          <w:tcPr>
            <w:tcW w:w="1224" w:type="dxa"/>
            <w:gridSpan w:val="2"/>
            <w:shd w:val="clear" w:color="auto" w:fill="FFFFFF"/>
            <w:tcMar>
              <w:top w:w="20" w:type="dxa"/>
              <w:left w:w="20" w:type="dxa"/>
              <w:bottom w:w="20" w:type="dxa"/>
              <w:right w:w="20" w:type="dxa"/>
            </w:tcMar>
          </w:tcPr>
          <w:p w:rsidR="00941BD5" w:rsidRPr="00754CFB" w:rsidRDefault="00941BD5" w:rsidP="000920F2">
            <w:pPr>
              <w:spacing w:after="0" w:line="240" w:lineRule="auto"/>
            </w:pPr>
            <w:r w:rsidRPr="00754CFB">
              <w:rPr>
                <w:rFonts w:ascii="Calibri" w:hAnsi="Calibri"/>
                <w:sz w:val="12"/>
              </w:rPr>
              <w:t>Ekonomik Faaliyetler ve Meslekler</w:t>
            </w:r>
          </w:p>
        </w:tc>
        <w:tc>
          <w:tcPr>
            <w:tcW w:w="1512" w:type="dxa"/>
            <w:shd w:val="clear" w:color="auto" w:fill="FFFFFF"/>
            <w:tcMar>
              <w:top w:w="20" w:type="dxa"/>
              <w:left w:w="20" w:type="dxa"/>
              <w:bottom w:w="20" w:type="dxa"/>
              <w:right w:w="20" w:type="dxa"/>
            </w:tcMar>
          </w:tcPr>
          <w:p w:rsidR="00941BD5" w:rsidRPr="00754CFB" w:rsidRDefault="00941BD5" w:rsidP="000920F2">
            <w:pPr>
              <w:spacing w:after="0" w:line="240" w:lineRule="auto"/>
            </w:pPr>
            <w:r w:rsidRPr="00754CFB">
              <w:rPr>
                <w:rFonts w:ascii="Calibri" w:hAnsi="Calibri"/>
                <w:sz w:val="12"/>
              </w:rPr>
              <w:t>SB.6.5.2.Ekonomik faaliyetler ve meslekler arasındaki ilişki hakkında kanıta dayalı öngörüde bulunabilme</w:t>
            </w:r>
          </w:p>
        </w:tc>
        <w:tc>
          <w:tcPr>
            <w:tcW w:w="1656" w:type="dxa"/>
            <w:gridSpan w:val="2"/>
            <w:shd w:val="clear" w:color="auto" w:fill="FFFFFF"/>
            <w:tcMar>
              <w:top w:w="20" w:type="dxa"/>
              <w:left w:w="20" w:type="dxa"/>
              <w:bottom w:w="20" w:type="dxa"/>
              <w:right w:w="20" w:type="dxa"/>
            </w:tcMar>
          </w:tcPr>
          <w:p w:rsidR="00941BD5" w:rsidRPr="00754CFB" w:rsidRDefault="00941BD5" w:rsidP="000920F2">
            <w:pPr>
              <w:spacing w:after="0" w:line="240" w:lineRule="auto"/>
            </w:pPr>
            <w:r w:rsidRPr="00754CFB">
              <w:rPr>
                <w:rFonts w:ascii="Calibri" w:hAnsi="Calibri"/>
                <w:sz w:val="12"/>
              </w:rPr>
              <w:t>a) Gözlem ve deneyimlerinden yola çıkarak ekonomik faaliyetler ve meslekleri ilişkilendirir.</w:t>
            </w:r>
            <w:r w:rsidRPr="00754CFB">
              <w:rPr>
                <w:rFonts w:ascii="Calibri" w:hAnsi="Calibri"/>
                <w:sz w:val="12"/>
              </w:rPr>
              <w:br/>
              <w:t>b) Ekonomik faaliyetlerdeki değişime bağlı olarak gelecekte ortaya çıkabilecek meslekler hakkında çıkarımda bulunur.</w:t>
            </w:r>
          </w:p>
        </w:tc>
        <w:tc>
          <w:tcPr>
            <w:tcW w:w="1224" w:type="dxa"/>
            <w:gridSpan w:val="2"/>
            <w:vMerge w:val="restart"/>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152" w:type="dxa"/>
            <w:vMerge w:val="restart"/>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008" w:type="dxa"/>
            <w:vMerge w:val="restart"/>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152" w:type="dxa"/>
            <w:gridSpan w:val="2"/>
            <w:vMerge w:val="restart"/>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008" w:type="dxa"/>
            <w:gridSpan w:val="2"/>
            <w:vMerge w:val="restart"/>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296" w:type="dxa"/>
            <w:gridSpan w:val="2"/>
            <w:vMerge w:val="restart"/>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224" w:type="dxa"/>
            <w:gridSpan w:val="2"/>
            <w:vMerge w:val="restart"/>
            <w:shd w:val="clear" w:color="auto" w:fill="FFFFFF"/>
            <w:tcMar>
              <w:top w:w="20" w:type="dxa"/>
              <w:left w:w="20" w:type="dxa"/>
              <w:bottom w:w="20" w:type="dxa"/>
              <w:right w:w="20" w:type="dxa"/>
            </w:tcMar>
          </w:tcPr>
          <w:p w:rsidR="00941BD5" w:rsidRPr="00754CFB" w:rsidRDefault="00941BD5" w:rsidP="000920F2">
            <w:pPr>
              <w:spacing w:after="0" w:line="240" w:lineRule="auto"/>
            </w:pPr>
          </w:p>
        </w:tc>
      </w:tr>
      <w:tr w:rsidR="00941BD5" w:rsidRPr="00754CFB" w:rsidTr="00941BD5">
        <w:tblPrEx>
          <w:tblCellMar>
            <w:left w:w="108" w:type="dxa"/>
            <w:right w:w="108" w:type="dxa"/>
          </w:tblCellMar>
          <w:tblLook w:val="04A0"/>
        </w:tblPrEx>
        <w:trPr>
          <w:trHeight w:val="173"/>
          <w:jc w:val="center"/>
        </w:trPr>
        <w:tc>
          <w:tcPr>
            <w:tcW w:w="792" w:type="dxa"/>
            <w:vMerge/>
            <w:shd w:val="clear" w:color="auto" w:fill="FFFFFF"/>
            <w:tcMar>
              <w:top w:w="20" w:type="dxa"/>
              <w:left w:w="20" w:type="dxa"/>
              <w:bottom w:w="20" w:type="dxa"/>
              <w:right w:w="20" w:type="dxa"/>
            </w:tcMar>
          </w:tcPr>
          <w:p w:rsidR="00941BD5" w:rsidRDefault="00941BD5" w:rsidP="000920F2">
            <w:pPr>
              <w:spacing w:after="0" w:line="240" w:lineRule="auto"/>
              <w:jc w:val="center"/>
              <w:rPr>
                <w:rFonts w:ascii="Calibri" w:hAnsi="Calibri"/>
                <w:sz w:val="12"/>
              </w:rPr>
            </w:pPr>
          </w:p>
        </w:tc>
        <w:tc>
          <w:tcPr>
            <w:tcW w:w="1008" w:type="dxa"/>
            <w:vMerge/>
            <w:shd w:val="clear" w:color="auto" w:fill="FFFFFF"/>
            <w:tcMar>
              <w:top w:w="20" w:type="dxa"/>
              <w:left w:w="20" w:type="dxa"/>
              <w:bottom w:w="20" w:type="dxa"/>
              <w:right w:w="20" w:type="dxa"/>
            </w:tcMar>
          </w:tcPr>
          <w:p w:rsidR="00941BD5" w:rsidRPr="00754CFB" w:rsidRDefault="00941BD5" w:rsidP="000920F2">
            <w:pPr>
              <w:spacing w:after="0" w:line="240" w:lineRule="auto"/>
              <w:jc w:val="center"/>
              <w:rPr>
                <w:rFonts w:ascii="Calibri" w:hAnsi="Calibri"/>
                <w:sz w:val="12"/>
              </w:rPr>
            </w:pPr>
          </w:p>
        </w:tc>
        <w:tc>
          <w:tcPr>
            <w:tcW w:w="711" w:type="dxa"/>
            <w:shd w:val="clear" w:color="auto" w:fill="CCFFFF"/>
            <w:tcMar>
              <w:top w:w="20" w:type="dxa"/>
              <w:left w:w="20" w:type="dxa"/>
              <w:bottom w:w="20" w:type="dxa"/>
              <w:right w:w="20" w:type="dxa"/>
            </w:tcMar>
          </w:tcPr>
          <w:p w:rsidR="00941BD5" w:rsidRPr="00754CFB" w:rsidRDefault="00941BD5" w:rsidP="000920F2">
            <w:pPr>
              <w:spacing w:after="0" w:line="240" w:lineRule="auto"/>
              <w:jc w:val="center"/>
              <w:rPr>
                <w:rFonts w:ascii="Calibri" w:hAnsi="Calibri"/>
                <w:sz w:val="12"/>
              </w:rPr>
            </w:pPr>
            <w:r>
              <w:rPr>
                <w:rFonts w:ascii="Calibri" w:hAnsi="Calibri"/>
                <w:sz w:val="12"/>
              </w:rPr>
              <w:t>1*</w:t>
            </w:r>
          </w:p>
        </w:tc>
        <w:tc>
          <w:tcPr>
            <w:tcW w:w="5544" w:type="dxa"/>
            <w:gridSpan w:val="6"/>
            <w:shd w:val="clear" w:color="auto" w:fill="CCFFFF"/>
            <w:tcMar>
              <w:top w:w="20" w:type="dxa"/>
              <w:left w:w="20" w:type="dxa"/>
              <w:bottom w:w="20" w:type="dxa"/>
              <w:right w:w="20" w:type="dxa"/>
            </w:tcMar>
          </w:tcPr>
          <w:p w:rsidR="00941BD5" w:rsidRPr="00941BD5" w:rsidRDefault="00941BD5" w:rsidP="00941BD5">
            <w:pPr>
              <w:spacing w:after="0" w:line="240" w:lineRule="auto"/>
              <w:jc w:val="center"/>
              <w:rPr>
                <w:rFonts w:ascii="Calibri" w:hAnsi="Calibri"/>
                <w:sz w:val="12"/>
              </w:rPr>
            </w:pPr>
            <w:r>
              <w:rPr>
                <w:rFonts w:ascii="Calibri" w:hAnsi="Calibri"/>
                <w:b/>
                <w:sz w:val="12"/>
              </w:rPr>
              <w:t>*</w:t>
            </w:r>
            <w:r w:rsidRPr="00941BD5">
              <w:rPr>
                <w:rFonts w:ascii="Calibri" w:hAnsi="Calibri"/>
                <w:b/>
                <w:sz w:val="12"/>
              </w:rPr>
              <w:t>OKUL TEMELLİ PLANLAMA -</w:t>
            </w:r>
            <w:r w:rsidRPr="00941BD5">
              <w:rPr>
                <w:rFonts w:ascii="Calibri" w:hAnsi="Calibri"/>
                <w:sz w:val="12"/>
              </w:rPr>
              <w:t xml:space="preserve"> Veliler mesleklerini öğrencilere tanıtır.</w:t>
            </w:r>
          </w:p>
          <w:p w:rsidR="00941BD5" w:rsidRPr="00754CFB" w:rsidRDefault="00941BD5" w:rsidP="00941BD5">
            <w:pPr>
              <w:spacing w:after="0" w:line="240" w:lineRule="auto"/>
              <w:jc w:val="center"/>
              <w:rPr>
                <w:rFonts w:ascii="Calibri" w:hAnsi="Calibri"/>
                <w:sz w:val="12"/>
              </w:rPr>
            </w:pPr>
            <w:r w:rsidRPr="00941BD5">
              <w:rPr>
                <w:rFonts w:ascii="Calibri" w:hAnsi="Calibri"/>
                <w:sz w:val="12"/>
              </w:rPr>
              <w:t>(Meslekleri Tanıyorum)</w:t>
            </w:r>
          </w:p>
        </w:tc>
        <w:tc>
          <w:tcPr>
            <w:tcW w:w="1224" w:type="dxa"/>
            <w:gridSpan w:val="2"/>
            <w:vMerge/>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152" w:type="dxa"/>
            <w:vMerge/>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008" w:type="dxa"/>
            <w:vMerge/>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152" w:type="dxa"/>
            <w:gridSpan w:val="2"/>
            <w:vMerge/>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008" w:type="dxa"/>
            <w:gridSpan w:val="2"/>
            <w:vMerge/>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296" w:type="dxa"/>
            <w:gridSpan w:val="2"/>
            <w:vMerge/>
            <w:shd w:val="clear" w:color="auto" w:fill="FFFFFF"/>
            <w:tcMar>
              <w:top w:w="20" w:type="dxa"/>
              <w:left w:w="20" w:type="dxa"/>
              <w:bottom w:w="20" w:type="dxa"/>
              <w:right w:w="20" w:type="dxa"/>
            </w:tcMar>
          </w:tcPr>
          <w:p w:rsidR="00941BD5" w:rsidRPr="00754CFB" w:rsidRDefault="00941BD5" w:rsidP="000920F2">
            <w:pPr>
              <w:spacing w:after="0" w:line="240" w:lineRule="auto"/>
            </w:pPr>
          </w:p>
        </w:tc>
        <w:tc>
          <w:tcPr>
            <w:tcW w:w="1224" w:type="dxa"/>
            <w:gridSpan w:val="2"/>
            <w:vMerge/>
            <w:shd w:val="clear" w:color="auto" w:fill="FFFFFF"/>
            <w:tcMar>
              <w:top w:w="20" w:type="dxa"/>
              <w:left w:w="20" w:type="dxa"/>
              <w:bottom w:w="20" w:type="dxa"/>
              <w:right w:w="20" w:type="dxa"/>
            </w:tcMar>
          </w:tcPr>
          <w:p w:rsidR="00941BD5" w:rsidRPr="00754CFB" w:rsidRDefault="00941BD5" w:rsidP="000920F2">
            <w:pPr>
              <w:spacing w:after="0" w:line="240" w:lineRule="auto"/>
            </w:pPr>
          </w:p>
        </w:tc>
      </w:tr>
      <w:tr w:rsidR="002F1112" w:rsidRPr="00754CFB" w:rsidTr="00754CFB">
        <w:tblPrEx>
          <w:tblCellMar>
            <w:left w:w="108" w:type="dxa"/>
            <w:right w:w="108" w:type="dxa"/>
          </w:tblCellMar>
          <w:tblLook w:val="04A0"/>
        </w:tblPrEx>
        <w:trPr>
          <w:jc w:val="center"/>
        </w:trPr>
        <w:tc>
          <w:tcPr>
            <w:tcW w:w="16119" w:type="dxa"/>
            <w:gridSpan w:val="21"/>
            <w:shd w:val="clear" w:color="auto" w:fill="FEF3C7"/>
            <w:tcMar>
              <w:top w:w="30" w:type="dxa"/>
              <w:left w:w="30" w:type="dxa"/>
              <w:bottom w:w="30" w:type="dxa"/>
              <w:right w:w="30" w:type="dxa"/>
            </w:tcMar>
          </w:tcPr>
          <w:p w:rsidR="002F1112" w:rsidRPr="00754CFB" w:rsidRDefault="004342E2" w:rsidP="000920F2">
            <w:pPr>
              <w:spacing w:after="0"/>
              <w:jc w:val="center"/>
            </w:pPr>
            <w:r w:rsidRPr="00754CFB">
              <w:rPr>
                <w:rFonts w:ascii="Calibri" w:hAnsi="Calibri"/>
                <w:b/>
                <w:sz w:val="14"/>
              </w:rPr>
              <w:t>KURBAN BAYRAMI (15,16,17,18 ve 19 Mayıs)</w:t>
            </w:r>
          </w:p>
        </w:tc>
      </w:tr>
      <w:tr w:rsidR="002F1112" w:rsidRPr="00754CFB" w:rsidTr="00754CFB">
        <w:tblPrEx>
          <w:tblCellMar>
            <w:left w:w="108" w:type="dxa"/>
            <w:right w:w="108" w:type="dxa"/>
          </w:tblCellMar>
          <w:tblLook w:val="04A0"/>
        </w:tblPrEx>
        <w:trPr>
          <w:jc w:val="center"/>
        </w:trPr>
        <w:tc>
          <w:tcPr>
            <w:tcW w:w="16119" w:type="dxa"/>
            <w:gridSpan w:val="21"/>
            <w:shd w:val="clear" w:color="auto" w:fill="FEF3C7"/>
            <w:tcMar>
              <w:top w:w="30" w:type="dxa"/>
              <w:left w:w="30" w:type="dxa"/>
              <w:bottom w:w="30" w:type="dxa"/>
              <w:right w:w="30" w:type="dxa"/>
            </w:tcMar>
          </w:tcPr>
          <w:p w:rsidR="002F1112" w:rsidRPr="00754CFB" w:rsidRDefault="004342E2" w:rsidP="000920F2">
            <w:pPr>
              <w:spacing w:after="0"/>
              <w:jc w:val="center"/>
            </w:pPr>
            <w:r w:rsidRPr="00754CFB">
              <w:rPr>
                <w:rFonts w:ascii="Calibri" w:hAnsi="Calibri"/>
                <w:b/>
                <w:sz w:val="14"/>
              </w:rPr>
              <w:t>19 MAYIS ATATÜRK'Ü ANMA VE GENÇLİK VE SPOR BAYRAMI</w:t>
            </w: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MAYIS</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32. Hafta:</w:t>
            </w:r>
            <w:r w:rsidRPr="00754CFB">
              <w:rPr>
                <w:rFonts w:ascii="Calibri" w:hAnsi="Calibri"/>
                <w:sz w:val="12"/>
              </w:rPr>
              <w:br/>
              <w:t xml:space="preserve"> 17-21 Mayıs</w:t>
            </w:r>
          </w:p>
        </w:tc>
        <w:tc>
          <w:tcPr>
            <w:tcW w:w="711" w:type="dxa"/>
            <w:shd w:val="clear" w:color="auto" w:fill="F8FAFC"/>
            <w:tcMar>
              <w:top w:w="20" w:type="dxa"/>
              <w:left w:w="20" w:type="dxa"/>
              <w:bottom w:w="20" w:type="dxa"/>
              <w:right w:w="20" w:type="dxa"/>
            </w:tcMar>
          </w:tcPr>
          <w:p w:rsidR="002F1112" w:rsidRPr="00754CFB" w:rsidRDefault="0098307C" w:rsidP="000920F2">
            <w:pPr>
              <w:spacing w:after="0" w:line="240" w:lineRule="auto"/>
              <w:jc w:val="center"/>
            </w:pPr>
            <w:r>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HAYATIMIZDAKİ EKONOMİ</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Tasarlanan Bir Ürünün Yatırım ve Pazarlama Süreci</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SB.6.5.3. Tasarladığı bir ürün için yatırım ve pazarlama proje önerisi hazırlayabilme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Tasarladığı bir ürün için yatırım ve pazarlama projelerini sorgular.</w:t>
            </w:r>
            <w:r w:rsidRPr="00754CFB">
              <w:rPr>
                <w:rFonts w:ascii="Calibri" w:hAnsi="Calibri"/>
                <w:sz w:val="12"/>
              </w:rPr>
              <w:br/>
              <w:t>b) Tasarladığı ürünün yatırım ve pazarlama alanlarına ilişkin gözlemlerine dayalı tahminlerde bulunur.</w:t>
            </w:r>
            <w:r w:rsidRPr="00754CFB">
              <w:rPr>
                <w:rFonts w:ascii="Calibri" w:hAnsi="Calibri"/>
                <w:sz w:val="12"/>
              </w:rPr>
              <w:br/>
              <w:t>c) Olası riskleri değerlendirerek tasarladığı ürünün yatırım ve pazarlama alanlarının belirlenmesine gerekçe sunarak karar verir.</w:t>
            </w:r>
            <w:r w:rsidRPr="00754CFB">
              <w:rPr>
                <w:rFonts w:ascii="Calibri" w:hAnsi="Calibri"/>
                <w:sz w:val="12"/>
              </w:rPr>
              <w:br/>
              <w:t>ç) Tasarladığı ürünün yatırım ve pazarlama aşaması için gerekli kaynakları yönetir.</w:t>
            </w:r>
            <w:r w:rsidRPr="00754CFB">
              <w:rPr>
                <w:rFonts w:ascii="Calibri" w:hAnsi="Calibri"/>
                <w:sz w:val="12"/>
              </w:rPr>
              <w:br/>
              <w:t>d) Tasarladığı ürün için yatırım ve pazarlama proje öneri raporu oluşturur.</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Kontrol listesi, </w:t>
            </w:r>
            <w:r w:rsidRPr="00754CFB">
              <w:rPr>
                <w:rFonts w:ascii="Calibri" w:hAnsi="Calibri"/>
                <w:sz w:val="12"/>
              </w:rPr>
              <w:br/>
              <w:t>Gözlem formu,</w:t>
            </w:r>
            <w:r w:rsidRPr="00754CFB">
              <w:rPr>
                <w:rFonts w:ascii="Calibri" w:hAnsi="Calibri"/>
                <w:sz w:val="12"/>
              </w:rPr>
              <w:br/>
              <w:t xml:space="preserve">Anekdot kaydı, </w:t>
            </w:r>
            <w:r w:rsidRPr="00754CFB">
              <w:rPr>
                <w:rFonts w:ascii="Calibri" w:hAnsi="Calibri"/>
                <w:sz w:val="12"/>
              </w:rPr>
              <w:br/>
              <w:t>Derecelendirme ölçeği,</w:t>
            </w:r>
            <w:r w:rsidRPr="00754CFB">
              <w:rPr>
                <w:rFonts w:ascii="Calibri" w:hAnsi="Calibri"/>
                <w:sz w:val="12"/>
              </w:rPr>
              <w:br/>
              <w:t xml:space="preserve">Kavram haritası, </w:t>
            </w:r>
            <w:r w:rsidRPr="00754CFB">
              <w:rPr>
                <w:rFonts w:ascii="Calibri" w:hAnsi="Calibri"/>
                <w:sz w:val="12"/>
              </w:rPr>
              <w:br/>
              <w:t>Zihin haritası,</w:t>
            </w:r>
            <w:r w:rsidRPr="00754CFB">
              <w:rPr>
                <w:rFonts w:ascii="Calibri" w:hAnsi="Calibri"/>
                <w:sz w:val="12"/>
              </w:rPr>
              <w:br/>
              <w:t xml:space="preserve">Performans görevi, </w:t>
            </w:r>
            <w:r w:rsidRPr="00754CFB">
              <w:rPr>
                <w:rFonts w:ascii="Calibri" w:hAnsi="Calibri"/>
                <w:sz w:val="12"/>
              </w:rPr>
              <w:br/>
              <w:t>Analitik ve bütüncül dereceli puanlama anahtarı</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SDB2.1. İletişim,</w:t>
            </w:r>
            <w:r w:rsidRPr="00754CFB">
              <w:rPr>
                <w:rFonts w:ascii="Calibri" w:hAnsi="Calibri"/>
                <w:sz w:val="12"/>
              </w:rPr>
              <w:br/>
              <w:t xml:space="preserve"> SDB2.2. İş Birliği, </w:t>
            </w:r>
            <w:r w:rsidRPr="00754CFB">
              <w:rPr>
                <w:rFonts w:ascii="Calibri" w:hAnsi="Calibri"/>
                <w:sz w:val="12"/>
              </w:rPr>
              <w:br/>
              <w:t xml:space="preserve">SDB3.1. Uyum, </w:t>
            </w:r>
            <w:r w:rsidRPr="00754CFB">
              <w:rPr>
                <w:rFonts w:ascii="Calibri" w:hAnsi="Calibri"/>
                <w:sz w:val="12"/>
              </w:rPr>
              <w:br/>
              <w:t xml:space="preserve">SDB3.2. Esneklik, </w:t>
            </w:r>
            <w:r w:rsidRPr="00754CF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 xml:space="preserve">D3. Çalışkanlık, </w:t>
            </w:r>
            <w:r w:rsidRPr="00754CFB">
              <w:rPr>
                <w:rFonts w:ascii="Calibri" w:hAnsi="Calibri"/>
                <w:sz w:val="12"/>
              </w:rPr>
              <w:br/>
              <w:t>D6. Dürüstlük</w:t>
            </w:r>
            <w:proofErr w:type="gramStart"/>
            <w:r w:rsidRPr="00754CFB">
              <w:rPr>
                <w:rFonts w:ascii="Calibri" w:hAnsi="Calibri"/>
                <w:sz w:val="12"/>
              </w:rPr>
              <w:t>,</w:t>
            </w:r>
            <w:proofErr w:type="gramEnd"/>
            <w:r w:rsidRPr="00754CFB">
              <w:rPr>
                <w:rFonts w:ascii="Calibri" w:hAnsi="Calibri"/>
                <w:sz w:val="12"/>
              </w:rPr>
              <w:br/>
              <w:t>D19. Vatanseverlik</w:t>
            </w:r>
          </w:p>
        </w:tc>
        <w:tc>
          <w:tcPr>
            <w:tcW w:w="1152"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OB1. Bilgi Okuryazarlığı</w:t>
            </w:r>
            <w:proofErr w:type="gramStart"/>
            <w:r w:rsidRPr="00754CFB">
              <w:rPr>
                <w:rFonts w:ascii="Calibri" w:hAnsi="Calibri"/>
                <w:sz w:val="12"/>
              </w:rPr>
              <w:t>,</w:t>
            </w:r>
            <w:proofErr w:type="gramEnd"/>
            <w:r w:rsidRPr="00754CFB">
              <w:rPr>
                <w:rFonts w:ascii="Calibri" w:hAnsi="Calibri"/>
                <w:sz w:val="12"/>
              </w:rPr>
              <w:br/>
              <w:t>OB2. Dijital Okuryazarlık, OB4. Görsel Okuryazarlık</w:t>
            </w:r>
          </w:p>
        </w:tc>
        <w:tc>
          <w:tcPr>
            <w:tcW w:w="1008"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19 Mayıs Atatürk'ü Anma ve Gençlik ve Spor Bayramı</w:t>
            </w: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2F1112" w:rsidRPr="00754CFB" w:rsidTr="00754CFB">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MAYIS</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33. Hafta:</w:t>
            </w:r>
            <w:r w:rsidRPr="00754CFB">
              <w:rPr>
                <w:rFonts w:ascii="Calibri" w:hAnsi="Calibri"/>
                <w:sz w:val="12"/>
              </w:rPr>
              <w:br/>
              <w:t>24-28 Mayıs</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357EA0" w:rsidP="000920F2">
            <w:pPr>
              <w:spacing w:after="0" w:line="240" w:lineRule="auto"/>
            </w:pPr>
            <w:r w:rsidRPr="00754CFB">
              <w:rPr>
                <w:rFonts w:ascii="Calibri" w:hAnsi="Calibri"/>
                <w:sz w:val="12"/>
              </w:rPr>
              <w:t>HAYATIMIZDAKİ EKONOMİ</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Tasarlanan Bir Ürünün Yatırım ve Pazarlama Süreci</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SB.6.5.3. Tasarladığı bir ürün için yatırım ve pazarlama proje önerisi hazırlayabilme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Tasarladığı bir ürün için yatırım ve pazarlama projelerini sorgular.</w:t>
            </w:r>
            <w:r w:rsidRPr="00754CFB">
              <w:rPr>
                <w:rFonts w:ascii="Calibri" w:hAnsi="Calibri"/>
                <w:sz w:val="12"/>
              </w:rPr>
              <w:br/>
              <w:t>b) Tasarladığı ürünün yatırım ve pazarlama alanlarına ilişkin gözlemlerine dayalı tah minlerde bulunur.</w:t>
            </w:r>
            <w:r w:rsidRPr="00754CFB">
              <w:rPr>
                <w:rFonts w:ascii="Calibri" w:hAnsi="Calibri"/>
                <w:sz w:val="12"/>
              </w:rPr>
              <w:br/>
              <w:t>c) Olası riskleri değerlendirerek tasarladığı ürünün yatırım ve pazarlama alanlarının be lirlenmesine gerekçe sunarak karar verir.</w:t>
            </w:r>
            <w:r w:rsidRPr="00754CFB">
              <w:rPr>
                <w:rFonts w:ascii="Calibri" w:hAnsi="Calibri"/>
                <w:sz w:val="12"/>
              </w:rPr>
              <w:br/>
              <w:t xml:space="preserve">ç) Tasarladığı ürünün yatırım ve </w:t>
            </w:r>
            <w:r w:rsidRPr="00754CFB">
              <w:rPr>
                <w:rFonts w:ascii="Calibri" w:hAnsi="Calibri"/>
                <w:sz w:val="12"/>
              </w:rPr>
              <w:lastRenderedPageBreak/>
              <w:t>pazarlama aşaması için gerekli kaynakları yönetir.</w:t>
            </w:r>
            <w:r w:rsidRPr="00754CFB">
              <w:rPr>
                <w:rFonts w:ascii="Calibri" w:hAnsi="Calibri"/>
                <w:sz w:val="12"/>
              </w:rPr>
              <w:br/>
              <w:t>d) Tasarladığı ürün için yatırım ve pazarlama proje öneri raporu oluşturur.</w:t>
            </w: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98307C" w:rsidRPr="00754CFB" w:rsidTr="0098307C">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98307C" w:rsidRPr="00754CFB" w:rsidRDefault="0098307C" w:rsidP="000920F2">
            <w:pPr>
              <w:spacing w:after="0" w:line="240" w:lineRule="auto"/>
              <w:jc w:val="center"/>
            </w:pPr>
            <w:r>
              <w:rPr>
                <w:rFonts w:ascii="Calibri" w:hAnsi="Calibri"/>
                <w:sz w:val="12"/>
              </w:rPr>
              <w:lastRenderedPageBreak/>
              <w:t>HAZİRAN</w:t>
            </w:r>
          </w:p>
        </w:tc>
        <w:tc>
          <w:tcPr>
            <w:tcW w:w="1008" w:type="dxa"/>
            <w:shd w:val="clear" w:color="auto" w:fill="FFFFFF"/>
            <w:tcMar>
              <w:top w:w="20" w:type="dxa"/>
              <w:left w:w="20" w:type="dxa"/>
              <w:bottom w:w="20" w:type="dxa"/>
              <w:right w:w="20" w:type="dxa"/>
            </w:tcMar>
          </w:tcPr>
          <w:p w:rsidR="0098307C" w:rsidRPr="00754CFB" w:rsidRDefault="0098307C" w:rsidP="000920F2">
            <w:pPr>
              <w:spacing w:after="0" w:line="240" w:lineRule="auto"/>
              <w:jc w:val="center"/>
            </w:pPr>
            <w:r w:rsidRPr="00754CFB">
              <w:rPr>
                <w:rFonts w:ascii="Calibri" w:hAnsi="Calibri"/>
                <w:sz w:val="12"/>
              </w:rPr>
              <w:t>34. Hafta</w:t>
            </w:r>
            <w:r w:rsidRPr="00754CFB">
              <w:rPr>
                <w:rFonts w:ascii="Calibri" w:hAnsi="Calibri"/>
                <w:sz w:val="12"/>
              </w:rPr>
              <w:br/>
              <w:t>31 Mayıs-4 Haziran</w:t>
            </w:r>
          </w:p>
        </w:tc>
        <w:tc>
          <w:tcPr>
            <w:tcW w:w="711" w:type="dxa"/>
            <w:shd w:val="clear" w:color="auto" w:fill="FFFFFF"/>
            <w:tcMar>
              <w:top w:w="20" w:type="dxa"/>
              <w:left w:w="20" w:type="dxa"/>
              <w:bottom w:w="20" w:type="dxa"/>
              <w:right w:w="20" w:type="dxa"/>
            </w:tcMar>
          </w:tcPr>
          <w:p w:rsidR="0098307C" w:rsidRPr="00754CFB" w:rsidRDefault="0098307C" w:rsidP="000920F2">
            <w:pPr>
              <w:spacing w:after="0" w:line="240" w:lineRule="auto"/>
              <w:jc w:val="center"/>
            </w:pPr>
            <w:r w:rsidRPr="00754CFB">
              <w:rPr>
                <w:rFonts w:ascii="Calibri" w:hAnsi="Calibri"/>
                <w:sz w:val="12"/>
              </w:rPr>
              <w:t>3</w:t>
            </w:r>
          </w:p>
        </w:tc>
        <w:tc>
          <w:tcPr>
            <w:tcW w:w="1152" w:type="dxa"/>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TEKNOLOJİ VE SOSYAL BİLİMLER</w:t>
            </w:r>
          </w:p>
        </w:tc>
        <w:tc>
          <w:tcPr>
            <w:tcW w:w="1224"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Ulaşım ve İletişim Teknolojilerinin Kültürel Etkileşimdeki Rolü</w:t>
            </w:r>
          </w:p>
        </w:tc>
        <w:tc>
          <w:tcPr>
            <w:tcW w:w="1512" w:type="dxa"/>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SB.6.6.1. Ulaşım ve iletişim teknolojilerindeki gelişmelerin kültürel etkileşimdeki rolünü yapılandırabilme</w:t>
            </w:r>
          </w:p>
        </w:tc>
        <w:tc>
          <w:tcPr>
            <w:tcW w:w="1656"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a) Ulaşım ve iletişim teknolojilerindeki gelişmelerin kültürel etkileşimdeki rolüne</w:t>
            </w:r>
            <w:r w:rsidRPr="00754CFB">
              <w:rPr>
                <w:rFonts w:ascii="Calibri" w:hAnsi="Calibri"/>
                <w:sz w:val="12"/>
              </w:rPr>
              <w:br/>
              <w:t xml:space="preserve"> yönelik nedensel ilişkileri ortaya koyar.</w:t>
            </w:r>
            <w:r w:rsidRPr="00754CFB">
              <w:rPr>
                <w:rFonts w:ascii="Calibri" w:hAnsi="Calibri"/>
                <w:sz w:val="12"/>
              </w:rPr>
              <w:br/>
              <w:t>b) Ulaşım ve iletişim teknolojilerindeki gelişmelerin kültürel etkileşimdeki rolüne ilişkin anlamlı bir bütün ortaya koyar.</w:t>
            </w:r>
          </w:p>
        </w:tc>
        <w:tc>
          <w:tcPr>
            <w:tcW w:w="1224" w:type="dxa"/>
            <w:gridSpan w:val="2"/>
            <w:vMerge w:val="restart"/>
            <w:shd w:val="clear" w:color="auto" w:fill="FFFF99"/>
            <w:tcMar>
              <w:top w:w="20" w:type="dxa"/>
              <w:left w:w="20" w:type="dxa"/>
              <w:bottom w:w="20" w:type="dxa"/>
              <w:right w:w="20" w:type="dxa"/>
            </w:tcMar>
          </w:tcPr>
          <w:p w:rsidR="0098307C" w:rsidRPr="00754CFB" w:rsidRDefault="0098307C" w:rsidP="00AE73FD">
            <w:pPr>
              <w:spacing w:after="0" w:line="240" w:lineRule="auto"/>
              <w:jc w:val="center"/>
            </w:pPr>
            <w:r w:rsidRPr="00AE73FD">
              <w:rPr>
                <w:rFonts w:ascii="Calibri" w:hAnsi="Calibri"/>
                <w:b/>
                <w:sz w:val="12"/>
              </w:rPr>
              <w:t>SINAV HAFTASI</w:t>
            </w:r>
            <w:r w:rsidRPr="00754CFB">
              <w:rPr>
                <w:rFonts w:ascii="Calibri" w:hAnsi="Calibri"/>
                <w:sz w:val="12"/>
              </w:rPr>
              <w:br/>
              <w:t>(01-11 Haziran 2027)</w:t>
            </w:r>
          </w:p>
        </w:tc>
        <w:tc>
          <w:tcPr>
            <w:tcW w:w="1152" w:type="dxa"/>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 xml:space="preserve">SDB1.2. Kendini Düzenleme (Öz Düzenleme Becerisi), </w:t>
            </w:r>
            <w:r w:rsidRPr="00754CFB">
              <w:rPr>
                <w:rFonts w:ascii="Calibri" w:hAnsi="Calibri"/>
                <w:sz w:val="12"/>
              </w:rPr>
              <w:br/>
              <w:t>SDB2.1. İletişim</w:t>
            </w:r>
            <w:proofErr w:type="gramStart"/>
            <w:r w:rsidRPr="00754CFB">
              <w:rPr>
                <w:rFonts w:ascii="Calibri" w:hAnsi="Calibri"/>
                <w:sz w:val="12"/>
              </w:rPr>
              <w:t>,</w:t>
            </w:r>
            <w:proofErr w:type="gramEnd"/>
            <w:r w:rsidRPr="00754CFB">
              <w:rPr>
                <w:rFonts w:ascii="Calibri" w:hAnsi="Calibri"/>
                <w:sz w:val="12"/>
              </w:rPr>
              <w:br/>
              <w:t xml:space="preserve">SDB2.2. İş Birliği, </w:t>
            </w:r>
            <w:r w:rsidRPr="00754CFB">
              <w:rPr>
                <w:rFonts w:ascii="Calibri" w:hAnsi="Calibri"/>
                <w:sz w:val="12"/>
              </w:rPr>
              <w:br/>
              <w:t>SDB3.3. Sorumlu Karar Verme</w:t>
            </w:r>
          </w:p>
        </w:tc>
        <w:tc>
          <w:tcPr>
            <w:tcW w:w="1008" w:type="dxa"/>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D5. Duyarlılık</w:t>
            </w:r>
            <w:proofErr w:type="gramStart"/>
            <w:r w:rsidRPr="00754CFB">
              <w:rPr>
                <w:rFonts w:ascii="Calibri" w:hAnsi="Calibri"/>
                <w:sz w:val="12"/>
              </w:rPr>
              <w:t>,</w:t>
            </w:r>
            <w:proofErr w:type="gramEnd"/>
            <w:r w:rsidRPr="00754CFB">
              <w:rPr>
                <w:rFonts w:ascii="Calibri" w:hAnsi="Calibri"/>
                <w:sz w:val="12"/>
              </w:rPr>
              <w:br/>
              <w:t xml:space="preserve">D6. Dürüstük, </w:t>
            </w:r>
            <w:r w:rsidRPr="00754CFB">
              <w:rPr>
                <w:rFonts w:ascii="Calibri" w:hAnsi="Calibri"/>
                <w:sz w:val="12"/>
              </w:rPr>
              <w:br/>
              <w:t>D19. Vatanseverlik</w:t>
            </w:r>
          </w:p>
        </w:tc>
        <w:tc>
          <w:tcPr>
            <w:tcW w:w="1152"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OB1. Bilgi Okuryazarlığı</w:t>
            </w:r>
            <w:proofErr w:type="gramStart"/>
            <w:r w:rsidRPr="00754CFB">
              <w:rPr>
                <w:rFonts w:ascii="Calibri" w:hAnsi="Calibri"/>
                <w:sz w:val="12"/>
              </w:rPr>
              <w:t>,</w:t>
            </w:r>
            <w:proofErr w:type="gramEnd"/>
            <w:r w:rsidRPr="00754CFB">
              <w:rPr>
                <w:rFonts w:ascii="Calibri" w:hAnsi="Calibri"/>
                <w:sz w:val="12"/>
              </w:rPr>
              <w:br/>
              <w:t>OB2. Dijital Okuryazarlık</w:t>
            </w:r>
            <w:proofErr w:type="gramStart"/>
            <w:r w:rsidRPr="00754CFB">
              <w:rPr>
                <w:rFonts w:ascii="Calibri" w:hAnsi="Calibri"/>
                <w:sz w:val="12"/>
              </w:rPr>
              <w:t>,</w:t>
            </w:r>
            <w:proofErr w:type="gramEnd"/>
            <w:r w:rsidRPr="00754CFB">
              <w:rPr>
                <w:rFonts w:ascii="Calibri" w:hAnsi="Calibri"/>
                <w:sz w:val="12"/>
              </w:rPr>
              <w:br/>
              <w:t>OB4. Görsel Okuryazarlık</w:t>
            </w:r>
          </w:p>
        </w:tc>
        <w:tc>
          <w:tcPr>
            <w:tcW w:w="1008"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İstanbul'un Fethi(29 Mayıs)</w:t>
            </w:r>
          </w:p>
        </w:tc>
        <w:tc>
          <w:tcPr>
            <w:tcW w:w="1296"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p>
        </w:tc>
        <w:tc>
          <w:tcPr>
            <w:tcW w:w="1224"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p>
        </w:tc>
      </w:tr>
      <w:tr w:rsidR="0098307C" w:rsidRPr="00754CFB" w:rsidTr="00AE73FD">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98307C" w:rsidRPr="00754CFB" w:rsidRDefault="0098307C" w:rsidP="000920F2">
            <w:pPr>
              <w:spacing w:after="0" w:line="240" w:lineRule="auto"/>
              <w:jc w:val="center"/>
            </w:pPr>
            <w:r>
              <w:rPr>
                <w:rFonts w:ascii="Calibri" w:hAnsi="Calibri"/>
                <w:sz w:val="12"/>
              </w:rPr>
              <w:t>HAZİRAN</w:t>
            </w:r>
          </w:p>
        </w:tc>
        <w:tc>
          <w:tcPr>
            <w:tcW w:w="1008" w:type="dxa"/>
            <w:shd w:val="clear" w:color="auto" w:fill="FFFFFF"/>
            <w:tcMar>
              <w:top w:w="20" w:type="dxa"/>
              <w:left w:w="20" w:type="dxa"/>
              <w:bottom w:w="20" w:type="dxa"/>
              <w:right w:w="20" w:type="dxa"/>
            </w:tcMar>
          </w:tcPr>
          <w:p w:rsidR="0098307C" w:rsidRPr="00754CFB" w:rsidRDefault="0098307C" w:rsidP="000920F2">
            <w:pPr>
              <w:spacing w:after="0" w:line="240" w:lineRule="auto"/>
              <w:jc w:val="center"/>
            </w:pPr>
            <w:r w:rsidRPr="00754CFB">
              <w:rPr>
                <w:rFonts w:ascii="Calibri" w:hAnsi="Calibri"/>
                <w:sz w:val="12"/>
              </w:rPr>
              <w:t>35.Hafta:</w:t>
            </w:r>
            <w:r w:rsidRPr="00754CFB">
              <w:rPr>
                <w:rFonts w:ascii="Calibri" w:hAnsi="Calibri"/>
                <w:sz w:val="12"/>
              </w:rPr>
              <w:br/>
              <w:t xml:space="preserve"> 7-11 Haziran</w:t>
            </w:r>
          </w:p>
        </w:tc>
        <w:tc>
          <w:tcPr>
            <w:tcW w:w="711" w:type="dxa"/>
            <w:shd w:val="clear" w:color="auto" w:fill="FFFFFF"/>
            <w:tcMar>
              <w:top w:w="20" w:type="dxa"/>
              <w:left w:w="20" w:type="dxa"/>
              <w:bottom w:w="20" w:type="dxa"/>
              <w:right w:w="20" w:type="dxa"/>
            </w:tcMar>
          </w:tcPr>
          <w:p w:rsidR="0098307C" w:rsidRPr="00754CFB" w:rsidRDefault="0098307C" w:rsidP="000920F2">
            <w:pPr>
              <w:spacing w:after="0" w:line="240" w:lineRule="auto"/>
              <w:jc w:val="center"/>
            </w:pPr>
            <w:r>
              <w:rPr>
                <w:rFonts w:ascii="Calibri" w:hAnsi="Calibri"/>
                <w:sz w:val="12"/>
              </w:rPr>
              <w:t>3</w:t>
            </w:r>
          </w:p>
        </w:tc>
        <w:tc>
          <w:tcPr>
            <w:tcW w:w="1152" w:type="dxa"/>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TEKNOLOJİ VE SOSYAL BİLİMLER</w:t>
            </w:r>
          </w:p>
        </w:tc>
        <w:tc>
          <w:tcPr>
            <w:tcW w:w="1224"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Ulaşım ve İletişim Teknolojilerinin Kültürel Etkileşimdeki Rolü</w:t>
            </w:r>
          </w:p>
        </w:tc>
        <w:tc>
          <w:tcPr>
            <w:tcW w:w="1512" w:type="dxa"/>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SB.6.6.1. Ulaşım ve iletişim teknolojilerindeki gelişmelerin kültürel etkileşimdeki rolünü yapılandırabilme</w:t>
            </w:r>
          </w:p>
        </w:tc>
        <w:tc>
          <w:tcPr>
            <w:tcW w:w="1656"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r w:rsidRPr="00754CFB">
              <w:rPr>
                <w:rFonts w:ascii="Calibri" w:hAnsi="Calibri"/>
                <w:sz w:val="12"/>
              </w:rPr>
              <w:t>a) Ulaşım ve iletişim teknolojilerindeki gelişmelerin kültürel etkileşimdeki rolüne</w:t>
            </w:r>
            <w:r w:rsidRPr="00754CFB">
              <w:rPr>
                <w:rFonts w:ascii="Calibri" w:hAnsi="Calibri"/>
                <w:sz w:val="12"/>
              </w:rPr>
              <w:br/>
              <w:t xml:space="preserve"> yönelik nedensel ilişkileri ortaya koyar.</w:t>
            </w:r>
            <w:r w:rsidRPr="00754CFB">
              <w:rPr>
                <w:rFonts w:ascii="Calibri" w:hAnsi="Calibri"/>
                <w:sz w:val="12"/>
              </w:rPr>
              <w:br/>
              <w:t>b) Ulaşım ve iletişim teknolojilerindeki gelişmelerin kültürel etkileşimdeki rolüne ilişkin anlamlı bir bütün ortaya koyar.</w:t>
            </w:r>
          </w:p>
        </w:tc>
        <w:tc>
          <w:tcPr>
            <w:tcW w:w="1224" w:type="dxa"/>
            <w:gridSpan w:val="2"/>
            <w:vMerge/>
            <w:shd w:val="clear" w:color="auto" w:fill="FFFF99"/>
            <w:tcMar>
              <w:top w:w="20" w:type="dxa"/>
              <w:left w:w="20" w:type="dxa"/>
              <w:bottom w:w="20" w:type="dxa"/>
              <w:right w:w="20" w:type="dxa"/>
            </w:tcMar>
          </w:tcPr>
          <w:p w:rsidR="0098307C" w:rsidRPr="00754CFB" w:rsidRDefault="0098307C" w:rsidP="00AE73FD">
            <w:pPr>
              <w:spacing w:after="0" w:line="240" w:lineRule="auto"/>
              <w:jc w:val="center"/>
            </w:pPr>
          </w:p>
        </w:tc>
        <w:tc>
          <w:tcPr>
            <w:tcW w:w="1152" w:type="dxa"/>
            <w:shd w:val="clear" w:color="auto" w:fill="FFFFFF"/>
            <w:tcMar>
              <w:top w:w="20" w:type="dxa"/>
              <w:left w:w="20" w:type="dxa"/>
              <w:bottom w:w="20" w:type="dxa"/>
              <w:right w:w="20" w:type="dxa"/>
            </w:tcMar>
          </w:tcPr>
          <w:p w:rsidR="0098307C" w:rsidRPr="00754CFB" w:rsidRDefault="0098307C" w:rsidP="000920F2">
            <w:pPr>
              <w:spacing w:after="0" w:line="240" w:lineRule="auto"/>
            </w:pPr>
          </w:p>
        </w:tc>
        <w:tc>
          <w:tcPr>
            <w:tcW w:w="1008" w:type="dxa"/>
            <w:shd w:val="clear" w:color="auto" w:fill="FFFFFF"/>
            <w:tcMar>
              <w:top w:w="20" w:type="dxa"/>
              <w:left w:w="20" w:type="dxa"/>
              <w:bottom w:w="20" w:type="dxa"/>
              <w:right w:w="20" w:type="dxa"/>
            </w:tcMar>
          </w:tcPr>
          <w:p w:rsidR="0098307C" w:rsidRPr="00754CFB" w:rsidRDefault="0098307C" w:rsidP="000920F2">
            <w:pPr>
              <w:spacing w:after="0" w:line="240" w:lineRule="auto"/>
            </w:pPr>
          </w:p>
        </w:tc>
        <w:tc>
          <w:tcPr>
            <w:tcW w:w="1152"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p>
        </w:tc>
        <w:tc>
          <w:tcPr>
            <w:tcW w:w="1008"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p>
        </w:tc>
        <w:tc>
          <w:tcPr>
            <w:tcW w:w="1296"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p>
        </w:tc>
        <w:tc>
          <w:tcPr>
            <w:tcW w:w="1224" w:type="dxa"/>
            <w:gridSpan w:val="2"/>
            <w:shd w:val="clear" w:color="auto" w:fill="FFFFFF"/>
            <w:tcMar>
              <w:top w:w="20" w:type="dxa"/>
              <w:left w:w="20" w:type="dxa"/>
              <w:bottom w:w="20" w:type="dxa"/>
              <w:right w:w="20" w:type="dxa"/>
            </w:tcMar>
          </w:tcPr>
          <w:p w:rsidR="0098307C" w:rsidRPr="00754CFB" w:rsidRDefault="0098307C" w:rsidP="000920F2">
            <w:pPr>
              <w:spacing w:after="0" w:line="240" w:lineRule="auto"/>
            </w:pPr>
          </w:p>
        </w:tc>
      </w:tr>
      <w:tr w:rsidR="002F1112" w:rsidRPr="00754CFB" w:rsidTr="00DF723A">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2F1112" w:rsidRPr="00754CFB" w:rsidRDefault="00AE73FD" w:rsidP="000920F2">
            <w:pPr>
              <w:spacing w:after="0" w:line="240" w:lineRule="auto"/>
              <w:jc w:val="center"/>
            </w:pPr>
            <w:r>
              <w:rPr>
                <w:rFonts w:ascii="Calibri" w:hAnsi="Calibri"/>
                <w:sz w:val="12"/>
              </w:rPr>
              <w:t>HAZİRAN</w:t>
            </w:r>
          </w:p>
        </w:tc>
        <w:tc>
          <w:tcPr>
            <w:tcW w:w="1008"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36. Hafta:</w:t>
            </w:r>
            <w:r w:rsidRPr="00754CFB">
              <w:rPr>
                <w:rFonts w:ascii="Calibri" w:hAnsi="Calibri"/>
                <w:sz w:val="12"/>
              </w:rPr>
              <w:br/>
              <w:t xml:space="preserve"> 14-18 Haziran</w:t>
            </w:r>
          </w:p>
        </w:tc>
        <w:tc>
          <w:tcPr>
            <w:tcW w:w="711" w:type="dxa"/>
            <w:shd w:val="clear" w:color="auto" w:fill="F8FAFC"/>
            <w:tcMar>
              <w:top w:w="20" w:type="dxa"/>
              <w:left w:w="20" w:type="dxa"/>
              <w:bottom w:w="20" w:type="dxa"/>
              <w:right w:w="20" w:type="dxa"/>
            </w:tcMar>
          </w:tcPr>
          <w:p w:rsidR="002F1112" w:rsidRPr="00754CFB" w:rsidRDefault="004342E2" w:rsidP="000920F2">
            <w:pPr>
              <w:spacing w:after="0" w:line="240" w:lineRule="auto"/>
              <w:jc w:val="center"/>
            </w:pPr>
            <w:r w:rsidRPr="00754CFB">
              <w:rPr>
                <w:rFonts w:ascii="Calibri" w:hAnsi="Calibri"/>
                <w:sz w:val="12"/>
              </w:rPr>
              <w:t>3</w:t>
            </w:r>
          </w:p>
        </w:tc>
        <w:tc>
          <w:tcPr>
            <w:tcW w:w="115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TEKNOLOJİ VE SOSYAL BİLİMLER</w:t>
            </w:r>
          </w:p>
        </w:tc>
        <w:tc>
          <w:tcPr>
            <w:tcW w:w="1224"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Telif ve Patent Süreci</w:t>
            </w:r>
          </w:p>
        </w:tc>
        <w:tc>
          <w:tcPr>
            <w:tcW w:w="1512" w:type="dxa"/>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SB.6.6.2. Bir ürün veya fikrin patent ve telif haklarıyla ilgili bilgi toplayabilme</w:t>
            </w:r>
          </w:p>
        </w:tc>
        <w:tc>
          <w:tcPr>
            <w:tcW w:w="1656" w:type="dxa"/>
            <w:gridSpan w:val="2"/>
            <w:shd w:val="clear" w:color="auto" w:fill="F8FAFC"/>
            <w:tcMar>
              <w:top w:w="20" w:type="dxa"/>
              <w:left w:w="20" w:type="dxa"/>
              <w:bottom w:w="20" w:type="dxa"/>
              <w:right w:w="20" w:type="dxa"/>
            </w:tcMar>
          </w:tcPr>
          <w:p w:rsidR="002F1112" w:rsidRPr="00754CFB" w:rsidRDefault="004342E2" w:rsidP="000920F2">
            <w:pPr>
              <w:spacing w:after="0" w:line="240" w:lineRule="auto"/>
            </w:pPr>
            <w:r w:rsidRPr="00754CFB">
              <w:rPr>
                <w:rFonts w:ascii="Calibri" w:hAnsi="Calibri"/>
                <w:sz w:val="12"/>
              </w:rPr>
              <w:t>a) Bir ürün veya fikrin patent ve telif haklarıyla ilgili bilgi toplayacağı kaynakları belirler.</w:t>
            </w:r>
            <w:r w:rsidRPr="00754CFB">
              <w:rPr>
                <w:rFonts w:ascii="Calibri" w:hAnsi="Calibri"/>
                <w:sz w:val="12"/>
              </w:rPr>
              <w:br/>
              <w:t>b) Bir ürün veya fikrin patent ve telif haklarıyla ilgili bilgileri belirlediği kaynaklardan</w:t>
            </w:r>
            <w:r w:rsidRPr="00754CFB">
              <w:rPr>
                <w:rFonts w:ascii="Calibri" w:hAnsi="Calibri"/>
                <w:sz w:val="12"/>
              </w:rPr>
              <w:br/>
              <w:t>toplar.</w:t>
            </w:r>
            <w:r w:rsidRPr="00754CFB">
              <w:rPr>
                <w:rFonts w:ascii="Calibri" w:hAnsi="Calibri"/>
                <w:sz w:val="12"/>
              </w:rPr>
              <w:br/>
              <w:t>c) Bir ürün veya fikrin patent ve telif haklarıyla ilgili topladığı bilgileri doğrular.</w:t>
            </w:r>
            <w:r w:rsidRPr="00754CFB">
              <w:rPr>
                <w:rFonts w:ascii="Calibri" w:hAnsi="Calibri"/>
                <w:sz w:val="12"/>
              </w:rPr>
              <w:br/>
              <w:t>ç) Bir ürün veya fikrin patent ve telif haklarıyla ilgili doğruladığı bilgileri kaydeder</w:t>
            </w:r>
          </w:p>
        </w:tc>
        <w:tc>
          <w:tcPr>
            <w:tcW w:w="1224" w:type="dxa"/>
            <w:gridSpan w:val="2"/>
            <w:shd w:val="clear" w:color="auto" w:fill="F8F8F8"/>
            <w:tcMar>
              <w:top w:w="20" w:type="dxa"/>
              <w:left w:w="20" w:type="dxa"/>
              <w:bottom w:w="20" w:type="dxa"/>
              <w:right w:w="20" w:type="dxa"/>
            </w:tcMar>
          </w:tcPr>
          <w:p w:rsidR="002F1112" w:rsidRPr="00754CFB" w:rsidRDefault="002F1112" w:rsidP="00AE73FD">
            <w:pPr>
              <w:spacing w:after="0" w:line="240" w:lineRule="auto"/>
              <w:jc w:val="center"/>
            </w:pPr>
          </w:p>
        </w:tc>
        <w:tc>
          <w:tcPr>
            <w:tcW w:w="1152"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152"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008"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96"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c>
          <w:tcPr>
            <w:tcW w:w="1224" w:type="dxa"/>
            <w:gridSpan w:val="2"/>
            <w:shd w:val="clear" w:color="auto" w:fill="F8FAFC"/>
            <w:tcMar>
              <w:top w:w="20" w:type="dxa"/>
              <w:left w:w="20" w:type="dxa"/>
              <w:bottom w:w="20" w:type="dxa"/>
              <w:right w:w="20" w:type="dxa"/>
            </w:tcMar>
          </w:tcPr>
          <w:p w:rsidR="002F1112" w:rsidRPr="00754CFB" w:rsidRDefault="002F1112" w:rsidP="000920F2">
            <w:pPr>
              <w:spacing w:after="0" w:line="240" w:lineRule="auto"/>
            </w:pPr>
          </w:p>
        </w:tc>
      </w:tr>
      <w:tr w:rsidR="00785B26" w:rsidRPr="00754CFB" w:rsidTr="006C480D">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785B26" w:rsidRPr="00754CFB" w:rsidRDefault="00AE73FD" w:rsidP="000920F2">
            <w:pPr>
              <w:spacing w:after="0" w:line="240" w:lineRule="auto"/>
              <w:jc w:val="center"/>
            </w:pPr>
            <w:r>
              <w:rPr>
                <w:rFonts w:ascii="Calibri" w:hAnsi="Calibri"/>
                <w:sz w:val="12"/>
              </w:rPr>
              <w:t>HAZİRAN</w:t>
            </w:r>
          </w:p>
        </w:tc>
        <w:tc>
          <w:tcPr>
            <w:tcW w:w="1008" w:type="dxa"/>
            <w:shd w:val="clear" w:color="auto" w:fill="FFFFFF"/>
            <w:tcMar>
              <w:top w:w="20" w:type="dxa"/>
              <w:left w:w="20" w:type="dxa"/>
              <w:bottom w:w="20" w:type="dxa"/>
              <w:right w:w="20" w:type="dxa"/>
            </w:tcMar>
          </w:tcPr>
          <w:p w:rsidR="00785B26" w:rsidRPr="00754CFB" w:rsidRDefault="00785B26" w:rsidP="000920F2">
            <w:pPr>
              <w:spacing w:after="0" w:line="240" w:lineRule="auto"/>
              <w:jc w:val="center"/>
            </w:pPr>
            <w:r w:rsidRPr="00754CFB">
              <w:rPr>
                <w:rFonts w:ascii="Calibri" w:hAnsi="Calibri"/>
                <w:sz w:val="12"/>
              </w:rPr>
              <w:t>37. Hafta:</w:t>
            </w:r>
            <w:r w:rsidRPr="00754CFB">
              <w:rPr>
                <w:rFonts w:ascii="Calibri" w:hAnsi="Calibri"/>
                <w:sz w:val="12"/>
              </w:rPr>
              <w:br/>
              <w:t xml:space="preserve"> 21-25 Haziran</w:t>
            </w:r>
          </w:p>
        </w:tc>
        <w:tc>
          <w:tcPr>
            <w:tcW w:w="13095" w:type="dxa"/>
            <w:gridSpan w:val="17"/>
            <w:shd w:val="clear" w:color="auto" w:fill="FDE9D9" w:themeFill="accent6" w:themeFillTint="33"/>
            <w:tcMar>
              <w:top w:w="20" w:type="dxa"/>
              <w:left w:w="20" w:type="dxa"/>
              <w:bottom w:w="20" w:type="dxa"/>
              <w:right w:w="20" w:type="dxa"/>
            </w:tcMar>
          </w:tcPr>
          <w:p w:rsidR="00785B26" w:rsidRPr="00785B26" w:rsidRDefault="00785B26" w:rsidP="00785B26">
            <w:pPr>
              <w:spacing w:after="0" w:line="240" w:lineRule="auto"/>
              <w:jc w:val="center"/>
              <w:rPr>
                <w:b/>
              </w:rPr>
            </w:pPr>
            <w:r w:rsidRPr="00785B26">
              <w:rPr>
                <w:rFonts w:ascii="Calibri" w:hAnsi="Calibri"/>
                <w:b/>
                <w:sz w:val="12"/>
              </w:rPr>
              <w:t>SOSYAL ETKİNLİK</w:t>
            </w:r>
          </w:p>
        </w:tc>
        <w:tc>
          <w:tcPr>
            <w:tcW w:w="1224" w:type="dxa"/>
            <w:gridSpan w:val="2"/>
            <w:shd w:val="clear" w:color="auto" w:fill="FDE9D9" w:themeFill="accent6" w:themeFillTint="33"/>
            <w:tcMar>
              <w:top w:w="20" w:type="dxa"/>
              <w:left w:w="20" w:type="dxa"/>
              <w:bottom w:w="20" w:type="dxa"/>
              <w:right w:w="20" w:type="dxa"/>
            </w:tcMar>
          </w:tcPr>
          <w:p w:rsidR="00785B26" w:rsidRPr="00754CFB" w:rsidRDefault="00785B26" w:rsidP="000920F2">
            <w:pPr>
              <w:spacing w:after="0" w:line="240" w:lineRule="auto"/>
            </w:pPr>
          </w:p>
        </w:tc>
      </w:tr>
      <w:tr w:rsidR="002F1112" w:rsidRPr="00754CFB" w:rsidTr="00754CFB">
        <w:tblPrEx>
          <w:tblCellMar>
            <w:left w:w="108" w:type="dxa"/>
            <w:right w:w="108" w:type="dxa"/>
          </w:tblCellMar>
          <w:tblLook w:val="04A0"/>
        </w:tblPrEx>
        <w:trPr>
          <w:jc w:val="center"/>
        </w:trPr>
        <w:tc>
          <w:tcPr>
            <w:tcW w:w="16119" w:type="dxa"/>
            <w:gridSpan w:val="21"/>
            <w:shd w:val="clear" w:color="auto" w:fill="FEF3C7"/>
            <w:tcMar>
              <w:top w:w="30" w:type="dxa"/>
              <w:left w:w="30" w:type="dxa"/>
              <w:bottom w:w="30" w:type="dxa"/>
              <w:right w:w="30" w:type="dxa"/>
            </w:tcMar>
          </w:tcPr>
          <w:p w:rsidR="002F1112" w:rsidRPr="00941BD5" w:rsidRDefault="004342E2" w:rsidP="00941BD5">
            <w:pPr>
              <w:spacing w:after="0"/>
            </w:pPr>
            <w:r w:rsidRPr="00941BD5">
              <w:rPr>
                <w:rFonts w:ascii="Calibri" w:hAnsi="Calibri"/>
                <w:sz w:val="14"/>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31.12.2025 tarih ve 137 sayılı  Kurul Kararı eki  "Türkiye Yüzyılı Maarif Modeli Öğretim Programları Ortak Metni,'' Talim ve Terbiye Kurulu’nun 07.08.2026 tarih ve 88 sayılı  Kurul Kararı eki  "Türkiye Yüzyılı Maarif Modeli Öğretim Programları Ortak Metni, Sosyal Bilgiler Dersi (4, 5, 6 ve 7. Sınıflar) Öğretim Programı", "MEB 2026-2027 Eğitim ve Öğretim Yılı Çalışma Takvimi Genelgesi" ile Talim ve Terbiye Kurulu’nun 09.05.2025 tarih ve 04 sayılı Kurul Kararı eki "İlköğretim Kurumları (İlkokul ve Ortaokul) Haftalık Ders Çizelgesi " esas alınarak hazırlanmıştır.</w:t>
            </w:r>
            <w:r w:rsidRPr="00941BD5">
              <w:rPr>
                <w:rFonts w:ascii="Calibri" w:hAnsi="Calibri"/>
                <w:sz w:val="14"/>
              </w:rPr>
              <w:br/>
              <w:t>*Zümre Öğretmenler Kurulu tarafından ders kapsamında yapılması kararlaştırılan; okul dışı öğrenme etkinlikleri, araştırma ve gözlem, sosyal etkinlikler, proje çalışmaları, yerel çalışmalar, okuma çalışmaları vb. çalışmalar için ayrılan süredir. Çalışmalar için ayrılan süre eğitim öğretim yılı içinde planlanır ve yıllık planlarda ifade edilir.</w:t>
            </w:r>
          </w:p>
        </w:tc>
      </w:tr>
      <w:tr w:rsidR="00941BD5" w:rsidRPr="00754CFB" w:rsidTr="00941BD5">
        <w:tblPrEx>
          <w:tblCellMar>
            <w:left w:w="108" w:type="dxa"/>
            <w:right w:w="108" w:type="dxa"/>
          </w:tblCellMar>
          <w:tblLook w:val="04A0"/>
        </w:tblPrEx>
        <w:trPr>
          <w:jc w:val="center"/>
        </w:trPr>
        <w:tc>
          <w:tcPr>
            <w:tcW w:w="16119" w:type="dxa"/>
            <w:gridSpan w:val="21"/>
            <w:shd w:val="clear" w:color="auto" w:fill="FFFFFF" w:themeFill="background1"/>
            <w:tcMar>
              <w:top w:w="30" w:type="dxa"/>
              <w:left w:w="30" w:type="dxa"/>
              <w:bottom w:w="30" w:type="dxa"/>
              <w:right w:w="30" w:type="dxa"/>
            </w:tcMar>
          </w:tcPr>
          <w:p w:rsidR="006C480D" w:rsidRPr="006C480D" w:rsidRDefault="006C480D" w:rsidP="006C480D">
            <w:pPr>
              <w:pStyle w:val="AralkYok"/>
              <w:rPr>
                <w:rFonts w:asciiTheme="majorHAnsi" w:hAnsiTheme="majorHAnsi"/>
                <w:sz w:val="14"/>
                <w:szCs w:val="14"/>
              </w:rPr>
            </w:pPr>
            <w:r w:rsidRPr="00D732A9">
              <w:t xml:space="preserve">   </w:t>
            </w:r>
            <w:r>
              <w:t xml:space="preserve">     </w:t>
            </w:r>
            <w:r w:rsidR="00A52FC0">
              <w:t xml:space="preserve">                                            </w:t>
            </w:r>
            <w:r w:rsidRPr="00D732A9">
              <w:t xml:space="preserve"> </w:t>
            </w:r>
            <w:r w:rsidRPr="006C480D">
              <w:rPr>
                <w:rFonts w:asciiTheme="majorHAnsi" w:hAnsiTheme="majorHAnsi"/>
                <w:sz w:val="14"/>
                <w:szCs w:val="14"/>
              </w:rPr>
              <w:t>Zeki DOĞAN                                                                                                                                                  Mehmet DARDAĞAN</w:t>
            </w:r>
          </w:p>
          <w:p w:rsidR="00941BD5" w:rsidRPr="00941BD5" w:rsidRDefault="006C480D" w:rsidP="006C480D">
            <w:pPr>
              <w:pStyle w:val="AralkYok"/>
            </w:pPr>
            <w:r>
              <w:rPr>
                <w:rFonts w:asciiTheme="majorHAnsi" w:hAnsiTheme="majorHAnsi"/>
                <w:sz w:val="14"/>
                <w:szCs w:val="14"/>
              </w:rPr>
              <w:t xml:space="preserve">        </w:t>
            </w:r>
            <w:r w:rsidR="00A52FC0">
              <w:rPr>
                <w:rFonts w:asciiTheme="majorHAnsi" w:hAnsiTheme="majorHAnsi"/>
                <w:sz w:val="14"/>
                <w:szCs w:val="14"/>
              </w:rPr>
              <w:t xml:space="preserve">                                                                      </w:t>
            </w:r>
            <w:r>
              <w:rPr>
                <w:rFonts w:asciiTheme="majorHAnsi" w:hAnsiTheme="majorHAnsi"/>
                <w:sz w:val="14"/>
                <w:szCs w:val="14"/>
              </w:rPr>
              <w:t xml:space="preserve"> </w:t>
            </w:r>
            <w:r w:rsidRPr="006C480D">
              <w:rPr>
                <w:rFonts w:asciiTheme="majorHAnsi" w:hAnsiTheme="majorHAnsi"/>
                <w:sz w:val="14"/>
                <w:szCs w:val="14"/>
              </w:rPr>
              <w:t xml:space="preserve">Ders Öğretmeni                                                                                                                                                   </w:t>
            </w:r>
            <w:r>
              <w:rPr>
                <w:rFonts w:asciiTheme="majorHAnsi" w:hAnsiTheme="majorHAnsi"/>
                <w:sz w:val="14"/>
                <w:szCs w:val="14"/>
              </w:rPr>
              <w:t xml:space="preserve">   </w:t>
            </w:r>
            <w:r w:rsidRPr="006C480D">
              <w:rPr>
                <w:rFonts w:asciiTheme="majorHAnsi" w:hAnsiTheme="majorHAnsi"/>
                <w:sz w:val="14"/>
                <w:szCs w:val="14"/>
              </w:rPr>
              <w:t>Okul Müdürü</w:t>
            </w:r>
          </w:p>
        </w:tc>
      </w:tr>
    </w:tbl>
    <w:p w:rsidR="004342E2" w:rsidRPr="00754CFB" w:rsidRDefault="004342E2"/>
    <w:sectPr w:rsidR="004342E2" w:rsidRPr="00754CFB" w:rsidSect="00034616">
      <w:pgSz w:w="16834" w:h="11909" w:orient="landscape"/>
      <w:pgMar w:top="360" w:right="360" w:bottom="36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hyphenationZone w:val="425"/>
  <w:characterSpacingControl w:val="doNotCompress"/>
  <w:compat>
    <w:useFELayout/>
  </w:compat>
  <w:rsids>
    <w:rsidRoot w:val="00B47730"/>
    <w:rsid w:val="00034616"/>
    <w:rsid w:val="0006063C"/>
    <w:rsid w:val="00072616"/>
    <w:rsid w:val="00073E2D"/>
    <w:rsid w:val="000920F2"/>
    <w:rsid w:val="000D1601"/>
    <w:rsid w:val="000F38AD"/>
    <w:rsid w:val="0015074B"/>
    <w:rsid w:val="001D269B"/>
    <w:rsid w:val="0029639D"/>
    <w:rsid w:val="002F1112"/>
    <w:rsid w:val="003020B8"/>
    <w:rsid w:val="0032069E"/>
    <w:rsid w:val="00326F90"/>
    <w:rsid w:val="00357EA0"/>
    <w:rsid w:val="003C3FDA"/>
    <w:rsid w:val="004342E2"/>
    <w:rsid w:val="005E0CA4"/>
    <w:rsid w:val="005E3FA6"/>
    <w:rsid w:val="005F53FC"/>
    <w:rsid w:val="00665A12"/>
    <w:rsid w:val="00695030"/>
    <w:rsid w:val="006C480D"/>
    <w:rsid w:val="00754CFB"/>
    <w:rsid w:val="00785B26"/>
    <w:rsid w:val="00882B42"/>
    <w:rsid w:val="008B15C5"/>
    <w:rsid w:val="008E414D"/>
    <w:rsid w:val="00941BD5"/>
    <w:rsid w:val="0096428B"/>
    <w:rsid w:val="0098307C"/>
    <w:rsid w:val="00A3371E"/>
    <w:rsid w:val="00A438D4"/>
    <w:rsid w:val="00A52FC0"/>
    <w:rsid w:val="00A76130"/>
    <w:rsid w:val="00AA1D8D"/>
    <w:rsid w:val="00AE73FD"/>
    <w:rsid w:val="00B47730"/>
    <w:rsid w:val="00C30C87"/>
    <w:rsid w:val="00CB0664"/>
    <w:rsid w:val="00D248C3"/>
    <w:rsid w:val="00D82363"/>
    <w:rsid w:val="00D93622"/>
    <w:rsid w:val="00D963C3"/>
    <w:rsid w:val="00DD3645"/>
    <w:rsid w:val="00DF723A"/>
    <w:rsid w:val="00EC1413"/>
    <w:rsid w:val="00F85324"/>
    <w:rsid w:val="00F96C52"/>
    <w:rsid w:val="00FC693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1">
    <w:name w:val="Açık Gölgeleme1"/>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Liste1">
    <w:name w:val="Açık Liste1"/>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AkKlavuz1">
    <w:name w:val="Açık Kılavuz1"/>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OrtaGlgeleme11">
    <w:name w:val="Orta Gölgeleme 1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Liste11">
    <w:name w:val="Orta Liste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Klavuz11">
    <w:name w:val="Orta Kılavuz 1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KoyuListe1">
    <w:name w:val="Koyu Liste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RenkliGlgeleme1">
    <w:name w:val="Renkli Gölgeleme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Liste1">
    <w:name w:val="Renkli Liste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RenkliKlavuz1">
    <w:name w:val="Renkli Kılavuz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52F46-CBF2-41C9-AD36-20D06159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5348</Words>
  <Characters>30489</Characters>
  <Application>Microsoft Office Word</Application>
  <DocSecurity>0</DocSecurity>
  <Lines>254</Lines>
  <Paragraphs>71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35766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 DOĞAN</dc:creator>
  <dc:description>SOSYALCİNİZ.NET</dc:description>
  <cp:lastModifiedBy>Zeki</cp:lastModifiedBy>
  <cp:revision>6</cp:revision>
  <dcterms:created xsi:type="dcterms:W3CDTF">2026-09-02T02:55:00Z</dcterms:created>
  <dcterms:modified xsi:type="dcterms:W3CDTF">2026-09-02T08:47:00Z</dcterms:modified>
</cp:coreProperties>
</file>