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30" w:rsidRDefault="004F3E71">
      <w:pPr>
        <w:spacing w:after="40"/>
        <w:jc w:val="center"/>
      </w:pPr>
      <w:r>
        <w:rPr>
          <w:rFonts w:ascii="Arial" w:hAnsi="Arial"/>
          <w:b/>
          <w:color w:val="1F497D"/>
        </w:rPr>
        <w:t xml:space="preserve">2026-2027 EĞİTİM-ÖĞRETİM YILI </w:t>
      </w:r>
      <w:r w:rsidR="007D485E">
        <w:rPr>
          <w:rFonts w:ascii="Arial" w:hAnsi="Arial"/>
          <w:b/>
          <w:color w:val="1F497D"/>
        </w:rPr>
        <w:t>BAYRAMYAZI ORTAOKULU</w:t>
      </w:r>
      <w:r w:rsidR="007D485E">
        <w:rPr>
          <w:rFonts w:ascii="Arial" w:hAnsi="Arial"/>
          <w:b/>
          <w:color w:val="1F497D"/>
        </w:rPr>
        <w:br/>
      </w:r>
      <w:r w:rsidR="007D485E">
        <w:rPr>
          <w:rFonts w:ascii="Arial" w:hAnsi="Arial"/>
          <w:b/>
          <w:color w:val="C00000"/>
          <w:sz w:val="24"/>
        </w:rPr>
        <w:t>5. SINIF SPOR VE FİZİKİ ETKİNLİKLER DERSİ YILLIK PLANI (TYMM)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822"/>
        <w:gridCol w:w="622"/>
        <w:gridCol w:w="1311"/>
        <w:gridCol w:w="1266"/>
        <w:gridCol w:w="1560"/>
        <w:gridCol w:w="1478"/>
        <w:gridCol w:w="1287"/>
        <w:gridCol w:w="1225"/>
        <w:gridCol w:w="1440"/>
        <w:gridCol w:w="1565"/>
        <w:gridCol w:w="1279"/>
      </w:tblGrid>
      <w:tr w:rsidR="00815130" w:rsidTr="00030C0C">
        <w:trPr>
          <w:jc w:val="center"/>
        </w:trPr>
        <w:tc>
          <w:tcPr>
            <w:tcW w:w="993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TARİH</w:t>
            </w:r>
          </w:p>
        </w:tc>
        <w:tc>
          <w:tcPr>
            <w:tcW w:w="822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HAFTA</w:t>
            </w:r>
          </w:p>
        </w:tc>
        <w:tc>
          <w:tcPr>
            <w:tcW w:w="622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SAAT</w:t>
            </w:r>
          </w:p>
        </w:tc>
        <w:tc>
          <w:tcPr>
            <w:tcW w:w="1311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ÜNİTE</w:t>
            </w:r>
          </w:p>
        </w:tc>
        <w:tc>
          <w:tcPr>
            <w:tcW w:w="1266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İÇERİK ÇERÇEVESİ</w:t>
            </w:r>
          </w:p>
        </w:tc>
        <w:tc>
          <w:tcPr>
            <w:tcW w:w="1560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ÖĞRENME ÇIKTILARI</w:t>
            </w:r>
          </w:p>
        </w:tc>
        <w:tc>
          <w:tcPr>
            <w:tcW w:w="1478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SÜREÇ BİLEŞENLERİ</w:t>
            </w:r>
          </w:p>
        </w:tc>
        <w:tc>
          <w:tcPr>
            <w:tcW w:w="1287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ÖĞRENME BECERİLERİ</w:t>
            </w:r>
          </w:p>
        </w:tc>
        <w:tc>
          <w:tcPr>
            <w:tcW w:w="1225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DEĞERLER</w:t>
            </w:r>
          </w:p>
        </w:tc>
        <w:tc>
          <w:tcPr>
            <w:tcW w:w="1440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OKURYAZARLIK BECERİLERİ</w:t>
            </w:r>
          </w:p>
        </w:tc>
        <w:tc>
          <w:tcPr>
            <w:tcW w:w="1565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 xml:space="preserve">ÖLÇME </w:t>
            </w:r>
            <w:r>
              <w:rPr>
                <w:rFonts w:ascii="Arial" w:hAnsi="Arial"/>
                <w:b/>
                <w:color w:val="FFFFFF"/>
                <w:sz w:val="16"/>
              </w:rPr>
              <w:t>DEĞERLENDİRME</w:t>
            </w:r>
          </w:p>
        </w:tc>
        <w:tc>
          <w:tcPr>
            <w:tcW w:w="1279" w:type="dxa"/>
            <w:shd w:val="clear" w:color="auto" w:fill="1F497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BELİRLİ GÜN VE HAFT.</w:t>
            </w:r>
          </w:p>
        </w:tc>
      </w:tr>
      <w:tr w:rsidR="00030C0C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14-18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Eylül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SFE.1.1. Seçilen spor branşının tarihsel gelişimini özetleyebilme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branşının tarihsel gelişimini çözümler.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vMerge w:val="restart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Gaziler Günü</w:t>
            </w:r>
          </w:p>
        </w:tc>
      </w:tr>
      <w:tr w:rsidR="00030C0C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21-25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Eylül</w:t>
            </w:r>
            <w:proofErr w:type="spellEnd"/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SFE.1.1. Seçilen spor branşının tarihsel gelişimini özetleyebilme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branşının tarihsel gelişimini çözümler.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vMerge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28 Eylül-02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Ekim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SFE.1.1. Seçilen spor</w:t>
            </w:r>
            <w:r>
              <w:rPr>
                <w:rFonts w:ascii="Arial" w:hAnsi="Arial"/>
                <w:color w:val="222222"/>
                <w:sz w:val="15"/>
              </w:rPr>
              <w:t xml:space="preserve"> branşının tarihsel gelişimini özetleyebilme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branşının gelişim sürecinde yer alan önemli dönem ve gelişmeleri sınıflandırır.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</w:t>
            </w:r>
            <w:r>
              <w:rPr>
                <w:rFonts w:ascii="Arial" w:hAnsi="Arial"/>
                <w:color w:val="222222"/>
                <w:sz w:val="15"/>
              </w:rPr>
              <w:t>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Hayvanları Koruma Günü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05-09 Ekim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4.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Tarihi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SFE.1.1. Seçilen spor branşının tarihsel </w:t>
            </w:r>
            <w:r>
              <w:rPr>
                <w:rFonts w:ascii="Arial" w:hAnsi="Arial"/>
                <w:color w:val="222222"/>
                <w:sz w:val="15"/>
              </w:rPr>
              <w:t>gelişimini özetleyebilme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c) Seçilen spor branşının gelişimini etkileyen faktörleri neden sonuç ilişkileriyle yorumlar.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</w:t>
            </w:r>
            <w:r>
              <w:rPr>
                <w:rFonts w:ascii="Arial" w:hAnsi="Arial"/>
                <w:color w:val="222222"/>
                <w:sz w:val="15"/>
              </w:rPr>
              <w:t>tal Okuryazarlık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Ahilik Kültürü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12-16 Ekim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5.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Kuralları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SFE.1.2. Seçilen spor branşının kurallarını çözümleyebilme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</w:t>
            </w:r>
            <w:r>
              <w:rPr>
                <w:rFonts w:ascii="Arial" w:hAnsi="Arial"/>
                <w:color w:val="222222"/>
                <w:sz w:val="15"/>
              </w:rPr>
              <w:t xml:space="preserve"> Seçilen spor branşının kurallarını oluşturan temel ögeleri belirler.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</w:t>
            </w:r>
            <w:r>
              <w:rPr>
                <w:rFonts w:ascii="Arial" w:hAnsi="Arial"/>
                <w:color w:val="222222"/>
                <w:sz w:val="15"/>
              </w:rPr>
              <w:t>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19-23 Ekim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6.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I. Ünite: Spor Branşımı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Spor Branşının Kuralları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SFE.1.2. Seçilen spor branşının kurallarını çözümleyebilme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branşının kuralları arasındaki mantıksal ilişkileri </w:t>
            </w:r>
            <w:r>
              <w:rPr>
                <w:rFonts w:ascii="Arial" w:hAnsi="Arial"/>
                <w:color w:val="222222"/>
                <w:sz w:val="15"/>
              </w:rPr>
              <w:t>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SDB1.1. Kendini Tanıma (Öz Farkındalık)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D19. Vatanseverlik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  <w:r>
              <w:rPr>
                <w:rFonts w:ascii="Arial" w:hAnsi="Arial"/>
                <w:color w:val="222222"/>
                <w:sz w:val="15"/>
              </w:rPr>
              <w:br/>
              <w:t>OB2. Dijital Okuryazarlık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030C0C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26-30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Ekim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7.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ortaya çıkabilecek riskleri belirler.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 w:val="restart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 w:rsidP="002B068B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D3.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Çalışkanlık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D4.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Dostluk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D8.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Mahremiyet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D12.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Sabır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D16.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Sorumluluk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D18.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Temizlik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D20.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Yardımseverlik</w:t>
            </w:r>
            <w:proofErr w:type="spellEnd"/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*Cumhuriyet Bayramı</w:t>
            </w:r>
          </w:p>
        </w:tc>
      </w:tr>
      <w:tr w:rsidR="00030C0C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02-06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Kasım</w:t>
            </w:r>
            <w:proofErr w:type="spellEnd"/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8.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ortaya çıkabilecek riskleri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SINAV HAFTASI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0C0C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*Kızılay Haftası</w:t>
            </w:r>
            <w:r>
              <w:rPr>
                <w:rFonts w:ascii="Arial" w:hAnsi="Arial"/>
                <w:color w:val="222222"/>
                <w:sz w:val="15"/>
              </w:rPr>
              <w:br/>
              <w:t>*Organ Bağışı Haftası</w:t>
            </w:r>
            <w:r>
              <w:rPr>
                <w:rFonts w:ascii="Arial" w:hAnsi="Arial"/>
                <w:color w:val="222222"/>
                <w:sz w:val="15"/>
              </w:rPr>
              <w:br/>
              <w:t>*Lösemili Çocuklar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09-13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Kasım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9.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Belirlediği risklere karşı önleyici tedbirler alır.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 w:rsidP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</w:t>
            </w:r>
            <w:r>
              <w:rPr>
                <w:rFonts w:ascii="Arial" w:hAnsi="Arial"/>
                <w:color w:val="222222"/>
                <w:sz w:val="15"/>
              </w:rPr>
              <w:t>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D12.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Sabır</w:t>
            </w:r>
            <w:proofErr w:type="spellEnd"/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*Atatürk Haftası</w:t>
            </w:r>
            <w:r>
              <w:rPr>
                <w:rFonts w:ascii="Arial" w:hAnsi="Arial"/>
                <w:color w:val="222222"/>
                <w:sz w:val="15"/>
              </w:rPr>
              <w:br/>
              <w:t>*Afet Eğitimi Hazırlık Günü (12 Kasım)</w:t>
            </w:r>
          </w:p>
        </w:tc>
      </w:tr>
      <w:tr w:rsidR="00815130" w:rsidTr="00030C0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5130" w:rsidRDefault="007D485E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lastRenderedPageBreak/>
              <w:t xml:space="preserve">1.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Ara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F497D"/>
                <w:sz w:val="17"/>
              </w:rPr>
              <w:t xml:space="preserve">(16-20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Kasım</w:t>
            </w:r>
            <w:proofErr w:type="spellEnd"/>
            <w:r w:rsidR="00030C0C">
              <w:rPr>
                <w:rFonts w:ascii="Arial" w:hAnsi="Arial"/>
                <w:b/>
                <w:color w:val="1F497D"/>
                <w:sz w:val="17"/>
              </w:rPr>
              <w:t xml:space="preserve">  2026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23-27 Kasım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10.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Güvenli Ortam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SFE.2.1. Seçilen spor branşında güvenli ortam oluşturabilme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Belirlediği risklere karşı önleyici tedbirler alır.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SDB3.3. </w:t>
            </w:r>
            <w:r>
              <w:rPr>
                <w:rFonts w:ascii="Arial" w:hAnsi="Arial"/>
                <w:color w:val="222222"/>
                <w:sz w:val="15"/>
              </w:rPr>
              <w:t>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030C0C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D3.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Çalışkan</w:t>
            </w:r>
            <w:proofErr w:type="spellEnd"/>
            <w:r w:rsidR="007D485E">
              <w:rPr>
                <w:rFonts w:ascii="Arial" w:hAnsi="Arial"/>
                <w:color w:val="222222"/>
                <w:sz w:val="15"/>
              </w:rPr>
              <w:br/>
              <w:t>D4. Dostluk</w:t>
            </w:r>
            <w:r w:rsidR="007D485E"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 w:rsidR="007D485E">
              <w:rPr>
                <w:rFonts w:ascii="Arial" w:hAnsi="Arial"/>
                <w:color w:val="222222"/>
                <w:sz w:val="15"/>
              </w:rPr>
              <w:br/>
              <w:t>D12. Sabır</w:t>
            </w:r>
            <w:r w:rsidR="007D485E"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 w:rsidR="007D485E"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 w:rsidR="007D485E"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*Öğretmenler Günü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30 Kasım-04 Aralık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11.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hareket becerilerini algılar.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SDB3.3. Sorumlu Karar </w:t>
            </w:r>
            <w:r>
              <w:rPr>
                <w:rFonts w:ascii="Arial" w:hAnsi="Arial"/>
                <w:color w:val="222222"/>
                <w:sz w:val="15"/>
              </w:rPr>
              <w:t>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*Dünya Engelliler Günü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07-11 Aralık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12.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 </w:t>
            </w:r>
            <w:r>
              <w:rPr>
                <w:rFonts w:ascii="Arial" w:hAnsi="Arial"/>
                <w:color w:val="222222"/>
                <w:sz w:val="15"/>
              </w:rPr>
              <w:t>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hareket becerilerini algılar.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 w:rsidP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</w:t>
            </w:r>
            <w:r>
              <w:rPr>
                <w:rFonts w:ascii="Arial" w:hAnsi="Arial"/>
                <w:color w:val="222222"/>
                <w:sz w:val="15"/>
              </w:rPr>
              <w:t>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D16.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Sorumluluk</w:t>
            </w:r>
            <w:proofErr w:type="spellEnd"/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İnsan Hakları ve Demokrasi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14-18 Aralık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13.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branşına özgü hareket becerisinin basamaklarını gösterir.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</w:t>
            </w:r>
            <w:r>
              <w:rPr>
                <w:rFonts w:ascii="Arial" w:hAnsi="Arial"/>
                <w:color w:val="222222"/>
                <w:sz w:val="15"/>
              </w:rPr>
              <w:t>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*Tutum, Yatırım ve Türk Malları Haftası</w:t>
            </w:r>
          </w:p>
        </w:tc>
      </w:tr>
      <w:tr w:rsidR="00C67133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21-25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Aralık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14.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branşına özgü hareket becerisinin basamaklarını gösterir.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 w:val="restart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 w:rsidP="00CB3495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D3.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Çalışkanlık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D4.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Dostluk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D8.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Mahremiyet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D12.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Sabır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D16.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Sorumluluk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D18.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Temizlik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br/>
              <w:t xml:space="preserve">D20.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Yardımseverlik</w:t>
            </w:r>
            <w:proofErr w:type="spellEnd"/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</w:p>
        </w:tc>
      </w:tr>
      <w:tr w:rsidR="00C67133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28 Aralık-01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Ocak</w:t>
            </w:r>
            <w:proofErr w:type="spellEnd"/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15.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Teknik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SFE.2.2. Seçilen spor branşına özgü hareket becerilerini sergileyebilme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c) Seçilen spor branşına özgü hareket becerilerini oyun, yarışma veya antrenman ortamlarında uygular.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 w:rsidP="00CB3495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</w:p>
        </w:tc>
      </w:tr>
      <w:tr w:rsidR="00C67133" w:rsidTr="007D485E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04-08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Ocak</w:t>
            </w:r>
            <w:proofErr w:type="spellEnd"/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16.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fiziksel uygunluk bileşenlerini açıklar.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vMerge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Pr="007D485E" w:rsidRDefault="007D485E">
            <w:pPr>
              <w:spacing w:after="0" w:line="252" w:lineRule="auto"/>
              <w:rPr>
                <w:sz w:val="20"/>
                <w:szCs w:val="20"/>
              </w:rPr>
            </w:pPr>
            <w:r w:rsidRPr="007D485E">
              <w:rPr>
                <w:sz w:val="20"/>
                <w:szCs w:val="20"/>
              </w:rPr>
              <w:t>SINAV HAFTASI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67133" w:rsidRDefault="00C67133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11-15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Ocak</w:t>
            </w:r>
            <w:proofErr w:type="spellEnd"/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17.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rPr>
                <w:rFonts w:ascii="Arial" w:hAnsi="Arial"/>
                <w:color w:val="222222"/>
                <w:sz w:val="15"/>
              </w:rPr>
            </w:pPr>
            <w:r>
              <w:rPr>
                <w:rFonts w:ascii="Arial" w:hAnsi="Arial"/>
                <w:color w:val="222222"/>
                <w:sz w:val="15"/>
              </w:rPr>
              <w:t xml:space="preserve">II. Ünite: </w:t>
            </w:r>
            <w:r>
              <w:rPr>
                <w:rFonts w:ascii="Arial" w:hAnsi="Arial"/>
                <w:color w:val="222222"/>
                <w:sz w:val="15"/>
              </w:rPr>
              <w:t xml:space="preserve">Spor Branşına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Özgü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Hareket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Becerilerini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Öğreniyorum</w:t>
            </w:r>
            <w:proofErr w:type="spellEnd"/>
          </w:p>
          <w:p w:rsidR="00C67133" w:rsidRDefault="00C67133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fiziksel uygunluk bileşenlerini açıklar.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</w:t>
            </w:r>
            <w:r>
              <w:rPr>
                <w:rFonts w:ascii="Arial" w:hAnsi="Arial"/>
                <w:color w:val="222222"/>
                <w:sz w:val="15"/>
              </w:rPr>
              <w:t>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 w:rsidP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br/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*Enerji Tasarrufu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18-22 Ocak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18.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 </w:t>
            </w:r>
            <w:r>
              <w:rPr>
                <w:rFonts w:ascii="Arial" w:hAnsi="Arial"/>
                <w:color w:val="222222"/>
                <w:sz w:val="15"/>
              </w:rPr>
              <w:t>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C67133" w:rsidP="00C67133">
            <w:pPr>
              <w:spacing w:after="0" w:line="252" w:lineRule="auto"/>
            </w:pPr>
            <w:proofErr w:type="spellStart"/>
            <w:r>
              <w:rPr>
                <w:rFonts w:ascii="Arial" w:hAnsi="Arial"/>
                <w:color w:val="222222"/>
                <w:sz w:val="15"/>
              </w:rPr>
              <w:t>Öz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değerlendirme</w:t>
            </w:r>
            <w:proofErr w:type="spellEnd"/>
            <w:r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22222"/>
                <w:sz w:val="15"/>
              </w:rPr>
              <w:t>formu</w:t>
            </w:r>
            <w:proofErr w:type="spellEnd"/>
            <w:r w:rsidR="007D485E">
              <w:rPr>
                <w:rFonts w:ascii="Arial" w:hAnsi="Arial"/>
                <w:color w:val="222222"/>
                <w:sz w:val="15"/>
              </w:rPr>
              <w:br/>
            </w:r>
            <w:proofErr w:type="spellStart"/>
            <w:r w:rsidR="007D485E">
              <w:rPr>
                <w:rFonts w:ascii="Arial" w:hAnsi="Arial"/>
                <w:color w:val="222222"/>
                <w:sz w:val="15"/>
              </w:rPr>
              <w:t>Dereceli</w:t>
            </w:r>
            <w:proofErr w:type="spellEnd"/>
            <w:r w:rsidR="007D485E"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 w:rsidR="007D485E">
              <w:rPr>
                <w:rFonts w:ascii="Arial" w:hAnsi="Arial"/>
                <w:color w:val="222222"/>
                <w:sz w:val="15"/>
              </w:rPr>
              <w:t>puanlama</w:t>
            </w:r>
            <w:proofErr w:type="spellEnd"/>
            <w:r w:rsidR="007D485E">
              <w:rPr>
                <w:rFonts w:ascii="Arial" w:hAnsi="Arial"/>
                <w:color w:val="222222"/>
                <w:sz w:val="15"/>
              </w:rPr>
              <w:t xml:space="preserve"> </w:t>
            </w:r>
            <w:proofErr w:type="spellStart"/>
            <w:r w:rsidR="007D485E">
              <w:rPr>
                <w:rFonts w:ascii="Arial" w:hAnsi="Arial"/>
                <w:color w:val="222222"/>
                <w:sz w:val="15"/>
              </w:rPr>
              <w:t>anahtarı</w:t>
            </w:r>
            <w:proofErr w:type="spellEnd"/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5130" w:rsidRDefault="007D485E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 xml:space="preserve">Şubat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Tatili</w:t>
            </w:r>
            <w:proofErr w:type="spellEnd"/>
            <w:r>
              <w:rPr>
                <w:rFonts w:ascii="Arial" w:hAnsi="Arial"/>
                <w:b/>
                <w:color w:val="1F497D"/>
                <w:sz w:val="17"/>
              </w:rPr>
              <w:t xml:space="preserve"> (25 Ocak-05 </w:t>
            </w:r>
            <w:proofErr w:type="spellStart"/>
            <w:r>
              <w:rPr>
                <w:rFonts w:ascii="Arial" w:hAnsi="Arial"/>
                <w:b/>
                <w:color w:val="1F497D"/>
                <w:sz w:val="17"/>
              </w:rPr>
              <w:t>Şubat</w:t>
            </w:r>
            <w:proofErr w:type="spellEnd"/>
            <w:r w:rsidR="00030C0C">
              <w:rPr>
                <w:rFonts w:ascii="Arial" w:hAnsi="Arial"/>
                <w:b/>
                <w:color w:val="1F497D"/>
                <w:sz w:val="17"/>
              </w:rPr>
              <w:t xml:space="preserve"> 2027</w:t>
            </w:r>
            <w:r>
              <w:rPr>
                <w:rFonts w:ascii="Arial" w:hAnsi="Arial"/>
                <w:b/>
                <w:color w:val="1F497D"/>
                <w:sz w:val="17"/>
              </w:rPr>
              <w:t>)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08-12 Şubat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19.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II. Ünite: Spor Branşına Özgü Hareket </w:t>
            </w:r>
            <w:r>
              <w:rPr>
                <w:rFonts w:ascii="Arial" w:hAnsi="Arial"/>
                <w:color w:val="222222"/>
                <w:sz w:val="15"/>
              </w:rPr>
              <w:t>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yönelik fiziksel uygunluk bileşenlerini geliştirmeye yönelik hareketleri (sürat koşusu, denge </w:t>
            </w:r>
            <w:r>
              <w:rPr>
                <w:rFonts w:ascii="Arial" w:hAnsi="Arial"/>
                <w:color w:val="222222"/>
                <w:sz w:val="15"/>
              </w:rPr>
              <w:t>egzersizi vb.) uygular.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15-19 Şubat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20.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SFE.2.3. Seçilen spor branşına özgü fiziksel uygunluğu sağlayabilme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yönelik fiziksel uygunluk </w:t>
            </w:r>
            <w:r>
              <w:rPr>
                <w:rFonts w:ascii="Arial" w:hAnsi="Arial"/>
                <w:color w:val="222222"/>
                <w:sz w:val="15"/>
              </w:rPr>
              <w:t>bileşenlerini geliştirmeye yönelik hareketleri (sürat koşusu, denge egzersizi vb.) uygular.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Öz </w:t>
            </w:r>
            <w:r>
              <w:rPr>
                <w:rFonts w:ascii="Arial" w:hAnsi="Arial"/>
                <w:color w:val="222222"/>
                <w:sz w:val="15"/>
              </w:rPr>
              <w:t>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22-26 Şubat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21.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II. Ünite: Spor Branşına Özgü Hareket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Fiziksel Uygunluk Bileşenleri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SFE.2.3. Seçilen spor branşına özgü fiziksel uygunluğu </w:t>
            </w:r>
            <w:r>
              <w:rPr>
                <w:rFonts w:ascii="Arial" w:hAnsi="Arial"/>
                <w:color w:val="222222"/>
                <w:sz w:val="15"/>
              </w:rPr>
              <w:t>sağlayabilme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c) Seçilen spor branşına özgü fiziksel uygunluk bileşenlerini geliştirir.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SDB3.3. Sorumlu Karar Verebilme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D4. Dostluk</w:t>
            </w:r>
            <w:r>
              <w:rPr>
                <w:rFonts w:ascii="Arial" w:hAnsi="Arial"/>
                <w:color w:val="222222"/>
                <w:sz w:val="15"/>
              </w:rPr>
              <w:br/>
              <w:t>D8. Mahremiyet</w:t>
            </w:r>
            <w:r>
              <w:rPr>
                <w:rFonts w:ascii="Arial" w:hAnsi="Arial"/>
                <w:color w:val="222222"/>
                <w:sz w:val="15"/>
              </w:rPr>
              <w:br/>
              <w:t>D12. Sabır</w:t>
            </w:r>
            <w:r>
              <w:rPr>
                <w:rFonts w:ascii="Arial" w:hAnsi="Arial"/>
                <w:color w:val="222222"/>
                <w:sz w:val="15"/>
              </w:rPr>
              <w:br/>
              <w:t>D16. Sorumluluk</w:t>
            </w:r>
            <w:r>
              <w:rPr>
                <w:rFonts w:ascii="Arial" w:hAnsi="Arial"/>
                <w:color w:val="222222"/>
                <w:sz w:val="15"/>
              </w:rPr>
              <w:br/>
              <w:t>D18. Temizlik</w:t>
            </w:r>
            <w:r>
              <w:rPr>
                <w:rFonts w:ascii="Arial" w:hAnsi="Arial"/>
                <w:color w:val="222222"/>
                <w:sz w:val="15"/>
              </w:rPr>
              <w:br/>
              <w:t>D20. Yardımseverlik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OB1. Bilgi Okuryazarlığı</w:t>
            </w: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</w:t>
            </w:r>
            <w:r>
              <w:rPr>
                <w:rFonts w:ascii="Arial" w:hAnsi="Arial"/>
                <w:color w:val="222222"/>
                <w:sz w:val="15"/>
              </w:rPr>
              <w:t>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*Vergi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01-05 Mart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22.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SFE.3.1. Seçilen Spor branşına özgü taktik ve strateji </w:t>
            </w:r>
            <w:r>
              <w:rPr>
                <w:rFonts w:ascii="Arial" w:hAnsi="Arial"/>
                <w:color w:val="222222"/>
                <w:sz w:val="15"/>
              </w:rPr>
              <w:t>geliştirebilme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taktiksel ve stratejik problemleri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</w:t>
            </w:r>
            <w:r>
              <w:rPr>
                <w:rFonts w:ascii="Arial" w:hAnsi="Arial"/>
                <w:color w:val="222222"/>
                <w:sz w:val="15"/>
              </w:rPr>
              <w:t xml:space="preserve">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*Yeşilay Haftası</w:t>
            </w:r>
            <w:r>
              <w:rPr>
                <w:rFonts w:ascii="Arial" w:hAnsi="Arial"/>
                <w:color w:val="222222"/>
                <w:sz w:val="15"/>
              </w:rPr>
              <w:br/>
              <w:t>*Girişimcilik Haftası</w:t>
            </w:r>
          </w:p>
        </w:tc>
      </w:tr>
      <w:tr w:rsidR="00815130" w:rsidTr="00030C0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5130" w:rsidRDefault="007D485E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>2. Ara Tatil (08-12 Mart)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15-19 Mart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23.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Branşa </w:t>
            </w:r>
            <w:r>
              <w:rPr>
                <w:rFonts w:ascii="Arial" w:hAnsi="Arial"/>
                <w:color w:val="222222"/>
                <w:sz w:val="15"/>
              </w:rPr>
              <w:t>Özgü Taktik ve Strateji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taktiksel ve stratejik problemleri belirler.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*Türk Dünyası ve Toplulukları Haftası</w:t>
            </w:r>
            <w:r>
              <w:rPr>
                <w:rFonts w:ascii="Arial" w:hAnsi="Arial"/>
                <w:color w:val="222222"/>
                <w:sz w:val="15"/>
              </w:rPr>
              <w:br/>
              <w:t>*Şehitler Günü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22-26 Mart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24.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branşına özgü taktiksel ve stratejik problemleri belirler.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</w:t>
            </w:r>
            <w:r>
              <w:rPr>
                <w:rFonts w:ascii="Arial" w:hAnsi="Arial"/>
                <w:color w:val="222222"/>
                <w:sz w:val="15"/>
              </w:rPr>
              <w:t>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 xml:space="preserve">29 Mart-02 </w:t>
            </w:r>
            <w:r>
              <w:rPr>
                <w:rFonts w:ascii="Arial" w:hAnsi="Arial"/>
                <w:color w:val="222222"/>
                <w:sz w:val="15"/>
              </w:rPr>
              <w:t>Nisan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25.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branşına özgü belirlenen taktiksel ve stratejik duruma </w:t>
            </w:r>
            <w:r>
              <w:rPr>
                <w:rFonts w:ascii="Arial" w:hAnsi="Arial"/>
                <w:color w:val="222222"/>
                <w:sz w:val="15"/>
              </w:rPr>
              <w:t>yönelik çözüm önerileri sunar.</w:t>
            </w:r>
            <w:r>
              <w:rPr>
                <w:rFonts w:ascii="Arial" w:hAnsi="Arial"/>
                <w:color w:val="222222"/>
                <w:sz w:val="15"/>
              </w:rPr>
              <w:br/>
              <w:t>c) Seçilen spor branşına özgü geliştirilen taktik veya stratejiyi oyun ve yarışma ortamında uygular.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</w:t>
            </w:r>
            <w:r>
              <w:rPr>
                <w:rFonts w:ascii="Arial" w:hAnsi="Arial"/>
                <w:color w:val="222222"/>
                <w:sz w:val="15"/>
              </w:rPr>
              <w:t>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*Dünya Otizm Farkındalık Günü</w:t>
            </w:r>
            <w:r>
              <w:rPr>
                <w:rFonts w:ascii="Arial" w:hAnsi="Arial"/>
                <w:color w:val="222222"/>
                <w:sz w:val="15"/>
              </w:rPr>
              <w:br/>
              <w:t>*Kütüphaneler Haftası</w:t>
            </w:r>
          </w:p>
        </w:tc>
      </w:tr>
      <w:tr w:rsidR="00815130" w:rsidTr="007D485E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05-09 Nisan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26.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Ünite: Spor Branşının Taktik </w:t>
            </w:r>
            <w:r>
              <w:rPr>
                <w:rFonts w:ascii="Arial" w:hAnsi="Arial"/>
                <w:color w:val="222222"/>
                <w:sz w:val="15"/>
              </w:rPr>
              <w:t>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Branşa Özgü Taktik ve Strateji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SFE.3.1. Seçilen Spor branşına özgü taktik ve strateji geliştirebilme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branşına özgü belirlenen taktiksel ve stratejik duruma yönelik çözüm önerileri sunar.</w:t>
            </w:r>
            <w:r>
              <w:rPr>
                <w:rFonts w:ascii="Arial" w:hAnsi="Arial"/>
                <w:color w:val="222222"/>
                <w:sz w:val="15"/>
              </w:rPr>
              <w:br/>
              <w:t>c) Seçilen spor branşına özg</w:t>
            </w:r>
            <w:r>
              <w:rPr>
                <w:rFonts w:ascii="Arial" w:hAnsi="Arial"/>
                <w:color w:val="222222"/>
                <w:sz w:val="15"/>
              </w:rPr>
              <w:t>ü geliştirilen taktik veya stratejiyi oyun ve yarışma ortamında uygular.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</w:t>
            </w:r>
            <w:r>
              <w:rPr>
                <w:rFonts w:ascii="Arial" w:hAnsi="Arial"/>
                <w:color w:val="222222"/>
                <w:sz w:val="15"/>
              </w:rPr>
              <w:t>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SINAV HAFTASI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*Kişisel Verileri Koruma Günü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12-16 Nisan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27.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Seçili Branşta Adil Oyun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SFE.3.2. Seçilen spor branşında </w:t>
            </w:r>
            <w:r>
              <w:rPr>
                <w:rFonts w:ascii="Arial" w:hAnsi="Arial"/>
                <w:color w:val="222222"/>
                <w:sz w:val="15"/>
              </w:rPr>
              <w:t>adil oyun anlayışına uygun davranabilme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adil oyun ilkelerini açıklar.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D11. </w:t>
            </w:r>
            <w:r>
              <w:rPr>
                <w:rFonts w:ascii="Arial" w:hAnsi="Arial"/>
                <w:color w:val="222222"/>
                <w:sz w:val="15"/>
              </w:rPr>
              <w:t>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19-23 Nisan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28.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Seçili Branşta Adil Oyun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SFE.3.2. Seçilen spor branşında </w:t>
            </w:r>
            <w:r>
              <w:rPr>
                <w:rFonts w:ascii="Arial" w:hAnsi="Arial"/>
                <w:color w:val="222222"/>
                <w:sz w:val="15"/>
              </w:rPr>
              <w:t>adil oyun anlayışına uygun davranabilme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adil oyun ilkelerini açıklar.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</w:t>
            </w:r>
            <w:r>
              <w:rPr>
                <w:rFonts w:ascii="Arial" w:hAnsi="Arial"/>
                <w:color w:val="222222"/>
                <w:sz w:val="15"/>
              </w:rPr>
              <w:t>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*23 Nisan Ulusal Egemenlik ve Çocuk Bayramı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26-30 Nisan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29.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Ünite: Spor Branşının Taktik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 xml:space="preserve">Seçili Branşta Adil </w:t>
            </w:r>
            <w:r>
              <w:rPr>
                <w:rFonts w:ascii="Arial" w:hAnsi="Arial"/>
                <w:color w:val="222222"/>
                <w:sz w:val="15"/>
              </w:rPr>
              <w:t>Oyun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SFE.3.2. Seçilen spor branşında adil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oyun anlayışına uygun davranabilme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 xml:space="preserve">a) Seçilen spor branşında adil oyun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ilkelerini açıklar.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 xml:space="preserve">SDB1.2. Kendini Düzenleme (Öz </w:t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</w:t>
            </w:r>
            <w:r>
              <w:rPr>
                <w:rFonts w:ascii="Arial" w:hAnsi="Arial"/>
                <w:color w:val="222222"/>
                <w:sz w:val="15"/>
              </w:rPr>
              <w:t>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</w:r>
            <w:r>
              <w:rPr>
                <w:rFonts w:ascii="Arial" w:hAnsi="Arial"/>
                <w:color w:val="222222"/>
                <w:sz w:val="15"/>
              </w:rPr>
              <w:lastRenderedPageBreak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*Kût´ül Amâre Zaferi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03-07 Mayıs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30.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Seçili </w:t>
            </w:r>
            <w:r>
              <w:rPr>
                <w:rFonts w:ascii="Arial" w:hAnsi="Arial"/>
                <w:color w:val="222222"/>
                <w:sz w:val="15"/>
              </w:rPr>
              <w:t>Branşta Adil Oyun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SFE.3.2. Seçilen spor branşında adil oyun anlayışına uygun davranabilme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branşında adil oyun anlayışına uygun davranır.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*Trafik ve İlkyardım Haftası</w:t>
            </w:r>
            <w:r>
              <w:rPr>
                <w:rFonts w:ascii="Arial" w:hAnsi="Arial"/>
                <w:color w:val="222222"/>
                <w:sz w:val="15"/>
              </w:rPr>
              <w:br/>
              <w:t>*Anneler Günü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10-14 Mayıs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31.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</w:t>
            </w:r>
            <w:r>
              <w:rPr>
                <w:rFonts w:ascii="Arial" w:hAnsi="Arial"/>
                <w:color w:val="222222"/>
                <w:sz w:val="15"/>
              </w:rPr>
              <w:t xml:space="preserve">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Seçili Branşta Adil Oyun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SFE.3.2. Seçilen spor branşında adil oyun anlayışına uygun davranabilme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branşında adil oyun anlayışına uygun davranır.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</w:t>
            </w:r>
            <w:r>
              <w:rPr>
                <w:rFonts w:ascii="Arial" w:hAnsi="Arial"/>
                <w:color w:val="222222"/>
                <w:sz w:val="15"/>
              </w:rPr>
              <w:t>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*Engelliler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17-21 Mayıs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32.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III. </w:t>
            </w:r>
            <w:r>
              <w:rPr>
                <w:rFonts w:ascii="Arial" w:hAnsi="Arial"/>
                <w:color w:val="222222"/>
                <w:sz w:val="15"/>
              </w:rPr>
              <w:t>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takım/grup liderliği özelliklerini tanır.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</w:t>
            </w:r>
            <w:r>
              <w:rPr>
                <w:rFonts w:ascii="Arial" w:hAnsi="Arial"/>
                <w:color w:val="222222"/>
                <w:sz w:val="15"/>
              </w:rPr>
              <w:t>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*Atatürk'ü Anma ve Gençlik ve Spor Bayra</w:t>
            </w:r>
            <w:r>
              <w:rPr>
                <w:rFonts w:ascii="Arial" w:hAnsi="Arial"/>
                <w:color w:val="222222"/>
                <w:sz w:val="15"/>
              </w:rPr>
              <w:t>mı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24-28 Mayıs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33.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a) Seçilen spor branşında takım/grup liderliği özelliklerini tanır.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</w:t>
            </w:r>
            <w:r>
              <w:rPr>
                <w:rFonts w:ascii="Arial" w:hAnsi="Arial"/>
                <w:color w:val="222222"/>
                <w:sz w:val="15"/>
              </w:rPr>
              <w:t>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*Etik Günü</w:t>
            </w:r>
            <w:r>
              <w:rPr>
                <w:rFonts w:ascii="Arial" w:hAnsi="Arial"/>
                <w:color w:val="222222"/>
                <w:sz w:val="15"/>
              </w:rPr>
              <w:br/>
              <w:t>*İstanbul´un Fethi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31 Mayıs-04 Haziran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34.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b) Seçilen spor branşında </w:t>
            </w:r>
            <w:r>
              <w:rPr>
                <w:rFonts w:ascii="Arial" w:hAnsi="Arial"/>
                <w:color w:val="222222"/>
                <w:sz w:val="15"/>
              </w:rPr>
              <w:t>takım/grup liderliği özelliklerini gösterir.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>D13. Sağlıklı Yaşam</w:t>
            </w:r>
            <w:r>
              <w:rPr>
                <w:rFonts w:ascii="Arial" w:hAnsi="Arial"/>
                <w:color w:val="222222"/>
                <w:sz w:val="15"/>
              </w:rPr>
              <w:br/>
              <w:t>D14. Saygı</w:t>
            </w: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 xml:space="preserve">Öz değerlendirme </w:t>
            </w:r>
            <w:r>
              <w:rPr>
                <w:rFonts w:ascii="Arial" w:hAnsi="Arial"/>
                <w:color w:val="222222"/>
                <w:sz w:val="15"/>
              </w:rPr>
              <w:t>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C67133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07-11 Haziran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35.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III. Ünite: Spor Branşının Taktik Becerilerini Öğreniyorum</w:t>
            </w: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Takım Sporlarında Liderlik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SFE.3.3. Seçilen spor branşında takım/grup liderliği sergileme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b) Seçilen spor branşında</w:t>
            </w:r>
            <w:r>
              <w:rPr>
                <w:rFonts w:ascii="Arial" w:hAnsi="Arial"/>
                <w:color w:val="222222"/>
                <w:sz w:val="15"/>
              </w:rPr>
              <w:t xml:space="preserve"> takım/grup liderliği özelliklerini gösterir.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SDB1.2. Kendini Düzenleme (Öz Düzenleme)</w:t>
            </w:r>
            <w:r>
              <w:rPr>
                <w:rFonts w:ascii="Arial" w:hAnsi="Arial"/>
                <w:color w:val="222222"/>
                <w:sz w:val="15"/>
              </w:rPr>
              <w:br/>
              <w:t>SDB2.1. İletişim</w:t>
            </w:r>
            <w:r>
              <w:rPr>
                <w:rFonts w:ascii="Arial" w:hAnsi="Arial"/>
                <w:color w:val="222222"/>
                <w:sz w:val="15"/>
              </w:rPr>
              <w:br/>
              <w:t>SDB2.2. İş Birliği</w:t>
            </w: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 w:rsidP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D1. Adalet</w:t>
            </w:r>
            <w:r>
              <w:rPr>
                <w:rFonts w:ascii="Arial" w:hAnsi="Arial"/>
                <w:color w:val="222222"/>
                <w:sz w:val="15"/>
              </w:rPr>
              <w:br/>
              <w:t>D3. Çalışkanlık</w:t>
            </w:r>
            <w:r>
              <w:rPr>
                <w:rFonts w:ascii="Arial" w:hAnsi="Arial"/>
                <w:color w:val="222222"/>
                <w:sz w:val="15"/>
              </w:rPr>
              <w:br/>
              <w:t>D6. Dürüstlük</w:t>
            </w:r>
            <w:r>
              <w:rPr>
                <w:rFonts w:ascii="Arial" w:hAnsi="Arial"/>
                <w:color w:val="222222"/>
                <w:sz w:val="15"/>
              </w:rPr>
              <w:br/>
              <w:t>D9. Merhamet</w:t>
            </w:r>
            <w:r>
              <w:rPr>
                <w:rFonts w:ascii="Arial" w:hAnsi="Arial"/>
                <w:color w:val="222222"/>
                <w:sz w:val="15"/>
              </w:rPr>
              <w:br/>
              <w:t>D10. Mütevazılık</w:t>
            </w:r>
            <w:r>
              <w:rPr>
                <w:rFonts w:ascii="Arial" w:hAnsi="Arial"/>
                <w:color w:val="222222"/>
                <w:sz w:val="15"/>
              </w:rPr>
              <w:br/>
              <w:t>D11. Özgürlük</w:t>
            </w:r>
            <w:r>
              <w:rPr>
                <w:rFonts w:ascii="Arial" w:hAnsi="Arial"/>
                <w:color w:val="222222"/>
                <w:sz w:val="15"/>
              </w:rPr>
              <w:br/>
              <w:t xml:space="preserve">D13. Sağlıklı </w:t>
            </w: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DE9D9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C67133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SINAV HAFT</w:t>
            </w:r>
            <w:r w:rsidRPr="00C67133">
              <w:rPr>
                <w:rFonts w:ascii="Arial" w:hAnsi="Arial"/>
                <w:color w:val="222222"/>
                <w:sz w:val="15"/>
                <w:shd w:val="clear" w:color="auto" w:fill="FDE9D9" w:themeFill="accent6" w:themeFillTint="33"/>
              </w:rPr>
              <w:t>A</w:t>
            </w:r>
            <w:r>
              <w:rPr>
                <w:rFonts w:ascii="Arial" w:hAnsi="Arial"/>
                <w:color w:val="222222"/>
                <w:sz w:val="15"/>
              </w:rPr>
              <w:t>SI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Çevre ve İklim Değişikliği Haftası</w:t>
            </w: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lastRenderedPageBreak/>
              <w:t>14-18 Haziran</w:t>
            </w:r>
          </w:p>
        </w:tc>
        <w:tc>
          <w:tcPr>
            <w:tcW w:w="8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36. Hafta</w:t>
            </w:r>
          </w:p>
        </w:tc>
        <w:tc>
          <w:tcPr>
            <w:tcW w:w="622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56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478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*Okul Temelli Planlama</w:t>
            </w:r>
          </w:p>
        </w:tc>
        <w:tc>
          <w:tcPr>
            <w:tcW w:w="1287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22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9F9F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9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21-25 Haziran</w:t>
            </w:r>
          </w:p>
        </w:tc>
        <w:tc>
          <w:tcPr>
            <w:tcW w:w="8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37. Hafta</w:t>
            </w:r>
          </w:p>
        </w:tc>
        <w:tc>
          <w:tcPr>
            <w:tcW w:w="62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  <w:jc w:val="center"/>
            </w:pPr>
            <w:r>
              <w:rPr>
                <w:rFonts w:ascii="Arial" w:hAnsi="Arial"/>
                <w:color w:val="222222"/>
                <w:sz w:val="15"/>
              </w:rPr>
              <w:t>2 Saat</w:t>
            </w:r>
          </w:p>
        </w:tc>
        <w:tc>
          <w:tcPr>
            <w:tcW w:w="131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26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*Sosyal Etkinlik Haftası</w:t>
            </w:r>
          </w:p>
        </w:tc>
        <w:tc>
          <w:tcPr>
            <w:tcW w:w="15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*Sosyal Etkinlik Haftası</w:t>
            </w:r>
          </w:p>
        </w:tc>
        <w:tc>
          <w:tcPr>
            <w:tcW w:w="1478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*Sosyal Etkinlik Haftası</w:t>
            </w:r>
          </w:p>
        </w:tc>
        <w:tc>
          <w:tcPr>
            <w:tcW w:w="128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22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4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  <w:tc>
          <w:tcPr>
            <w:tcW w:w="156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7D485E">
            <w:pPr>
              <w:spacing w:after="0" w:line="252" w:lineRule="auto"/>
            </w:pPr>
            <w:r>
              <w:rPr>
                <w:rFonts w:ascii="Arial" w:hAnsi="Arial"/>
                <w:color w:val="222222"/>
                <w:sz w:val="15"/>
              </w:rPr>
              <w:t>Öz değerlendirme formu</w:t>
            </w:r>
            <w:r>
              <w:rPr>
                <w:rFonts w:ascii="Arial" w:hAnsi="Arial"/>
                <w:color w:val="222222"/>
                <w:sz w:val="15"/>
              </w:rPr>
              <w:br/>
              <w:t>Öğrenme günlüğü</w:t>
            </w:r>
            <w:r>
              <w:rPr>
                <w:rFonts w:ascii="Arial" w:hAnsi="Arial"/>
                <w:color w:val="222222"/>
                <w:sz w:val="15"/>
              </w:rPr>
              <w:br/>
              <w:t>Dereceli puanlama anahtarı</w:t>
            </w:r>
          </w:p>
        </w:tc>
        <w:tc>
          <w:tcPr>
            <w:tcW w:w="1279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15130" w:rsidRDefault="00815130">
            <w:pPr>
              <w:spacing w:after="0" w:line="252" w:lineRule="auto"/>
            </w:pPr>
          </w:p>
        </w:tc>
      </w:tr>
      <w:tr w:rsidR="00815130" w:rsidTr="00030C0C">
        <w:trPr>
          <w:jc w:val="center"/>
        </w:trPr>
        <w:tc>
          <w:tcPr>
            <w:tcW w:w="14848" w:type="dxa"/>
            <w:gridSpan w:val="12"/>
            <w:shd w:val="clear" w:color="auto" w:fill="EAECEE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5130" w:rsidRDefault="007D485E">
            <w:pPr>
              <w:spacing w:after="0"/>
              <w:jc w:val="center"/>
            </w:pPr>
            <w:r>
              <w:rPr>
                <w:rFonts w:ascii="Arial" w:hAnsi="Arial"/>
                <w:b/>
                <w:color w:val="1F497D"/>
                <w:sz w:val="17"/>
              </w:rPr>
              <w:t>2026-2027 Eğitim-Öğretim Yılı Sonu</w:t>
            </w:r>
          </w:p>
        </w:tc>
      </w:tr>
    </w:tbl>
    <w:p w:rsidR="00815130" w:rsidRDefault="007D485E">
      <w:pPr>
        <w:spacing w:before="240" w:after="80"/>
      </w:pPr>
      <w:r>
        <w:rPr>
          <w:rFonts w:ascii="Arial" w:hAnsi="Arial"/>
          <w:b/>
          <w:sz w:val="17"/>
        </w:rPr>
        <w:t xml:space="preserve">NOT: İşbu Ünitelendirilmiş Yıllık Ders </w:t>
      </w:r>
      <w:r>
        <w:rPr>
          <w:rFonts w:ascii="Arial" w:hAnsi="Arial"/>
          <w:b/>
          <w:sz w:val="17"/>
        </w:rPr>
        <w:t>Planı;</w:t>
      </w:r>
    </w:p>
    <w:p w:rsidR="00815130" w:rsidRDefault="007D485E">
      <w:pPr>
        <w:spacing w:after="240"/>
      </w:pPr>
      <w:r>
        <w:rPr>
          <w:rFonts w:ascii="Arial" w:hAnsi="Arial"/>
          <w:color w:val="333333"/>
          <w:sz w:val="16"/>
        </w:rPr>
        <w:t>• T.C. Millî Eğitim Bakanlığı Talim ve Terbiye Kurulu Başkanlığının yayınladığı Çerçeve Öğretim Programı, Ders Bilgi Formları ve Türkiye Yüzyılı Maarif Modeli esasları dikkate alınarak yapılmıştır.</w:t>
      </w:r>
      <w:r>
        <w:rPr>
          <w:rFonts w:ascii="Arial" w:hAnsi="Arial"/>
          <w:color w:val="333333"/>
          <w:sz w:val="16"/>
        </w:rPr>
        <w:br/>
        <w:t>• 5. SINIF Spor ve Fiziki Etkinlikler dersi planı h</w:t>
      </w:r>
      <w:r>
        <w:rPr>
          <w:rFonts w:ascii="Arial" w:hAnsi="Arial"/>
          <w:color w:val="333333"/>
          <w:sz w:val="16"/>
        </w:rPr>
        <w:t>azırlanırken Talim ve Terbiye Kurulu’nun bu ders için en son yayımlamış olduğu 2026 Çerçeve Öğretim Programı dikkate alınmıştır.</w:t>
      </w:r>
      <w:r>
        <w:rPr>
          <w:rFonts w:ascii="Arial" w:hAnsi="Arial"/>
          <w:color w:val="333333"/>
          <w:sz w:val="16"/>
        </w:rPr>
        <w:br/>
        <w:t>• Ders plan hazırlanırken Ders Bilgi Formlarında verilen Tema/Ünite süreleri dikkate alınmıştır.</w:t>
      </w:r>
    </w:p>
    <w:tbl>
      <w:tblPr>
        <w:tblW w:w="0" w:type="auto"/>
        <w:jc w:val="center"/>
        <w:tblLook w:val="04A0"/>
      </w:tblPr>
      <w:tblGrid>
        <w:gridCol w:w="7200"/>
        <w:gridCol w:w="7200"/>
      </w:tblGrid>
      <w:tr w:rsidR="00815130">
        <w:trPr>
          <w:jc w:val="center"/>
        </w:trPr>
        <w:tc>
          <w:tcPr>
            <w:tcW w:w="7200" w:type="dxa"/>
          </w:tcPr>
          <w:p w:rsidR="00815130" w:rsidRDefault="007D485E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Zümre Öğretmenleri</w:t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br/>
              <w:t>Zeki DOĞ</w:t>
            </w:r>
            <w:r>
              <w:rPr>
                <w:rFonts w:ascii="Arial" w:hAnsi="Arial"/>
                <w:b/>
                <w:sz w:val="18"/>
              </w:rPr>
              <w:t>AN</w:t>
            </w:r>
          </w:p>
        </w:tc>
        <w:tc>
          <w:tcPr>
            <w:tcW w:w="7200" w:type="dxa"/>
          </w:tcPr>
          <w:p w:rsidR="00815130" w:rsidRDefault="007D485E">
            <w:pPr>
              <w:spacing w:after="0"/>
              <w:jc w:val="right"/>
            </w:pPr>
            <w:r>
              <w:rPr>
                <w:rFonts w:ascii="Arial" w:hAnsi="Arial"/>
                <w:b/>
                <w:sz w:val="18"/>
              </w:rPr>
              <w:t>16.09.2026</w:t>
            </w:r>
            <w:r>
              <w:rPr>
                <w:rFonts w:ascii="Arial" w:hAnsi="Arial"/>
                <w:b/>
                <w:sz w:val="18"/>
              </w:rPr>
              <w:br/>
              <w:t>MEHMET DARDAĞAN</w:t>
            </w:r>
            <w:r>
              <w:rPr>
                <w:rFonts w:ascii="Arial" w:hAnsi="Arial"/>
                <w:b/>
                <w:sz w:val="18"/>
              </w:rPr>
              <w:br/>
              <w:t>Okul Müdürü</w:t>
            </w:r>
          </w:p>
        </w:tc>
      </w:tr>
    </w:tbl>
    <w:p w:rsidR="00815130" w:rsidRDefault="007D485E">
      <w:pPr>
        <w:spacing w:before="320" w:after="0"/>
        <w:jc w:val="center"/>
      </w:pPr>
      <w:r>
        <w:rPr>
          <w:rFonts w:ascii="Arial" w:hAnsi="Arial"/>
          <w:i/>
          <w:color w:val="888888"/>
          <w:sz w:val="14"/>
        </w:rPr>
        <w:t>Bu dosya Öğretmen Evrak uygulaması tarafından Zeki Doğan (65845) için 1789578489 zaman damgasında üretilmiştir. Paylaşılması yasaktır.</w:t>
      </w:r>
    </w:p>
    <w:sectPr w:rsidR="00815130" w:rsidSect="00034616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0C0C"/>
    <w:rsid w:val="00034616"/>
    <w:rsid w:val="0006063C"/>
    <w:rsid w:val="0015074B"/>
    <w:rsid w:val="0029639D"/>
    <w:rsid w:val="00326F90"/>
    <w:rsid w:val="004F3E71"/>
    <w:rsid w:val="007D485E"/>
    <w:rsid w:val="00815130"/>
    <w:rsid w:val="00AA1D8D"/>
    <w:rsid w:val="00B47730"/>
    <w:rsid w:val="00C67133"/>
    <w:rsid w:val="00CB0664"/>
    <w:rsid w:val="00FC693F"/>
    <w:rsid w:val="00FE4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98CBAE-0E7F-4AAB-832E-AB8D76E49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2748</Words>
  <Characters>15666</Characters>
  <Application>Microsoft Office Word</Application>
  <DocSecurity>0</DocSecurity>
  <Lines>130</Lines>
  <Paragraphs>36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18378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2026-09-16T17:22:00Z</dcterms:created>
  <dcterms:modified xsi:type="dcterms:W3CDTF">2026-09-16T17:22:00Z</dcterms:modified>
</cp:coreProperties>
</file>