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019" w:rsidRDefault="004F40CF">
      <w:pPr>
        <w:spacing w:after="40"/>
        <w:jc w:val="center"/>
        <w:rPr>
          <w:rFonts w:ascii="Calibri" w:hAnsi="Calibri"/>
          <w:b/>
          <w:color w:val="1E3A8A"/>
          <w:sz w:val="20"/>
        </w:rPr>
      </w:pPr>
      <w:r>
        <w:rPr>
          <w:rFonts w:ascii="Calibri" w:hAnsi="Calibri"/>
          <w:b/>
          <w:color w:val="1E3A8A"/>
          <w:sz w:val="20"/>
        </w:rPr>
        <w:t xml:space="preserve">2026-2027 EĞİTİM ÖĞRETİM YILI </w:t>
      </w:r>
      <w:r w:rsidR="007E69E6">
        <w:rPr>
          <w:rFonts w:ascii="Calibri" w:hAnsi="Calibri"/>
          <w:b/>
          <w:color w:val="1E3A8A"/>
          <w:sz w:val="20"/>
        </w:rPr>
        <w:t xml:space="preserve">BAYRAMYAZI ORTAOKULU </w:t>
      </w:r>
      <w:r>
        <w:rPr>
          <w:rFonts w:ascii="Calibri" w:hAnsi="Calibri"/>
          <w:b/>
          <w:color w:val="1E3A8A"/>
          <w:sz w:val="20"/>
        </w:rPr>
        <w:t>5.SIN</w:t>
      </w:r>
      <w:r w:rsidR="007E69E6">
        <w:rPr>
          <w:rFonts w:ascii="Calibri" w:hAnsi="Calibri"/>
          <w:b/>
          <w:color w:val="1E3A8A"/>
          <w:sz w:val="20"/>
        </w:rPr>
        <w:t xml:space="preserve">IF SOSYAL BİLGİLER DERSİ </w:t>
      </w:r>
      <w:r>
        <w:rPr>
          <w:rFonts w:ascii="Calibri" w:hAnsi="Calibri"/>
          <w:b/>
          <w:color w:val="1E3A8A"/>
          <w:sz w:val="20"/>
        </w:rPr>
        <w:t>ÇERÇEVE YILLIK PLANI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792"/>
        <w:gridCol w:w="1008"/>
        <w:gridCol w:w="652"/>
        <w:gridCol w:w="1152"/>
        <w:gridCol w:w="1224"/>
        <w:gridCol w:w="13"/>
        <w:gridCol w:w="1499"/>
        <w:gridCol w:w="1656"/>
        <w:gridCol w:w="10"/>
        <w:gridCol w:w="1218"/>
        <w:gridCol w:w="1152"/>
        <w:gridCol w:w="1008"/>
        <w:gridCol w:w="1152"/>
        <w:gridCol w:w="11"/>
        <w:gridCol w:w="997"/>
        <w:gridCol w:w="1298"/>
        <w:gridCol w:w="1224"/>
        <w:gridCol w:w="10"/>
      </w:tblGrid>
      <w:tr w:rsidR="004F40CF" w:rsidTr="008E6D36">
        <w:trPr>
          <w:trHeight w:val="443"/>
          <w:jc w:val="center"/>
        </w:trPr>
        <w:tc>
          <w:tcPr>
            <w:tcW w:w="2452" w:type="dxa"/>
            <w:gridSpan w:val="3"/>
            <w:shd w:val="clear" w:color="auto" w:fill="DAEEF3" w:themeFill="accent5" w:themeFillTint="33"/>
          </w:tcPr>
          <w:p w:rsidR="004F40CF" w:rsidRDefault="00D018BF" w:rsidP="00D018BF">
            <w:pPr>
              <w:spacing w:after="0"/>
              <w:jc w:val="center"/>
              <w:rPr>
                <w:rFonts w:ascii="Calibri" w:hAnsi="Calibri"/>
                <w:b/>
                <w:color w:val="FFFFFF"/>
                <w:sz w:val="14"/>
              </w:rPr>
            </w:pPr>
            <w:r w:rsidRPr="00D018BF">
              <w:rPr>
                <w:rFonts w:ascii="Calibri" w:hAnsi="Calibri"/>
                <w:b/>
                <w:sz w:val="14"/>
              </w:rPr>
              <w:t>S</w:t>
            </w:r>
            <w:r w:rsidR="008B7F18" w:rsidRPr="00D018BF">
              <w:rPr>
                <w:rFonts w:ascii="Calibri" w:hAnsi="Calibri"/>
                <w:b/>
                <w:sz w:val="14"/>
              </w:rPr>
              <w:t>Ü</w:t>
            </w:r>
            <w:r w:rsidR="008B7F18">
              <w:rPr>
                <w:rFonts w:ascii="Calibri" w:hAnsi="Calibri"/>
                <w:b/>
                <w:sz w:val="14"/>
              </w:rPr>
              <w:t>RE</w:t>
            </w:r>
          </w:p>
        </w:tc>
        <w:tc>
          <w:tcPr>
            <w:tcW w:w="2389" w:type="dxa"/>
            <w:gridSpan w:val="3"/>
            <w:shd w:val="clear" w:color="auto" w:fill="DAEEF3" w:themeFill="accent5" w:themeFillTint="33"/>
          </w:tcPr>
          <w:p w:rsidR="004F40CF" w:rsidRPr="008B7F18" w:rsidRDefault="008B7F18" w:rsidP="00D018BF">
            <w:pPr>
              <w:jc w:val="center"/>
              <w:rPr>
                <w:rFonts w:ascii="Calibri" w:hAnsi="Calibri"/>
                <w:b/>
                <w:sz w:val="14"/>
              </w:rPr>
            </w:pPr>
            <w:r w:rsidRPr="008B7F18">
              <w:rPr>
                <w:rFonts w:ascii="Calibri" w:hAnsi="Calibri"/>
                <w:b/>
                <w:sz w:val="14"/>
              </w:rPr>
              <w:t>ÜNİTE/TEMA/ÖĞRENME ALANI - İÇERİK ÇERÇEVESİ</w:t>
            </w:r>
          </w:p>
        </w:tc>
        <w:tc>
          <w:tcPr>
            <w:tcW w:w="3165" w:type="dxa"/>
            <w:gridSpan w:val="3"/>
            <w:shd w:val="clear" w:color="auto" w:fill="DAEEF3" w:themeFill="accent5" w:themeFillTint="33"/>
          </w:tcPr>
          <w:p w:rsidR="004F40CF" w:rsidRPr="008B7F18" w:rsidRDefault="008B7F18" w:rsidP="00D018BF">
            <w:pPr>
              <w:jc w:val="center"/>
              <w:rPr>
                <w:rFonts w:ascii="Calibri" w:hAnsi="Calibri"/>
                <w:b/>
                <w:sz w:val="14"/>
              </w:rPr>
            </w:pPr>
            <w:r>
              <w:rPr>
                <w:rFonts w:ascii="Calibri" w:hAnsi="Calibri"/>
                <w:b/>
                <w:sz w:val="14"/>
              </w:rPr>
              <w:t>ÖĞRENME ÇIKTILARI VE SÜREÇ BİLEŞENLERİ</w:t>
            </w:r>
          </w:p>
        </w:tc>
        <w:tc>
          <w:tcPr>
            <w:tcW w:w="1218" w:type="dxa"/>
            <w:shd w:val="clear" w:color="auto" w:fill="DAEEF3" w:themeFill="accent5" w:themeFillTint="33"/>
          </w:tcPr>
          <w:p w:rsidR="004F40CF" w:rsidRPr="008B7F18" w:rsidRDefault="008B7F18" w:rsidP="00D018BF">
            <w:pPr>
              <w:jc w:val="center"/>
              <w:rPr>
                <w:rFonts w:ascii="Calibri" w:hAnsi="Calibri"/>
                <w:b/>
                <w:sz w:val="14"/>
              </w:rPr>
            </w:pPr>
            <w:r>
              <w:rPr>
                <w:rFonts w:ascii="Calibri" w:hAnsi="Calibri"/>
                <w:b/>
                <w:sz w:val="14"/>
              </w:rPr>
              <w:t>ÖĞRENME KANITLARI</w:t>
            </w:r>
          </w:p>
        </w:tc>
        <w:tc>
          <w:tcPr>
            <w:tcW w:w="3323" w:type="dxa"/>
            <w:gridSpan w:val="4"/>
            <w:shd w:val="clear" w:color="auto" w:fill="DAEEF3" w:themeFill="accent5" w:themeFillTint="33"/>
          </w:tcPr>
          <w:p w:rsidR="004F40CF" w:rsidRPr="008B7F18" w:rsidRDefault="008B7F18" w:rsidP="00D018BF">
            <w:pPr>
              <w:jc w:val="center"/>
              <w:rPr>
                <w:rFonts w:ascii="Calibri" w:hAnsi="Calibri"/>
                <w:b/>
                <w:sz w:val="14"/>
              </w:rPr>
            </w:pPr>
            <w:r>
              <w:rPr>
                <w:rFonts w:ascii="Calibri" w:hAnsi="Calibri"/>
                <w:b/>
                <w:sz w:val="14"/>
              </w:rPr>
              <w:t>PROGRAMLAR ARASI BİLEŞENLER</w:t>
            </w:r>
          </w:p>
        </w:tc>
        <w:tc>
          <w:tcPr>
            <w:tcW w:w="997" w:type="dxa"/>
            <w:shd w:val="clear" w:color="auto" w:fill="DAEEF3" w:themeFill="accent5" w:themeFillTint="33"/>
          </w:tcPr>
          <w:p w:rsidR="004F40CF" w:rsidRPr="008B7F18" w:rsidRDefault="008B7F18" w:rsidP="00D018BF">
            <w:pPr>
              <w:jc w:val="center"/>
              <w:rPr>
                <w:rFonts w:ascii="Calibri" w:hAnsi="Calibri"/>
                <w:b/>
                <w:sz w:val="14"/>
              </w:rPr>
            </w:pPr>
            <w:r>
              <w:rPr>
                <w:rFonts w:ascii="Calibri" w:hAnsi="Calibri"/>
                <w:b/>
                <w:sz w:val="14"/>
              </w:rPr>
              <w:t>BELİRLİ GÜN VE HAFTALAR</w:t>
            </w:r>
          </w:p>
        </w:tc>
        <w:tc>
          <w:tcPr>
            <w:tcW w:w="1298" w:type="dxa"/>
            <w:shd w:val="clear" w:color="auto" w:fill="DAEEF3" w:themeFill="accent5" w:themeFillTint="33"/>
          </w:tcPr>
          <w:p w:rsidR="004F40CF" w:rsidRPr="008B7F18" w:rsidRDefault="008B7F18" w:rsidP="00D018BF">
            <w:pPr>
              <w:jc w:val="center"/>
              <w:rPr>
                <w:rFonts w:ascii="Calibri" w:hAnsi="Calibri"/>
                <w:b/>
                <w:sz w:val="14"/>
              </w:rPr>
            </w:pPr>
            <w:r>
              <w:rPr>
                <w:rFonts w:ascii="Calibri" w:hAnsi="Calibri"/>
                <w:b/>
                <w:sz w:val="14"/>
              </w:rPr>
              <w:t>FARKLILAŞTIRMA</w:t>
            </w:r>
          </w:p>
        </w:tc>
        <w:tc>
          <w:tcPr>
            <w:tcW w:w="1234" w:type="dxa"/>
            <w:gridSpan w:val="2"/>
            <w:shd w:val="clear" w:color="auto" w:fill="DAEEF3" w:themeFill="accent5" w:themeFillTint="33"/>
          </w:tcPr>
          <w:p w:rsidR="004F40CF" w:rsidRPr="008B7F18" w:rsidRDefault="008B7F18" w:rsidP="00D018BF">
            <w:pPr>
              <w:jc w:val="center"/>
              <w:rPr>
                <w:rFonts w:ascii="Calibri" w:hAnsi="Calibri"/>
                <w:b/>
                <w:sz w:val="14"/>
              </w:rPr>
            </w:pPr>
            <w:r w:rsidRPr="008B7F18">
              <w:rPr>
                <w:rFonts w:ascii="Calibri" w:hAnsi="Calibri"/>
                <w:b/>
                <w:sz w:val="14"/>
              </w:rPr>
              <w:t>OKULTEMELLİ PLANLAMA</w:t>
            </w:r>
          </w:p>
        </w:tc>
      </w:tr>
      <w:tr w:rsidR="00FD1019" w:rsidTr="008E6D36">
        <w:tblPrEx>
          <w:tblCellMar>
            <w:left w:w="108" w:type="dxa"/>
            <w:right w:w="108" w:type="dxa"/>
          </w:tblCellMar>
          <w:tblLook w:val="04A0"/>
        </w:tblPrEx>
        <w:trPr>
          <w:gridAfter w:val="1"/>
          <w:wAfter w:w="10" w:type="dxa"/>
          <w:tblHeader/>
          <w:jc w:val="center"/>
        </w:trPr>
        <w:tc>
          <w:tcPr>
            <w:tcW w:w="792" w:type="dxa"/>
            <w:shd w:val="clear" w:color="auto" w:fill="1E3A8A"/>
            <w:tcMar>
              <w:top w:w="40" w:type="dxa"/>
              <w:left w:w="20" w:type="dxa"/>
              <w:bottom w:w="40" w:type="dxa"/>
              <w:right w:w="20" w:type="dxa"/>
            </w:tcMar>
            <w:vAlign w:val="center"/>
          </w:tcPr>
          <w:p w:rsidR="00FD1019" w:rsidRDefault="004F40CF" w:rsidP="004F40CF">
            <w:pPr>
              <w:spacing w:after="0"/>
              <w:jc w:val="center"/>
            </w:pPr>
            <w:r>
              <w:rPr>
                <w:rFonts w:ascii="Calibri" w:hAnsi="Calibri"/>
                <w:b/>
                <w:color w:val="FFFFFF"/>
                <w:sz w:val="14"/>
              </w:rPr>
              <w:t>AY</w:t>
            </w:r>
          </w:p>
        </w:tc>
        <w:tc>
          <w:tcPr>
            <w:tcW w:w="1008" w:type="dxa"/>
            <w:shd w:val="clear" w:color="auto" w:fill="1E3A8A"/>
            <w:tcMar>
              <w:top w:w="40" w:type="dxa"/>
              <w:left w:w="20" w:type="dxa"/>
              <w:bottom w:w="40" w:type="dxa"/>
              <w:right w:w="20" w:type="dxa"/>
            </w:tcMar>
            <w:vAlign w:val="center"/>
          </w:tcPr>
          <w:p w:rsidR="00FD1019" w:rsidRDefault="004F40CF" w:rsidP="004F40CF">
            <w:pPr>
              <w:spacing w:after="0"/>
              <w:jc w:val="center"/>
            </w:pPr>
            <w:r>
              <w:rPr>
                <w:rFonts w:ascii="Calibri" w:hAnsi="Calibri"/>
                <w:b/>
                <w:color w:val="FFFFFF"/>
                <w:sz w:val="14"/>
              </w:rPr>
              <w:t>HAFTA</w:t>
            </w:r>
          </w:p>
        </w:tc>
        <w:tc>
          <w:tcPr>
            <w:tcW w:w="652" w:type="dxa"/>
            <w:shd w:val="clear" w:color="auto" w:fill="1E3A8A"/>
            <w:tcMar>
              <w:top w:w="40" w:type="dxa"/>
              <w:left w:w="20" w:type="dxa"/>
              <w:bottom w:w="40" w:type="dxa"/>
              <w:right w:w="20" w:type="dxa"/>
            </w:tcMar>
            <w:vAlign w:val="center"/>
          </w:tcPr>
          <w:p w:rsidR="00FD1019" w:rsidRDefault="004F40CF" w:rsidP="004F40CF">
            <w:pPr>
              <w:spacing w:after="0"/>
              <w:jc w:val="center"/>
            </w:pPr>
            <w:r>
              <w:rPr>
                <w:rFonts w:ascii="Calibri" w:hAnsi="Calibri"/>
                <w:b/>
                <w:color w:val="FFFFFF"/>
                <w:sz w:val="14"/>
              </w:rPr>
              <w:t>SAAT</w:t>
            </w:r>
          </w:p>
        </w:tc>
        <w:tc>
          <w:tcPr>
            <w:tcW w:w="1152" w:type="dxa"/>
            <w:shd w:val="clear" w:color="auto" w:fill="1E3A8A"/>
            <w:tcMar>
              <w:top w:w="40" w:type="dxa"/>
              <w:left w:w="20" w:type="dxa"/>
              <w:bottom w:w="40" w:type="dxa"/>
              <w:right w:w="20" w:type="dxa"/>
            </w:tcMar>
            <w:vAlign w:val="center"/>
          </w:tcPr>
          <w:p w:rsidR="00FD1019" w:rsidRDefault="004F40CF" w:rsidP="004F40CF">
            <w:pPr>
              <w:spacing w:after="0"/>
              <w:jc w:val="center"/>
            </w:pPr>
            <w:r>
              <w:rPr>
                <w:rFonts w:ascii="Calibri" w:hAnsi="Calibri"/>
                <w:b/>
                <w:color w:val="FFFFFF"/>
                <w:sz w:val="14"/>
              </w:rPr>
              <w:t>ÖĞRENME ALANI</w:t>
            </w:r>
          </w:p>
        </w:tc>
        <w:tc>
          <w:tcPr>
            <w:tcW w:w="1224" w:type="dxa"/>
            <w:shd w:val="clear" w:color="auto" w:fill="1E3A8A"/>
            <w:tcMar>
              <w:top w:w="40" w:type="dxa"/>
              <w:left w:w="20" w:type="dxa"/>
              <w:bottom w:w="40" w:type="dxa"/>
              <w:right w:w="20" w:type="dxa"/>
            </w:tcMar>
            <w:vAlign w:val="center"/>
          </w:tcPr>
          <w:p w:rsidR="00FD1019" w:rsidRDefault="004F40CF" w:rsidP="004F40CF">
            <w:pPr>
              <w:spacing w:after="0"/>
              <w:jc w:val="center"/>
            </w:pPr>
            <w:r>
              <w:rPr>
                <w:rFonts w:ascii="Calibri" w:hAnsi="Calibri"/>
                <w:b/>
                <w:color w:val="FFFFFF"/>
                <w:sz w:val="14"/>
              </w:rPr>
              <w:t>İÇERİK ÇERÇEVESİ</w:t>
            </w:r>
          </w:p>
        </w:tc>
        <w:tc>
          <w:tcPr>
            <w:tcW w:w="1512" w:type="dxa"/>
            <w:gridSpan w:val="2"/>
            <w:shd w:val="clear" w:color="auto" w:fill="1E3A8A"/>
            <w:tcMar>
              <w:top w:w="40" w:type="dxa"/>
              <w:left w:w="20" w:type="dxa"/>
              <w:bottom w:w="40" w:type="dxa"/>
              <w:right w:w="20" w:type="dxa"/>
            </w:tcMar>
            <w:vAlign w:val="center"/>
          </w:tcPr>
          <w:p w:rsidR="00FD1019" w:rsidRDefault="004F40CF" w:rsidP="004F40CF">
            <w:pPr>
              <w:spacing w:after="0"/>
              <w:jc w:val="center"/>
            </w:pPr>
            <w:r>
              <w:rPr>
                <w:rFonts w:ascii="Calibri" w:hAnsi="Calibri"/>
                <w:b/>
                <w:color w:val="FFFFFF"/>
                <w:sz w:val="14"/>
              </w:rPr>
              <w:t>ÖĞRENME ÇIKTILARI</w:t>
            </w:r>
          </w:p>
        </w:tc>
        <w:tc>
          <w:tcPr>
            <w:tcW w:w="1656" w:type="dxa"/>
            <w:shd w:val="clear" w:color="auto" w:fill="1E3A8A"/>
            <w:tcMar>
              <w:top w:w="40" w:type="dxa"/>
              <w:left w:w="20" w:type="dxa"/>
              <w:bottom w:w="40" w:type="dxa"/>
              <w:right w:w="20" w:type="dxa"/>
            </w:tcMar>
            <w:vAlign w:val="center"/>
          </w:tcPr>
          <w:p w:rsidR="00FD1019" w:rsidRDefault="004F40CF" w:rsidP="004F40CF">
            <w:pPr>
              <w:spacing w:after="0"/>
              <w:jc w:val="center"/>
            </w:pPr>
            <w:r>
              <w:rPr>
                <w:rFonts w:ascii="Calibri" w:hAnsi="Calibri"/>
                <w:b/>
                <w:color w:val="FFFFFF"/>
                <w:sz w:val="14"/>
              </w:rPr>
              <w:t>SÜREÇ BİLEŞENLERİ</w:t>
            </w:r>
          </w:p>
        </w:tc>
        <w:tc>
          <w:tcPr>
            <w:tcW w:w="1228" w:type="dxa"/>
            <w:gridSpan w:val="2"/>
            <w:shd w:val="clear" w:color="auto" w:fill="1E3A8A"/>
            <w:tcMar>
              <w:top w:w="40" w:type="dxa"/>
              <w:left w:w="20" w:type="dxa"/>
              <w:bottom w:w="40" w:type="dxa"/>
              <w:right w:w="20" w:type="dxa"/>
            </w:tcMar>
            <w:vAlign w:val="center"/>
          </w:tcPr>
          <w:p w:rsidR="00FD1019" w:rsidRDefault="004F40CF" w:rsidP="004F40CF">
            <w:pPr>
              <w:spacing w:after="0"/>
              <w:jc w:val="center"/>
            </w:pPr>
            <w:r>
              <w:rPr>
                <w:rFonts w:ascii="Calibri" w:hAnsi="Calibri"/>
                <w:b/>
                <w:color w:val="FFFFFF"/>
                <w:sz w:val="14"/>
              </w:rPr>
              <w:t>ÖLÇME VE DEĞERLENDİRME</w:t>
            </w:r>
          </w:p>
        </w:tc>
        <w:tc>
          <w:tcPr>
            <w:tcW w:w="1152" w:type="dxa"/>
            <w:shd w:val="clear" w:color="auto" w:fill="1E3A8A"/>
            <w:tcMar>
              <w:top w:w="40" w:type="dxa"/>
              <w:left w:w="20" w:type="dxa"/>
              <w:bottom w:w="40" w:type="dxa"/>
              <w:right w:w="20" w:type="dxa"/>
            </w:tcMar>
            <w:vAlign w:val="center"/>
          </w:tcPr>
          <w:p w:rsidR="00FD1019" w:rsidRDefault="004F40CF" w:rsidP="004F40CF">
            <w:pPr>
              <w:spacing w:after="0"/>
              <w:jc w:val="center"/>
            </w:pPr>
            <w:r>
              <w:rPr>
                <w:rFonts w:ascii="Calibri" w:hAnsi="Calibri"/>
                <w:b/>
                <w:color w:val="FFFFFF"/>
                <w:sz w:val="14"/>
              </w:rPr>
              <w:t>SOSYAL-DUYGUSAL BECERİLER</w:t>
            </w:r>
          </w:p>
        </w:tc>
        <w:tc>
          <w:tcPr>
            <w:tcW w:w="1008" w:type="dxa"/>
            <w:shd w:val="clear" w:color="auto" w:fill="1E3A8A"/>
            <w:tcMar>
              <w:top w:w="40" w:type="dxa"/>
              <w:left w:w="20" w:type="dxa"/>
              <w:bottom w:w="40" w:type="dxa"/>
              <w:right w:w="20" w:type="dxa"/>
            </w:tcMar>
            <w:vAlign w:val="center"/>
          </w:tcPr>
          <w:p w:rsidR="00FD1019" w:rsidRDefault="004F40CF" w:rsidP="004F40CF">
            <w:pPr>
              <w:spacing w:after="0"/>
              <w:jc w:val="center"/>
            </w:pPr>
            <w:r>
              <w:rPr>
                <w:rFonts w:ascii="Calibri" w:hAnsi="Calibri"/>
                <w:b/>
                <w:color w:val="FFFFFF"/>
                <w:sz w:val="14"/>
              </w:rPr>
              <w:t>DEĞERLER</w:t>
            </w:r>
          </w:p>
        </w:tc>
        <w:tc>
          <w:tcPr>
            <w:tcW w:w="1152" w:type="dxa"/>
            <w:shd w:val="clear" w:color="auto" w:fill="1E3A8A"/>
            <w:tcMar>
              <w:top w:w="40" w:type="dxa"/>
              <w:left w:w="20" w:type="dxa"/>
              <w:bottom w:w="40" w:type="dxa"/>
              <w:right w:w="20" w:type="dxa"/>
            </w:tcMar>
            <w:vAlign w:val="center"/>
          </w:tcPr>
          <w:p w:rsidR="00FD1019" w:rsidRDefault="004F40CF" w:rsidP="004F40CF">
            <w:pPr>
              <w:spacing w:after="0"/>
              <w:jc w:val="center"/>
            </w:pPr>
            <w:r>
              <w:rPr>
                <w:rFonts w:ascii="Calibri" w:hAnsi="Calibri"/>
                <w:b/>
                <w:color w:val="FFFFFF"/>
                <w:sz w:val="14"/>
              </w:rPr>
              <w:t>OKURYAZARLIK BECERİLERİ</w:t>
            </w:r>
          </w:p>
        </w:tc>
        <w:tc>
          <w:tcPr>
            <w:tcW w:w="1008" w:type="dxa"/>
            <w:gridSpan w:val="2"/>
            <w:shd w:val="clear" w:color="auto" w:fill="1E3A8A"/>
            <w:tcMar>
              <w:top w:w="40" w:type="dxa"/>
              <w:left w:w="20" w:type="dxa"/>
              <w:bottom w:w="40" w:type="dxa"/>
              <w:right w:w="20" w:type="dxa"/>
            </w:tcMar>
            <w:vAlign w:val="center"/>
          </w:tcPr>
          <w:p w:rsidR="00FD1019" w:rsidRDefault="004F40CF" w:rsidP="004F40CF">
            <w:pPr>
              <w:spacing w:after="0"/>
              <w:jc w:val="center"/>
            </w:pPr>
            <w:r>
              <w:rPr>
                <w:rFonts w:ascii="Calibri" w:hAnsi="Calibri"/>
                <w:b/>
                <w:color w:val="FFFFFF"/>
                <w:sz w:val="14"/>
              </w:rPr>
              <w:t>BELİRLİ GÜN VE HAFTALAR</w:t>
            </w:r>
          </w:p>
        </w:tc>
        <w:tc>
          <w:tcPr>
            <w:tcW w:w="1298" w:type="dxa"/>
            <w:shd w:val="clear" w:color="auto" w:fill="1E3A8A"/>
            <w:tcMar>
              <w:top w:w="40" w:type="dxa"/>
              <w:left w:w="20" w:type="dxa"/>
              <w:bottom w:w="40" w:type="dxa"/>
              <w:right w:w="20" w:type="dxa"/>
            </w:tcMar>
            <w:vAlign w:val="center"/>
          </w:tcPr>
          <w:p w:rsidR="00FD1019" w:rsidRDefault="004F40CF" w:rsidP="004F40CF">
            <w:pPr>
              <w:spacing w:after="0"/>
              <w:jc w:val="center"/>
            </w:pPr>
            <w:r>
              <w:rPr>
                <w:rFonts w:ascii="Calibri" w:hAnsi="Calibri"/>
                <w:b/>
                <w:color w:val="FFFFFF"/>
                <w:sz w:val="14"/>
              </w:rPr>
              <w:t>FARKLILAŞTIRMA</w:t>
            </w:r>
          </w:p>
        </w:tc>
        <w:tc>
          <w:tcPr>
            <w:tcW w:w="1224" w:type="dxa"/>
            <w:shd w:val="clear" w:color="auto" w:fill="1E3A8A"/>
            <w:tcMar>
              <w:top w:w="40" w:type="dxa"/>
              <w:left w:w="20" w:type="dxa"/>
              <w:bottom w:w="40" w:type="dxa"/>
              <w:right w:w="20" w:type="dxa"/>
            </w:tcMar>
            <w:vAlign w:val="center"/>
          </w:tcPr>
          <w:p w:rsidR="00FD1019" w:rsidRDefault="004F40CF" w:rsidP="004F40CF">
            <w:pPr>
              <w:spacing w:after="0"/>
              <w:jc w:val="center"/>
            </w:pPr>
            <w:r>
              <w:rPr>
                <w:rFonts w:ascii="Calibri" w:hAnsi="Calibri"/>
                <w:b/>
                <w:color w:val="FFFFFF"/>
                <w:sz w:val="14"/>
              </w:rPr>
              <w:t>OKUL TEMELLİ PLANLAMA</w:t>
            </w:r>
          </w:p>
        </w:tc>
      </w:tr>
      <w:tr w:rsidR="00395A4C" w:rsidRPr="0078123B" w:rsidTr="003332B0">
        <w:tblPrEx>
          <w:tblCellMar>
            <w:left w:w="108" w:type="dxa"/>
            <w:right w:w="108" w:type="dxa"/>
          </w:tblCellMar>
          <w:tblLook w:val="04A0"/>
        </w:tblPrEx>
        <w:trPr>
          <w:gridAfter w:val="1"/>
          <w:wAfter w:w="10" w:type="dxa"/>
          <w:trHeight w:val="831"/>
          <w:jc w:val="center"/>
        </w:trPr>
        <w:tc>
          <w:tcPr>
            <w:tcW w:w="792" w:type="dxa"/>
            <w:vMerge w:val="restart"/>
            <w:shd w:val="clear" w:color="auto" w:fill="F8FAFC"/>
            <w:tcMar>
              <w:top w:w="20" w:type="dxa"/>
              <w:left w:w="20" w:type="dxa"/>
              <w:bottom w:w="20" w:type="dxa"/>
              <w:right w:w="20" w:type="dxa"/>
            </w:tcMar>
          </w:tcPr>
          <w:p w:rsidR="00395A4C" w:rsidRPr="0078123B" w:rsidRDefault="00395A4C" w:rsidP="004F40CF">
            <w:pPr>
              <w:spacing w:after="0" w:line="240" w:lineRule="auto"/>
              <w:jc w:val="center"/>
            </w:pPr>
            <w:r w:rsidRPr="0078123B">
              <w:rPr>
                <w:rFonts w:ascii="Calibri" w:hAnsi="Calibri"/>
                <w:sz w:val="12"/>
              </w:rPr>
              <w:t>EYLÜL</w:t>
            </w:r>
          </w:p>
        </w:tc>
        <w:tc>
          <w:tcPr>
            <w:tcW w:w="1008" w:type="dxa"/>
            <w:vMerge w:val="restart"/>
            <w:shd w:val="clear" w:color="auto" w:fill="F8FAFC"/>
            <w:tcMar>
              <w:top w:w="20" w:type="dxa"/>
              <w:left w:w="20" w:type="dxa"/>
              <w:bottom w:w="20" w:type="dxa"/>
              <w:right w:w="20" w:type="dxa"/>
            </w:tcMar>
          </w:tcPr>
          <w:p w:rsidR="00395A4C" w:rsidRPr="0078123B" w:rsidRDefault="00395A4C" w:rsidP="004F40CF">
            <w:pPr>
              <w:spacing w:after="0" w:line="240" w:lineRule="auto"/>
              <w:jc w:val="center"/>
            </w:pPr>
            <w:r w:rsidRPr="0078123B">
              <w:rPr>
                <w:rFonts w:ascii="Calibri" w:hAnsi="Calibri"/>
                <w:sz w:val="12"/>
              </w:rPr>
              <w:t>1. Hafta:</w:t>
            </w:r>
            <w:r w:rsidRPr="0078123B">
              <w:rPr>
                <w:rFonts w:ascii="Calibri" w:hAnsi="Calibri"/>
                <w:sz w:val="12"/>
              </w:rPr>
              <w:br/>
              <w:t xml:space="preserve"> 14-18 Eylül</w:t>
            </w:r>
          </w:p>
        </w:tc>
        <w:tc>
          <w:tcPr>
            <w:tcW w:w="652" w:type="dxa"/>
            <w:shd w:val="clear" w:color="auto" w:fill="F8FAFC"/>
            <w:tcMar>
              <w:top w:w="20" w:type="dxa"/>
              <w:left w:w="20" w:type="dxa"/>
              <w:bottom w:w="20" w:type="dxa"/>
              <w:right w:w="20" w:type="dxa"/>
            </w:tcMar>
          </w:tcPr>
          <w:p w:rsidR="00395A4C" w:rsidRPr="0078123B" w:rsidRDefault="00395A4C" w:rsidP="004F40CF">
            <w:pPr>
              <w:spacing w:after="0" w:line="240" w:lineRule="auto"/>
              <w:jc w:val="center"/>
            </w:pPr>
            <w:r>
              <w:rPr>
                <w:rFonts w:ascii="Calibri" w:hAnsi="Calibri"/>
                <w:sz w:val="12"/>
              </w:rPr>
              <w:t>2</w:t>
            </w:r>
            <w:r w:rsidR="001E3C14">
              <w:rPr>
                <w:rFonts w:ascii="Calibri" w:hAnsi="Calibri"/>
                <w:sz w:val="12"/>
              </w:rPr>
              <w:t>+1*</w:t>
            </w:r>
          </w:p>
        </w:tc>
        <w:tc>
          <w:tcPr>
            <w:tcW w:w="1152" w:type="dxa"/>
            <w:shd w:val="clear" w:color="auto" w:fill="F8FAFC"/>
            <w:tcMar>
              <w:top w:w="20" w:type="dxa"/>
              <w:left w:w="20" w:type="dxa"/>
              <w:bottom w:w="20" w:type="dxa"/>
              <w:right w:w="20" w:type="dxa"/>
            </w:tcMar>
          </w:tcPr>
          <w:p w:rsidR="00395A4C" w:rsidRPr="0078123B" w:rsidRDefault="00395A4C" w:rsidP="004F40CF">
            <w:pPr>
              <w:spacing w:after="0" w:line="240" w:lineRule="auto"/>
            </w:pPr>
            <w:r w:rsidRPr="0078123B">
              <w:rPr>
                <w:rFonts w:ascii="Calibri" w:hAnsi="Calibri"/>
                <w:sz w:val="12"/>
              </w:rPr>
              <w:t>BİRLİKTE YAŞAMAK</w:t>
            </w:r>
          </w:p>
        </w:tc>
        <w:tc>
          <w:tcPr>
            <w:tcW w:w="1224" w:type="dxa"/>
            <w:shd w:val="clear" w:color="auto" w:fill="F8FAFC"/>
            <w:tcMar>
              <w:top w:w="20" w:type="dxa"/>
              <w:left w:w="20" w:type="dxa"/>
              <w:bottom w:w="20" w:type="dxa"/>
              <w:right w:w="20" w:type="dxa"/>
            </w:tcMar>
          </w:tcPr>
          <w:p w:rsidR="00395A4C" w:rsidRPr="0078123B" w:rsidRDefault="00395A4C" w:rsidP="004F40CF">
            <w:pPr>
              <w:spacing w:after="0" w:line="240" w:lineRule="auto"/>
            </w:pPr>
            <w:r w:rsidRPr="0078123B">
              <w:rPr>
                <w:rFonts w:ascii="Calibri" w:hAnsi="Calibri"/>
                <w:sz w:val="12"/>
              </w:rPr>
              <w:t>Gruplar ve Roller</w:t>
            </w:r>
          </w:p>
        </w:tc>
        <w:tc>
          <w:tcPr>
            <w:tcW w:w="1512" w:type="dxa"/>
            <w:gridSpan w:val="2"/>
            <w:shd w:val="clear" w:color="auto" w:fill="F8FAFC"/>
            <w:tcMar>
              <w:top w:w="20" w:type="dxa"/>
              <w:left w:w="20" w:type="dxa"/>
              <w:bottom w:w="20" w:type="dxa"/>
              <w:right w:w="20" w:type="dxa"/>
            </w:tcMar>
          </w:tcPr>
          <w:p w:rsidR="00395A4C" w:rsidRPr="0078123B" w:rsidRDefault="00395A4C" w:rsidP="004F40CF">
            <w:pPr>
              <w:spacing w:after="0" w:line="240" w:lineRule="auto"/>
            </w:pPr>
            <w:r w:rsidRPr="0078123B">
              <w:rPr>
                <w:rFonts w:ascii="Calibri" w:hAnsi="Calibri"/>
                <w:sz w:val="12"/>
              </w:rPr>
              <w:t>SB.5.1.1. Dâhil olduğu gruplar ve bu gruplardaki rolleri arasındaki ilişkileri çözümleyebilme</w:t>
            </w:r>
          </w:p>
        </w:tc>
        <w:tc>
          <w:tcPr>
            <w:tcW w:w="1656" w:type="dxa"/>
            <w:shd w:val="clear" w:color="auto" w:fill="F8FAFC"/>
            <w:tcMar>
              <w:top w:w="20" w:type="dxa"/>
              <w:left w:w="20" w:type="dxa"/>
              <w:bottom w:w="20" w:type="dxa"/>
              <w:right w:w="20" w:type="dxa"/>
            </w:tcMar>
          </w:tcPr>
          <w:p w:rsidR="00395A4C" w:rsidRPr="0078123B" w:rsidRDefault="00395A4C" w:rsidP="004F40CF">
            <w:pPr>
              <w:spacing w:after="0" w:line="240" w:lineRule="auto"/>
            </w:pPr>
            <w:r w:rsidRPr="0078123B">
              <w:rPr>
                <w:rFonts w:ascii="Calibri" w:hAnsi="Calibri"/>
                <w:sz w:val="12"/>
              </w:rPr>
              <w:t>a) Dâhil olduğu grupları ve bu gruplardaki rollerini belirler.</w:t>
            </w:r>
            <w:r w:rsidRPr="0078123B">
              <w:rPr>
                <w:rFonts w:ascii="Calibri" w:hAnsi="Calibri"/>
                <w:sz w:val="12"/>
              </w:rPr>
              <w:br/>
              <w:t>b) Dâhil olduğu gruplar ile bu gruplardaki rolleri arasındaki ilişkileri belirler.</w:t>
            </w:r>
          </w:p>
        </w:tc>
        <w:tc>
          <w:tcPr>
            <w:tcW w:w="1228" w:type="dxa"/>
            <w:gridSpan w:val="2"/>
            <w:vMerge w:val="restart"/>
            <w:shd w:val="clear" w:color="auto" w:fill="F8F8F8"/>
            <w:tcMar>
              <w:top w:w="20" w:type="dxa"/>
              <w:left w:w="20" w:type="dxa"/>
              <w:bottom w:w="20" w:type="dxa"/>
              <w:right w:w="20" w:type="dxa"/>
            </w:tcMar>
          </w:tcPr>
          <w:p w:rsidR="00395A4C" w:rsidRPr="0078123B" w:rsidRDefault="00395A4C" w:rsidP="004F40CF">
            <w:pPr>
              <w:spacing w:after="0" w:line="240" w:lineRule="auto"/>
            </w:pPr>
          </w:p>
        </w:tc>
        <w:tc>
          <w:tcPr>
            <w:tcW w:w="1152" w:type="dxa"/>
            <w:vMerge w:val="restart"/>
            <w:shd w:val="clear" w:color="auto" w:fill="F8FAFC"/>
            <w:tcMar>
              <w:top w:w="20" w:type="dxa"/>
              <w:left w:w="20" w:type="dxa"/>
              <w:bottom w:w="20" w:type="dxa"/>
              <w:right w:w="20" w:type="dxa"/>
            </w:tcMar>
          </w:tcPr>
          <w:p w:rsidR="00395A4C" w:rsidRPr="0078123B" w:rsidRDefault="00395A4C" w:rsidP="004F40CF">
            <w:pPr>
              <w:spacing w:after="0" w:line="240" w:lineRule="auto"/>
            </w:pPr>
            <w:r w:rsidRPr="0078123B">
              <w:rPr>
                <w:rFonts w:ascii="Calibri" w:hAnsi="Calibri"/>
                <w:sz w:val="12"/>
              </w:rPr>
              <w:t>SDB2.1. İletişim</w:t>
            </w:r>
            <w:proofErr w:type="gramStart"/>
            <w:r w:rsidRPr="0078123B">
              <w:rPr>
                <w:rFonts w:ascii="Calibri" w:hAnsi="Calibri"/>
                <w:sz w:val="12"/>
              </w:rPr>
              <w:t>,</w:t>
            </w:r>
            <w:proofErr w:type="gramEnd"/>
            <w:r w:rsidRPr="0078123B">
              <w:rPr>
                <w:rFonts w:ascii="Calibri" w:hAnsi="Calibri"/>
                <w:sz w:val="12"/>
              </w:rPr>
              <w:br/>
              <w:t xml:space="preserve">SDB2.2. İş Birliği, </w:t>
            </w:r>
            <w:r w:rsidRPr="0078123B">
              <w:rPr>
                <w:rFonts w:ascii="Calibri" w:hAnsi="Calibri"/>
                <w:sz w:val="12"/>
              </w:rPr>
              <w:br/>
              <w:t xml:space="preserve">SDB2.3. Sosyal Farkındalık, </w:t>
            </w:r>
            <w:r w:rsidRPr="0078123B">
              <w:rPr>
                <w:rFonts w:ascii="Calibri" w:hAnsi="Calibri"/>
                <w:sz w:val="12"/>
              </w:rPr>
              <w:br/>
              <w:t>SDB3.2. Esneklik</w:t>
            </w:r>
            <w:proofErr w:type="gramStart"/>
            <w:r w:rsidRPr="0078123B">
              <w:rPr>
                <w:rFonts w:ascii="Calibri" w:hAnsi="Calibri"/>
                <w:sz w:val="12"/>
              </w:rPr>
              <w:t>,</w:t>
            </w:r>
            <w:proofErr w:type="gramEnd"/>
            <w:r w:rsidRPr="0078123B">
              <w:rPr>
                <w:rFonts w:ascii="Calibri" w:hAnsi="Calibri"/>
                <w:sz w:val="12"/>
              </w:rPr>
              <w:br/>
              <w:t>SDB3.3. Sorumlu Karar Verme</w:t>
            </w:r>
          </w:p>
        </w:tc>
        <w:tc>
          <w:tcPr>
            <w:tcW w:w="1008" w:type="dxa"/>
            <w:vMerge w:val="restart"/>
            <w:shd w:val="clear" w:color="auto" w:fill="F8FAFC"/>
            <w:tcMar>
              <w:top w:w="20" w:type="dxa"/>
              <w:left w:w="20" w:type="dxa"/>
              <w:bottom w:w="20" w:type="dxa"/>
              <w:right w:w="20" w:type="dxa"/>
            </w:tcMar>
          </w:tcPr>
          <w:p w:rsidR="00395A4C" w:rsidRPr="0078123B" w:rsidRDefault="00395A4C" w:rsidP="004F40CF">
            <w:pPr>
              <w:spacing w:after="0" w:line="240" w:lineRule="auto"/>
            </w:pPr>
            <w:r w:rsidRPr="0078123B">
              <w:rPr>
                <w:rFonts w:ascii="Calibri" w:hAnsi="Calibri"/>
                <w:sz w:val="12"/>
              </w:rPr>
              <w:t>D3. Çalışkanlık</w:t>
            </w:r>
            <w:proofErr w:type="gramStart"/>
            <w:r w:rsidRPr="0078123B">
              <w:rPr>
                <w:rFonts w:ascii="Calibri" w:hAnsi="Calibri"/>
                <w:sz w:val="12"/>
              </w:rPr>
              <w:t>,</w:t>
            </w:r>
            <w:proofErr w:type="gramEnd"/>
            <w:r w:rsidRPr="0078123B">
              <w:rPr>
                <w:rFonts w:ascii="Calibri" w:hAnsi="Calibri"/>
                <w:sz w:val="12"/>
              </w:rPr>
              <w:br/>
              <w:t xml:space="preserve">D15. Sevgi, </w:t>
            </w:r>
            <w:r w:rsidRPr="0078123B">
              <w:rPr>
                <w:rFonts w:ascii="Calibri" w:hAnsi="Calibri"/>
                <w:sz w:val="12"/>
              </w:rPr>
              <w:br/>
              <w:t>D16. Sorumluluk</w:t>
            </w:r>
            <w:proofErr w:type="gramStart"/>
            <w:r w:rsidRPr="0078123B">
              <w:rPr>
                <w:rFonts w:ascii="Calibri" w:hAnsi="Calibri"/>
                <w:sz w:val="12"/>
              </w:rPr>
              <w:t>,</w:t>
            </w:r>
            <w:proofErr w:type="gramEnd"/>
            <w:r w:rsidRPr="0078123B">
              <w:rPr>
                <w:rFonts w:ascii="Calibri" w:hAnsi="Calibri"/>
                <w:sz w:val="12"/>
              </w:rPr>
              <w:br/>
              <w:t>D.19 Vatanseverlik, D20. Yardımseverlik</w:t>
            </w:r>
          </w:p>
        </w:tc>
        <w:tc>
          <w:tcPr>
            <w:tcW w:w="1152" w:type="dxa"/>
            <w:vMerge w:val="restart"/>
            <w:shd w:val="clear" w:color="auto" w:fill="F8FAFC"/>
            <w:tcMar>
              <w:top w:w="20" w:type="dxa"/>
              <w:left w:w="20" w:type="dxa"/>
              <w:bottom w:w="20" w:type="dxa"/>
              <w:right w:w="20" w:type="dxa"/>
            </w:tcMar>
          </w:tcPr>
          <w:p w:rsidR="00395A4C" w:rsidRPr="0078123B" w:rsidRDefault="00395A4C" w:rsidP="004F40CF">
            <w:pPr>
              <w:spacing w:after="0" w:line="240" w:lineRule="auto"/>
            </w:pPr>
            <w:r w:rsidRPr="0078123B">
              <w:rPr>
                <w:rFonts w:ascii="Calibri" w:hAnsi="Calibri"/>
                <w:sz w:val="12"/>
              </w:rPr>
              <w:t>OB1. Bilgi Okuryazarlığı</w:t>
            </w:r>
            <w:proofErr w:type="gramStart"/>
            <w:r w:rsidRPr="0078123B">
              <w:rPr>
                <w:rFonts w:ascii="Calibri" w:hAnsi="Calibri"/>
                <w:sz w:val="12"/>
              </w:rPr>
              <w:t>,</w:t>
            </w:r>
            <w:proofErr w:type="gramEnd"/>
            <w:r w:rsidRPr="0078123B">
              <w:rPr>
                <w:rFonts w:ascii="Calibri" w:hAnsi="Calibri"/>
                <w:sz w:val="12"/>
              </w:rPr>
              <w:br/>
              <w:t>OB2. Dijital Okuryazarlık</w:t>
            </w:r>
            <w:proofErr w:type="gramStart"/>
            <w:r w:rsidRPr="0078123B">
              <w:rPr>
                <w:rFonts w:ascii="Calibri" w:hAnsi="Calibri"/>
                <w:sz w:val="12"/>
              </w:rPr>
              <w:t>,</w:t>
            </w:r>
            <w:proofErr w:type="gramEnd"/>
            <w:r w:rsidRPr="0078123B">
              <w:rPr>
                <w:rFonts w:ascii="Calibri" w:hAnsi="Calibri"/>
                <w:sz w:val="12"/>
              </w:rPr>
              <w:br/>
              <w:t xml:space="preserve">OB4. Görsel Okuryazarlık, </w:t>
            </w:r>
            <w:r w:rsidRPr="0078123B">
              <w:rPr>
                <w:rFonts w:ascii="Calibri" w:hAnsi="Calibri"/>
                <w:sz w:val="12"/>
              </w:rPr>
              <w:br/>
              <w:t>OB5. Kültür Okuryazarlığı, OB6.Vatandaşlık Okuryazarlığı</w:t>
            </w:r>
          </w:p>
        </w:tc>
        <w:tc>
          <w:tcPr>
            <w:tcW w:w="1008" w:type="dxa"/>
            <w:gridSpan w:val="2"/>
            <w:vMerge w:val="restart"/>
            <w:shd w:val="clear" w:color="auto" w:fill="F8FAFC"/>
            <w:tcMar>
              <w:top w:w="20" w:type="dxa"/>
              <w:left w:w="20" w:type="dxa"/>
              <w:bottom w:w="20" w:type="dxa"/>
              <w:right w:w="20" w:type="dxa"/>
            </w:tcMar>
          </w:tcPr>
          <w:p w:rsidR="00395A4C" w:rsidRPr="0078123B" w:rsidRDefault="00395A4C" w:rsidP="004F40CF">
            <w:pPr>
              <w:spacing w:after="0" w:line="240" w:lineRule="auto"/>
            </w:pPr>
          </w:p>
        </w:tc>
        <w:tc>
          <w:tcPr>
            <w:tcW w:w="1298" w:type="dxa"/>
            <w:vMerge w:val="restart"/>
            <w:shd w:val="clear" w:color="auto" w:fill="F8FAFC"/>
            <w:tcMar>
              <w:top w:w="20" w:type="dxa"/>
              <w:left w:w="20" w:type="dxa"/>
              <w:bottom w:w="20" w:type="dxa"/>
              <w:right w:w="20" w:type="dxa"/>
            </w:tcMar>
          </w:tcPr>
          <w:p w:rsidR="00395A4C" w:rsidRPr="0078123B" w:rsidRDefault="00395A4C" w:rsidP="004F40CF">
            <w:pPr>
              <w:spacing w:after="0" w:line="240" w:lineRule="auto"/>
            </w:pPr>
            <w:r w:rsidRPr="0078123B">
              <w:rPr>
                <w:rFonts w:ascii="Calibri" w:hAnsi="Calibri"/>
                <w:sz w:val="12"/>
              </w:rPr>
              <w:t>FARKLILAŞTIRMA</w:t>
            </w:r>
            <w:r w:rsidRPr="0078123B">
              <w:rPr>
                <w:rFonts w:ascii="Calibri" w:hAnsi="Calibri"/>
                <w:sz w:val="12"/>
              </w:rPr>
              <w:br/>
              <w:t>Öğrencilerin ilgi, ihtiyaç ve istekleri göz önünde bulundurularak öğretmenler tarafından hazır</w:t>
            </w:r>
            <w:r w:rsidRPr="0078123B">
              <w:rPr>
                <w:rFonts w:ascii="Calibri" w:hAnsi="Calibri"/>
                <w:sz w:val="12"/>
              </w:rPr>
              <w:br/>
              <w:t xml:space="preserve">bulunuşluk düzeyi, öğrenme hızı ve öğrenme profillerine göre gruplandırma yapılarak; içerik, süreç, öğrenme ortamı </w:t>
            </w:r>
            <w:r w:rsidRPr="0078123B">
              <w:rPr>
                <w:rFonts w:ascii="Calibri" w:hAnsi="Calibri"/>
                <w:sz w:val="12"/>
              </w:rPr>
              <w:br/>
              <w:t xml:space="preserve">ve ürün boyutlarında uyarlamalar geliştirilerek; esnek öğretim yöntem ve teknikleri kullanılarak; süreç içinde sürekli, </w:t>
            </w:r>
            <w:r w:rsidRPr="0078123B">
              <w:rPr>
                <w:rFonts w:ascii="Calibri" w:hAnsi="Calibri"/>
                <w:sz w:val="12"/>
              </w:rPr>
              <w:br/>
              <w:t>geliştirici (biçimlendirici) değerlendirmelerle izlenip gerekli düzenlemeler yapılarak planlanır ve yürütülür.</w:t>
            </w:r>
          </w:p>
        </w:tc>
        <w:tc>
          <w:tcPr>
            <w:tcW w:w="1224" w:type="dxa"/>
            <w:vMerge w:val="restart"/>
            <w:shd w:val="clear" w:color="auto" w:fill="F8FAFC"/>
            <w:tcMar>
              <w:top w:w="20" w:type="dxa"/>
              <w:left w:w="20" w:type="dxa"/>
              <w:bottom w:w="20" w:type="dxa"/>
              <w:right w:w="20" w:type="dxa"/>
            </w:tcMar>
          </w:tcPr>
          <w:p w:rsidR="00395A4C" w:rsidRPr="0078123B" w:rsidRDefault="00395A4C" w:rsidP="004F40CF">
            <w:pPr>
              <w:spacing w:after="0" w:line="240" w:lineRule="auto"/>
            </w:pPr>
            <w:r w:rsidRPr="0078123B">
              <w:rPr>
                <w:rFonts w:ascii="Calibri" w:hAnsi="Calibri"/>
                <w:sz w:val="12"/>
              </w:rPr>
              <w:t>Okul temelli planlama; zümre öğretmenler kurulu tarafından ders kapsamında gerçekleştirilmesi kararlaştırılan araştırma ve gözlem, sosyal etkinlikler, proje çalışmaları, yerel çalışmalar, okuma çalışmaları vb. çalışmaları kapsamaktadır.     Çalışmalar için ayrılan süre eğitim-öğretim yılı içinde planlanır ve yıllık planlarda ifade edilir.</w:t>
            </w:r>
            <w:r w:rsidRPr="0078123B">
              <w:rPr>
                <w:rFonts w:ascii="Calibri" w:hAnsi="Calibri"/>
                <w:sz w:val="12"/>
              </w:rPr>
              <w:br/>
              <w:t xml:space="preserve">Bu planlamalar kapsamında yürütülecek öğretim faaliyetleri; öğrenci katılımını desteklemeli, yaparak ve yaşayarak öğrenmeye olanak tanımalı, öğrencinin bütüncül gelişimine hizmet etmelidir.                                                                                       *Bu çerçeve planda belirtilen okul temelli planlama haftaları örnek olarak sunulmuştur. Planlama, zümre öğretmenler kurulunda alınan kararlara </w:t>
            </w:r>
            <w:proofErr w:type="gramStart"/>
            <w:r w:rsidRPr="0078123B">
              <w:rPr>
                <w:rFonts w:ascii="Calibri" w:hAnsi="Calibri"/>
                <w:sz w:val="12"/>
              </w:rPr>
              <w:t>göre  okul</w:t>
            </w:r>
            <w:proofErr w:type="gramEnd"/>
            <w:r w:rsidRPr="0078123B">
              <w:rPr>
                <w:rFonts w:ascii="Calibri" w:hAnsi="Calibri"/>
                <w:sz w:val="12"/>
              </w:rPr>
              <w:t xml:space="preserve"> ve ders koşulları göz önünde bulundurularak yapılmalıdır.</w:t>
            </w:r>
          </w:p>
        </w:tc>
      </w:tr>
      <w:tr w:rsidR="001E3C14" w:rsidRPr="0078123B" w:rsidTr="003332B0">
        <w:tblPrEx>
          <w:tblCellMar>
            <w:left w:w="108" w:type="dxa"/>
            <w:right w:w="108" w:type="dxa"/>
          </w:tblCellMar>
          <w:tblLook w:val="04A0"/>
        </w:tblPrEx>
        <w:trPr>
          <w:gridAfter w:val="1"/>
          <w:wAfter w:w="10" w:type="dxa"/>
          <w:trHeight w:val="203"/>
          <w:jc w:val="center"/>
        </w:trPr>
        <w:tc>
          <w:tcPr>
            <w:tcW w:w="792" w:type="dxa"/>
            <w:vMerge/>
            <w:shd w:val="clear" w:color="auto" w:fill="F8FAFC"/>
            <w:tcMar>
              <w:top w:w="20" w:type="dxa"/>
              <w:left w:w="20" w:type="dxa"/>
              <w:bottom w:w="20" w:type="dxa"/>
              <w:right w:w="20" w:type="dxa"/>
            </w:tcMar>
          </w:tcPr>
          <w:p w:rsidR="001E3C14" w:rsidRPr="0078123B" w:rsidRDefault="001E3C14" w:rsidP="004F40CF">
            <w:pPr>
              <w:spacing w:after="0" w:line="240" w:lineRule="auto"/>
              <w:jc w:val="center"/>
              <w:rPr>
                <w:rFonts w:ascii="Calibri" w:hAnsi="Calibri"/>
                <w:sz w:val="12"/>
              </w:rPr>
            </w:pPr>
          </w:p>
        </w:tc>
        <w:tc>
          <w:tcPr>
            <w:tcW w:w="1008" w:type="dxa"/>
            <w:vMerge/>
            <w:shd w:val="clear" w:color="auto" w:fill="F8FAFC"/>
            <w:tcMar>
              <w:top w:w="20" w:type="dxa"/>
              <w:left w:w="20" w:type="dxa"/>
              <w:bottom w:w="20" w:type="dxa"/>
              <w:right w:w="20" w:type="dxa"/>
            </w:tcMar>
          </w:tcPr>
          <w:p w:rsidR="001E3C14" w:rsidRPr="0078123B" w:rsidRDefault="001E3C14" w:rsidP="004F40CF">
            <w:pPr>
              <w:spacing w:after="0" w:line="240" w:lineRule="auto"/>
              <w:jc w:val="center"/>
              <w:rPr>
                <w:rFonts w:ascii="Calibri" w:hAnsi="Calibri"/>
                <w:sz w:val="12"/>
              </w:rPr>
            </w:pPr>
          </w:p>
        </w:tc>
        <w:tc>
          <w:tcPr>
            <w:tcW w:w="652" w:type="dxa"/>
            <w:shd w:val="clear" w:color="auto" w:fill="CCFFFF"/>
            <w:tcMar>
              <w:top w:w="20" w:type="dxa"/>
              <w:left w:w="20" w:type="dxa"/>
              <w:bottom w:w="20" w:type="dxa"/>
              <w:right w:w="20" w:type="dxa"/>
            </w:tcMar>
          </w:tcPr>
          <w:p w:rsidR="001E3C14" w:rsidRPr="0078123B" w:rsidRDefault="001E3C14" w:rsidP="004F40CF">
            <w:pPr>
              <w:spacing w:after="0" w:line="240" w:lineRule="auto"/>
              <w:jc w:val="center"/>
              <w:rPr>
                <w:rFonts w:ascii="Calibri" w:hAnsi="Calibri"/>
                <w:sz w:val="12"/>
              </w:rPr>
            </w:pPr>
            <w:r>
              <w:rPr>
                <w:rFonts w:ascii="Calibri" w:hAnsi="Calibri"/>
                <w:sz w:val="12"/>
              </w:rPr>
              <w:t>1*</w:t>
            </w:r>
          </w:p>
        </w:tc>
        <w:tc>
          <w:tcPr>
            <w:tcW w:w="5544" w:type="dxa"/>
            <w:gridSpan w:val="5"/>
            <w:shd w:val="clear" w:color="auto" w:fill="CCFFFF"/>
            <w:tcMar>
              <w:top w:w="20" w:type="dxa"/>
              <w:left w:w="20" w:type="dxa"/>
              <w:bottom w:w="20" w:type="dxa"/>
              <w:right w:w="20" w:type="dxa"/>
            </w:tcMar>
          </w:tcPr>
          <w:p w:rsidR="001E3C14" w:rsidRPr="001E3C14" w:rsidRDefault="001E3C14" w:rsidP="001E3C14">
            <w:pPr>
              <w:spacing w:after="0" w:line="240" w:lineRule="auto"/>
              <w:jc w:val="center"/>
              <w:rPr>
                <w:rFonts w:ascii="Calibri" w:hAnsi="Calibri"/>
                <w:sz w:val="12"/>
              </w:rPr>
            </w:pPr>
            <w:r w:rsidRPr="001E3C14">
              <w:rPr>
                <w:rFonts w:ascii="Calibri" w:hAnsi="Calibri"/>
                <w:sz w:val="12"/>
              </w:rPr>
              <w:t xml:space="preserve">* </w:t>
            </w:r>
            <w:r w:rsidRPr="001E3C14">
              <w:rPr>
                <w:rFonts w:ascii="Calibri" w:hAnsi="Calibri"/>
                <w:b/>
                <w:sz w:val="12"/>
              </w:rPr>
              <w:t xml:space="preserve">OKUL TEMELLİ PLANLAMA </w:t>
            </w:r>
            <w:r w:rsidRPr="001E3C14">
              <w:rPr>
                <w:rFonts w:ascii="Calibri" w:hAnsi="Calibri"/>
                <w:sz w:val="12"/>
              </w:rPr>
              <w:t xml:space="preserve">- </w:t>
            </w:r>
            <w:proofErr w:type="spellStart"/>
            <w:r w:rsidRPr="001E3C14">
              <w:rPr>
                <w:rFonts w:ascii="Calibri" w:hAnsi="Calibri"/>
                <w:sz w:val="12"/>
              </w:rPr>
              <w:t>Okul</w:t>
            </w:r>
            <w:proofErr w:type="spellEnd"/>
            <w:r w:rsidRPr="001E3C14">
              <w:rPr>
                <w:rFonts w:ascii="Calibri" w:hAnsi="Calibri"/>
                <w:sz w:val="12"/>
              </w:rPr>
              <w:t xml:space="preserve"> </w:t>
            </w:r>
            <w:proofErr w:type="spellStart"/>
            <w:r w:rsidRPr="001E3C14">
              <w:rPr>
                <w:rFonts w:ascii="Calibri" w:hAnsi="Calibri"/>
                <w:sz w:val="12"/>
              </w:rPr>
              <w:t>bahçesinde</w:t>
            </w:r>
            <w:proofErr w:type="spellEnd"/>
            <w:r w:rsidRPr="001E3C14">
              <w:rPr>
                <w:rFonts w:ascii="Calibri" w:hAnsi="Calibri"/>
                <w:sz w:val="12"/>
              </w:rPr>
              <w:t xml:space="preserve"> </w:t>
            </w:r>
            <w:proofErr w:type="spellStart"/>
            <w:r w:rsidRPr="001E3C14">
              <w:rPr>
                <w:rFonts w:ascii="Calibri" w:hAnsi="Calibri"/>
                <w:sz w:val="12"/>
              </w:rPr>
              <w:t>piknik</w:t>
            </w:r>
            <w:proofErr w:type="spellEnd"/>
          </w:p>
          <w:p w:rsidR="001E3C14" w:rsidRPr="0078123B" w:rsidRDefault="001E3C14" w:rsidP="001E3C14">
            <w:pPr>
              <w:spacing w:after="0" w:line="240" w:lineRule="auto"/>
              <w:jc w:val="center"/>
              <w:rPr>
                <w:rFonts w:ascii="Calibri" w:hAnsi="Calibri"/>
                <w:sz w:val="12"/>
              </w:rPr>
            </w:pPr>
            <w:r w:rsidRPr="001E3C14">
              <w:rPr>
                <w:rFonts w:ascii="Calibri" w:hAnsi="Calibri"/>
                <w:sz w:val="12"/>
              </w:rPr>
              <w:t>(</w:t>
            </w:r>
            <w:proofErr w:type="spellStart"/>
            <w:r w:rsidRPr="001E3C14">
              <w:rPr>
                <w:rFonts w:ascii="Calibri" w:hAnsi="Calibri"/>
                <w:sz w:val="12"/>
              </w:rPr>
              <w:t>Öğrencilerin</w:t>
            </w:r>
            <w:proofErr w:type="spellEnd"/>
            <w:r w:rsidRPr="001E3C14">
              <w:rPr>
                <w:rFonts w:ascii="Calibri" w:hAnsi="Calibri"/>
                <w:sz w:val="12"/>
              </w:rPr>
              <w:t xml:space="preserve"> </w:t>
            </w:r>
            <w:proofErr w:type="spellStart"/>
            <w:r w:rsidRPr="001E3C14">
              <w:rPr>
                <w:rFonts w:ascii="Calibri" w:hAnsi="Calibri"/>
                <w:sz w:val="12"/>
              </w:rPr>
              <w:t>tanışması</w:t>
            </w:r>
            <w:proofErr w:type="spellEnd"/>
            <w:r w:rsidRPr="001E3C14">
              <w:rPr>
                <w:rFonts w:ascii="Calibri" w:hAnsi="Calibri"/>
                <w:sz w:val="12"/>
              </w:rPr>
              <w:t xml:space="preserve">, </w:t>
            </w:r>
            <w:proofErr w:type="spellStart"/>
            <w:r w:rsidRPr="001E3C14">
              <w:rPr>
                <w:rFonts w:ascii="Calibri" w:hAnsi="Calibri"/>
                <w:sz w:val="12"/>
              </w:rPr>
              <w:t>kaynaşması</w:t>
            </w:r>
            <w:proofErr w:type="spellEnd"/>
            <w:r w:rsidRPr="001E3C14">
              <w:rPr>
                <w:rFonts w:ascii="Calibri" w:hAnsi="Calibri"/>
                <w:sz w:val="12"/>
              </w:rPr>
              <w:t xml:space="preserve"> </w:t>
            </w:r>
            <w:proofErr w:type="spellStart"/>
            <w:r w:rsidRPr="001E3C14">
              <w:rPr>
                <w:rFonts w:ascii="Calibri" w:hAnsi="Calibri"/>
                <w:sz w:val="12"/>
              </w:rPr>
              <w:t>ve</w:t>
            </w:r>
            <w:proofErr w:type="spellEnd"/>
            <w:r w:rsidRPr="001E3C14">
              <w:rPr>
                <w:rFonts w:ascii="Calibri" w:hAnsi="Calibri"/>
                <w:sz w:val="12"/>
              </w:rPr>
              <w:t xml:space="preserve"> </w:t>
            </w:r>
            <w:proofErr w:type="spellStart"/>
            <w:r w:rsidRPr="001E3C14">
              <w:rPr>
                <w:rFonts w:ascii="Calibri" w:hAnsi="Calibri"/>
                <w:sz w:val="12"/>
              </w:rPr>
              <w:t>sosyalleşmesi</w:t>
            </w:r>
            <w:proofErr w:type="spellEnd"/>
            <w:r w:rsidRPr="001E3C14">
              <w:rPr>
                <w:rFonts w:ascii="Calibri" w:hAnsi="Calibri"/>
                <w:sz w:val="12"/>
              </w:rPr>
              <w:t xml:space="preserve"> </w:t>
            </w:r>
            <w:proofErr w:type="spellStart"/>
            <w:r w:rsidRPr="001E3C14">
              <w:rPr>
                <w:rFonts w:ascii="Calibri" w:hAnsi="Calibri"/>
                <w:sz w:val="12"/>
              </w:rPr>
              <w:t>amaçlanır</w:t>
            </w:r>
            <w:proofErr w:type="spellEnd"/>
            <w:r w:rsidRPr="001E3C14">
              <w:rPr>
                <w:rFonts w:ascii="Calibri" w:hAnsi="Calibri"/>
                <w:sz w:val="12"/>
              </w:rPr>
              <w:t>.)</w:t>
            </w:r>
          </w:p>
        </w:tc>
        <w:tc>
          <w:tcPr>
            <w:tcW w:w="1228" w:type="dxa"/>
            <w:gridSpan w:val="2"/>
            <w:vMerge/>
            <w:shd w:val="clear" w:color="auto" w:fill="F8F8F8"/>
            <w:tcMar>
              <w:top w:w="20" w:type="dxa"/>
              <w:left w:w="20" w:type="dxa"/>
              <w:bottom w:w="20" w:type="dxa"/>
              <w:right w:w="20" w:type="dxa"/>
            </w:tcMar>
          </w:tcPr>
          <w:p w:rsidR="001E3C14" w:rsidRPr="0078123B" w:rsidRDefault="001E3C14" w:rsidP="004F40CF">
            <w:pPr>
              <w:spacing w:after="0" w:line="240" w:lineRule="auto"/>
            </w:pPr>
          </w:p>
        </w:tc>
        <w:tc>
          <w:tcPr>
            <w:tcW w:w="1152" w:type="dxa"/>
            <w:vMerge/>
            <w:shd w:val="clear" w:color="auto" w:fill="F8FAFC"/>
            <w:tcMar>
              <w:top w:w="20" w:type="dxa"/>
              <w:left w:w="20" w:type="dxa"/>
              <w:bottom w:w="20" w:type="dxa"/>
              <w:right w:w="20" w:type="dxa"/>
            </w:tcMar>
          </w:tcPr>
          <w:p w:rsidR="001E3C14" w:rsidRPr="0078123B" w:rsidRDefault="001E3C14" w:rsidP="004F40CF">
            <w:pPr>
              <w:spacing w:after="0" w:line="240" w:lineRule="auto"/>
              <w:rPr>
                <w:rFonts w:ascii="Calibri" w:hAnsi="Calibri"/>
                <w:sz w:val="12"/>
              </w:rPr>
            </w:pPr>
          </w:p>
        </w:tc>
        <w:tc>
          <w:tcPr>
            <w:tcW w:w="1008" w:type="dxa"/>
            <w:vMerge/>
            <w:shd w:val="clear" w:color="auto" w:fill="F8FAFC"/>
            <w:tcMar>
              <w:top w:w="20" w:type="dxa"/>
              <w:left w:w="20" w:type="dxa"/>
              <w:bottom w:w="20" w:type="dxa"/>
              <w:right w:w="20" w:type="dxa"/>
            </w:tcMar>
          </w:tcPr>
          <w:p w:rsidR="001E3C14" w:rsidRPr="0078123B" w:rsidRDefault="001E3C14" w:rsidP="004F40CF">
            <w:pPr>
              <w:spacing w:after="0" w:line="240" w:lineRule="auto"/>
              <w:rPr>
                <w:rFonts w:ascii="Calibri" w:hAnsi="Calibri"/>
                <w:sz w:val="12"/>
              </w:rPr>
            </w:pPr>
          </w:p>
        </w:tc>
        <w:tc>
          <w:tcPr>
            <w:tcW w:w="1152" w:type="dxa"/>
            <w:vMerge/>
            <w:shd w:val="clear" w:color="auto" w:fill="F8FAFC"/>
            <w:tcMar>
              <w:top w:w="20" w:type="dxa"/>
              <w:left w:w="20" w:type="dxa"/>
              <w:bottom w:w="20" w:type="dxa"/>
              <w:right w:w="20" w:type="dxa"/>
            </w:tcMar>
          </w:tcPr>
          <w:p w:rsidR="001E3C14" w:rsidRPr="0078123B" w:rsidRDefault="001E3C14" w:rsidP="004F40CF">
            <w:pPr>
              <w:spacing w:after="0" w:line="240" w:lineRule="auto"/>
              <w:rPr>
                <w:rFonts w:ascii="Calibri" w:hAnsi="Calibri"/>
                <w:sz w:val="12"/>
              </w:rPr>
            </w:pPr>
          </w:p>
        </w:tc>
        <w:tc>
          <w:tcPr>
            <w:tcW w:w="1008" w:type="dxa"/>
            <w:gridSpan w:val="2"/>
            <w:vMerge/>
            <w:shd w:val="clear" w:color="auto" w:fill="F8FAFC"/>
            <w:tcMar>
              <w:top w:w="20" w:type="dxa"/>
              <w:left w:w="20" w:type="dxa"/>
              <w:bottom w:w="20" w:type="dxa"/>
              <w:right w:w="20" w:type="dxa"/>
            </w:tcMar>
          </w:tcPr>
          <w:p w:rsidR="001E3C14" w:rsidRPr="0078123B" w:rsidRDefault="001E3C14" w:rsidP="004F40CF">
            <w:pPr>
              <w:spacing w:after="0" w:line="240" w:lineRule="auto"/>
            </w:pPr>
          </w:p>
        </w:tc>
        <w:tc>
          <w:tcPr>
            <w:tcW w:w="1298" w:type="dxa"/>
            <w:vMerge/>
            <w:shd w:val="clear" w:color="auto" w:fill="F8FAFC"/>
            <w:tcMar>
              <w:top w:w="20" w:type="dxa"/>
              <w:left w:w="20" w:type="dxa"/>
              <w:bottom w:w="20" w:type="dxa"/>
              <w:right w:w="20" w:type="dxa"/>
            </w:tcMar>
          </w:tcPr>
          <w:p w:rsidR="001E3C14" w:rsidRPr="0078123B" w:rsidRDefault="001E3C14" w:rsidP="004F40CF">
            <w:pPr>
              <w:spacing w:after="0" w:line="240" w:lineRule="auto"/>
              <w:rPr>
                <w:rFonts w:ascii="Calibri" w:hAnsi="Calibri"/>
                <w:sz w:val="12"/>
              </w:rPr>
            </w:pPr>
          </w:p>
        </w:tc>
        <w:tc>
          <w:tcPr>
            <w:tcW w:w="1224" w:type="dxa"/>
            <w:vMerge/>
            <w:shd w:val="clear" w:color="auto" w:fill="F8FAFC"/>
            <w:tcMar>
              <w:top w:w="20" w:type="dxa"/>
              <w:left w:w="20" w:type="dxa"/>
              <w:bottom w:w="20" w:type="dxa"/>
              <w:right w:w="20" w:type="dxa"/>
            </w:tcMar>
          </w:tcPr>
          <w:p w:rsidR="001E3C14" w:rsidRPr="0078123B" w:rsidRDefault="001E3C14" w:rsidP="004F40CF">
            <w:pPr>
              <w:spacing w:after="0" w:line="240" w:lineRule="auto"/>
              <w:rPr>
                <w:rFonts w:ascii="Calibri" w:hAnsi="Calibri"/>
                <w:sz w:val="12"/>
              </w:rPr>
            </w:pPr>
          </w:p>
        </w:tc>
      </w:tr>
      <w:tr w:rsidR="00EC1FA8" w:rsidRPr="0078123B" w:rsidTr="00BB3EAB">
        <w:tblPrEx>
          <w:tblCellMar>
            <w:left w:w="108" w:type="dxa"/>
            <w:right w:w="108" w:type="dxa"/>
          </w:tblCellMar>
          <w:tblLook w:val="04A0"/>
        </w:tblPrEx>
        <w:trPr>
          <w:gridAfter w:val="1"/>
          <w:wAfter w:w="10" w:type="dxa"/>
          <w:jc w:val="center"/>
        </w:trPr>
        <w:tc>
          <w:tcPr>
            <w:tcW w:w="792" w:type="dxa"/>
            <w:shd w:val="clear" w:color="auto" w:fill="FFFFFF"/>
            <w:tcMar>
              <w:top w:w="20" w:type="dxa"/>
              <w:left w:w="20" w:type="dxa"/>
              <w:bottom w:w="20" w:type="dxa"/>
              <w:right w:w="20" w:type="dxa"/>
            </w:tcMar>
          </w:tcPr>
          <w:p w:rsidR="00EC1FA8" w:rsidRPr="0078123B" w:rsidRDefault="00EC1FA8" w:rsidP="004F40CF">
            <w:pPr>
              <w:spacing w:after="0" w:line="240" w:lineRule="auto"/>
              <w:jc w:val="center"/>
            </w:pPr>
            <w:r w:rsidRPr="0078123B">
              <w:rPr>
                <w:rFonts w:ascii="Calibri" w:hAnsi="Calibri"/>
                <w:sz w:val="12"/>
              </w:rPr>
              <w:t>EYLÜL</w:t>
            </w:r>
          </w:p>
        </w:tc>
        <w:tc>
          <w:tcPr>
            <w:tcW w:w="1008" w:type="dxa"/>
            <w:shd w:val="clear" w:color="auto" w:fill="FFFFFF"/>
            <w:tcMar>
              <w:top w:w="20" w:type="dxa"/>
              <w:left w:w="20" w:type="dxa"/>
              <w:bottom w:w="20" w:type="dxa"/>
              <w:right w:w="20" w:type="dxa"/>
            </w:tcMar>
          </w:tcPr>
          <w:p w:rsidR="00EC1FA8" w:rsidRPr="0078123B" w:rsidRDefault="00EC1FA8" w:rsidP="004F40CF">
            <w:pPr>
              <w:spacing w:after="0" w:line="240" w:lineRule="auto"/>
              <w:jc w:val="center"/>
            </w:pPr>
            <w:r w:rsidRPr="0078123B">
              <w:rPr>
                <w:rFonts w:ascii="Calibri" w:hAnsi="Calibri"/>
                <w:sz w:val="12"/>
              </w:rPr>
              <w:t>2. Hafta:</w:t>
            </w:r>
            <w:r w:rsidRPr="0078123B">
              <w:rPr>
                <w:rFonts w:ascii="Calibri" w:hAnsi="Calibri"/>
                <w:sz w:val="12"/>
              </w:rPr>
              <w:br/>
              <w:t xml:space="preserve"> 21-25 Eylül</w:t>
            </w:r>
          </w:p>
        </w:tc>
        <w:tc>
          <w:tcPr>
            <w:tcW w:w="652" w:type="dxa"/>
            <w:shd w:val="clear" w:color="auto" w:fill="FFFFFF"/>
            <w:tcMar>
              <w:top w:w="20" w:type="dxa"/>
              <w:left w:w="20" w:type="dxa"/>
              <w:bottom w:w="20" w:type="dxa"/>
              <w:right w:w="20" w:type="dxa"/>
            </w:tcMar>
          </w:tcPr>
          <w:p w:rsidR="00EC1FA8" w:rsidRPr="0078123B" w:rsidRDefault="00EC1FA8" w:rsidP="004F40CF">
            <w:pPr>
              <w:spacing w:after="0" w:line="240" w:lineRule="auto"/>
              <w:jc w:val="center"/>
            </w:pPr>
            <w:r w:rsidRPr="0078123B">
              <w:rPr>
                <w:rFonts w:ascii="Calibri" w:hAnsi="Calibri"/>
                <w:sz w:val="12"/>
              </w:rPr>
              <w:t>3</w:t>
            </w:r>
          </w:p>
        </w:tc>
        <w:tc>
          <w:tcPr>
            <w:tcW w:w="1152" w:type="dxa"/>
            <w:shd w:val="clear" w:color="auto" w:fill="FFFFFF"/>
            <w:tcMar>
              <w:top w:w="20" w:type="dxa"/>
              <w:left w:w="20" w:type="dxa"/>
              <w:bottom w:w="20" w:type="dxa"/>
              <w:right w:w="20" w:type="dxa"/>
            </w:tcMar>
          </w:tcPr>
          <w:p w:rsidR="00EC1FA8" w:rsidRPr="0078123B" w:rsidRDefault="00EC1FA8" w:rsidP="004F40CF">
            <w:pPr>
              <w:spacing w:after="0" w:line="240" w:lineRule="auto"/>
            </w:pPr>
            <w:r w:rsidRPr="0078123B">
              <w:rPr>
                <w:rFonts w:ascii="Calibri" w:hAnsi="Calibri"/>
                <w:sz w:val="12"/>
              </w:rPr>
              <w:t>BİRLİKTE YAŞAMAK</w:t>
            </w:r>
          </w:p>
        </w:tc>
        <w:tc>
          <w:tcPr>
            <w:tcW w:w="1224" w:type="dxa"/>
            <w:shd w:val="clear" w:color="auto" w:fill="FFFFFF"/>
            <w:tcMar>
              <w:top w:w="20" w:type="dxa"/>
              <w:left w:w="20" w:type="dxa"/>
              <w:bottom w:w="20" w:type="dxa"/>
              <w:right w:w="20" w:type="dxa"/>
            </w:tcMar>
          </w:tcPr>
          <w:p w:rsidR="00EC1FA8" w:rsidRPr="0078123B" w:rsidRDefault="00EC1FA8" w:rsidP="004F40CF">
            <w:pPr>
              <w:spacing w:after="0" w:line="240" w:lineRule="auto"/>
            </w:pPr>
            <w:r w:rsidRPr="0078123B">
              <w:rPr>
                <w:rFonts w:ascii="Calibri" w:hAnsi="Calibri"/>
                <w:sz w:val="12"/>
              </w:rPr>
              <w:t>Kültürel Özelliklere Saygı ve Birlikte Yaşama Kültürü</w:t>
            </w:r>
          </w:p>
        </w:tc>
        <w:tc>
          <w:tcPr>
            <w:tcW w:w="1512" w:type="dxa"/>
            <w:gridSpan w:val="2"/>
            <w:shd w:val="clear" w:color="auto" w:fill="FFFFFF"/>
            <w:tcMar>
              <w:top w:w="20" w:type="dxa"/>
              <w:left w:w="20" w:type="dxa"/>
              <w:bottom w:w="20" w:type="dxa"/>
              <w:right w:w="20" w:type="dxa"/>
            </w:tcMar>
          </w:tcPr>
          <w:p w:rsidR="00EC1FA8" w:rsidRPr="0078123B" w:rsidRDefault="00EC1FA8" w:rsidP="004F40CF">
            <w:pPr>
              <w:spacing w:after="0" w:line="240" w:lineRule="auto"/>
            </w:pPr>
            <w:r w:rsidRPr="0078123B">
              <w:rPr>
                <w:rFonts w:ascii="Calibri" w:hAnsi="Calibri"/>
                <w:sz w:val="12"/>
              </w:rPr>
              <w:t>SB.5.1.2. Kültürel özelliklere saygı duymanın birlikte yaşamaya etkisini yorumlayabilme</w:t>
            </w:r>
          </w:p>
        </w:tc>
        <w:tc>
          <w:tcPr>
            <w:tcW w:w="1656" w:type="dxa"/>
            <w:shd w:val="clear" w:color="auto" w:fill="FFFFFF"/>
            <w:tcMar>
              <w:top w:w="20" w:type="dxa"/>
              <w:left w:w="20" w:type="dxa"/>
              <w:bottom w:w="20" w:type="dxa"/>
              <w:right w:w="20" w:type="dxa"/>
            </w:tcMar>
          </w:tcPr>
          <w:p w:rsidR="00EC1FA8" w:rsidRPr="0078123B" w:rsidRDefault="00EC1FA8" w:rsidP="004F40CF">
            <w:pPr>
              <w:spacing w:after="0" w:line="240" w:lineRule="auto"/>
            </w:pPr>
            <w:r w:rsidRPr="0078123B">
              <w:rPr>
                <w:rFonts w:ascii="Calibri" w:hAnsi="Calibri"/>
                <w:sz w:val="12"/>
              </w:rPr>
              <w:t xml:space="preserve">a) </w:t>
            </w:r>
            <w:proofErr w:type="spellStart"/>
            <w:r w:rsidRPr="0078123B">
              <w:rPr>
                <w:rFonts w:ascii="Calibri" w:hAnsi="Calibri"/>
                <w:sz w:val="12"/>
              </w:rPr>
              <w:t>Kültürel</w:t>
            </w:r>
            <w:proofErr w:type="spellEnd"/>
            <w:r w:rsidRPr="0078123B">
              <w:rPr>
                <w:rFonts w:ascii="Calibri" w:hAnsi="Calibri"/>
                <w:sz w:val="12"/>
              </w:rPr>
              <w:t xml:space="preserve"> </w:t>
            </w:r>
            <w:proofErr w:type="spellStart"/>
            <w:r w:rsidRPr="0078123B">
              <w:rPr>
                <w:rFonts w:ascii="Calibri" w:hAnsi="Calibri"/>
                <w:sz w:val="12"/>
              </w:rPr>
              <w:t>özelliklere</w:t>
            </w:r>
            <w:proofErr w:type="spellEnd"/>
            <w:r w:rsidRPr="0078123B">
              <w:rPr>
                <w:rFonts w:ascii="Calibri" w:hAnsi="Calibri"/>
                <w:sz w:val="12"/>
              </w:rPr>
              <w:t xml:space="preserve"> </w:t>
            </w:r>
            <w:proofErr w:type="spellStart"/>
            <w:r w:rsidRPr="0078123B">
              <w:rPr>
                <w:rFonts w:ascii="Calibri" w:hAnsi="Calibri"/>
                <w:sz w:val="12"/>
              </w:rPr>
              <w:t>saygı</w:t>
            </w:r>
            <w:proofErr w:type="spellEnd"/>
            <w:r w:rsidRPr="0078123B">
              <w:rPr>
                <w:rFonts w:ascii="Calibri" w:hAnsi="Calibri"/>
                <w:sz w:val="12"/>
              </w:rPr>
              <w:t xml:space="preserve"> </w:t>
            </w:r>
            <w:proofErr w:type="spellStart"/>
            <w:r w:rsidRPr="0078123B">
              <w:rPr>
                <w:rFonts w:ascii="Calibri" w:hAnsi="Calibri"/>
                <w:sz w:val="12"/>
              </w:rPr>
              <w:t>duymanın</w:t>
            </w:r>
            <w:proofErr w:type="spellEnd"/>
            <w:r w:rsidRPr="0078123B">
              <w:rPr>
                <w:rFonts w:ascii="Calibri" w:hAnsi="Calibri"/>
                <w:sz w:val="12"/>
              </w:rPr>
              <w:t xml:space="preserve"> </w:t>
            </w:r>
            <w:proofErr w:type="spellStart"/>
            <w:r w:rsidRPr="0078123B">
              <w:rPr>
                <w:rFonts w:ascii="Calibri" w:hAnsi="Calibri"/>
                <w:sz w:val="12"/>
              </w:rPr>
              <w:t>birlikte</w:t>
            </w:r>
            <w:proofErr w:type="spellEnd"/>
            <w:r w:rsidRPr="0078123B">
              <w:rPr>
                <w:rFonts w:ascii="Calibri" w:hAnsi="Calibri"/>
                <w:sz w:val="12"/>
              </w:rPr>
              <w:t xml:space="preserve"> </w:t>
            </w:r>
            <w:proofErr w:type="spellStart"/>
            <w:r w:rsidRPr="0078123B">
              <w:rPr>
                <w:rFonts w:ascii="Calibri" w:hAnsi="Calibri"/>
                <w:sz w:val="12"/>
              </w:rPr>
              <w:t>yaşamaya</w:t>
            </w:r>
            <w:proofErr w:type="spellEnd"/>
            <w:r w:rsidRPr="0078123B">
              <w:rPr>
                <w:rFonts w:ascii="Calibri" w:hAnsi="Calibri"/>
                <w:sz w:val="12"/>
              </w:rPr>
              <w:t xml:space="preserve"> </w:t>
            </w:r>
            <w:proofErr w:type="spellStart"/>
            <w:r w:rsidRPr="0078123B">
              <w:rPr>
                <w:rFonts w:ascii="Calibri" w:hAnsi="Calibri"/>
                <w:sz w:val="12"/>
              </w:rPr>
              <w:t>etkisini</w:t>
            </w:r>
            <w:proofErr w:type="spellEnd"/>
            <w:r w:rsidRPr="0078123B">
              <w:rPr>
                <w:rFonts w:ascii="Calibri" w:hAnsi="Calibri"/>
                <w:sz w:val="12"/>
              </w:rPr>
              <w:t xml:space="preserve"> </w:t>
            </w:r>
            <w:proofErr w:type="spellStart"/>
            <w:r w:rsidRPr="0078123B">
              <w:rPr>
                <w:rFonts w:ascii="Calibri" w:hAnsi="Calibri"/>
                <w:sz w:val="12"/>
              </w:rPr>
              <w:t>örnekler</w:t>
            </w:r>
            <w:proofErr w:type="spellEnd"/>
            <w:r w:rsidR="00BE44BA">
              <w:rPr>
                <w:rFonts w:ascii="Calibri" w:hAnsi="Calibri"/>
                <w:sz w:val="12"/>
              </w:rPr>
              <w:t xml:space="preserve"> </w:t>
            </w:r>
            <w:proofErr w:type="spellStart"/>
            <w:r w:rsidR="00BE44BA">
              <w:rPr>
                <w:rFonts w:ascii="Calibri" w:hAnsi="Calibri"/>
                <w:sz w:val="12"/>
              </w:rPr>
              <w:t>üzerinden</w:t>
            </w:r>
            <w:proofErr w:type="spellEnd"/>
            <w:r w:rsidR="00BE44BA">
              <w:rPr>
                <w:rFonts w:ascii="Calibri" w:hAnsi="Calibri"/>
                <w:sz w:val="12"/>
              </w:rPr>
              <w:t xml:space="preserve"> </w:t>
            </w:r>
            <w:proofErr w:type="spellStart"/>
            <w:r w:rsidR="00BE44BA">
              <w:rPr>
                <w:rFonts w:ascii="Calibri" w:hAnsi="Calibri"/>
                <w:sz w:val="12"/>
              </w:rPr>
              <w:t>inceler</w:t>
            </w:r>
            <w:proofErr w:type="spellEnd"/>
            <w:r w:rsidR="00BE44BA">
              <w:rPr>
                <w:rFonts w:ascii="Calibri" w:hAnsi="Calibri"/>
                <w:sz w:val="12"/>
              </w:rPr>
              <w:t>.</w:t>
            </w:r>
            <w:r w:rsidRPr="0078123B">
              <w:rPr>
                <w:rFonts w:ascii="Calibri" w:hAnsi="Calibri"/>
                <w:sz w:val="12"/>
              </w:rPr>
              <w:br/>
              <w:t>b) Kültürel özelliklere saygı duymanın birlikte yaşamaya etkisini yazılı, görsel veya dijital ürünlere dönüştürür.</w:t>
            </w:r>
            <w:r w:rsidRPr="0078123B">
              <w:rPr>
                <w:rFonts w:ascii="Calibri" w:hAnsi="Calibri"/>
                <w:sz w:val="12"/>
              </w:rPr>
              <w:br/>
              <w:t>c) Kültürel özelliklere saygı duymanın birlikte yaşamaya etkisini ifade eder.</w:t>
            </w:r>
          </w:p>
        </w:tc>
        <w:tc>
          <w:tcPr>
            <w:tcW w:w="1228" w:type="dxa"/>
            <w:gridSpan w:val="2"/>
            <w:vMerge w:val="restart"/>
            <w:shd w:val="clear" w:color="auto" w:fill="FFFFFF" w:themeFill="background1"/>
            <w:tcMar>
              <w:top w:w="20" w:type="dxa"/>
              <w:left w:w="20" w:type="dxa"/>
              <w:bottom w:w="20" w:type="dxa"/>
              <w:right w:w="20" w:type="dxa"/>
            </w:tcMar>
          </w:tcPr>
          <w:p w:rsidR="00EC1FA8" w:rsidRPr="0078123B" w:rsidRDefault="00EC1FA8" w:rsidP="004F40CF">
            <w:pPr>
              <w:spacing w:after="0" w:line="240" w:lineRule="auto"/>
            </w:pPr>
          </w:p>
        </w:tc>
        <w:tc>
          <w:tcPr>
            <w:tcW w:w="1152" w:type="dxa"/>
            <w:shd w:val="clear" w:color="auto" w:fill="FFFFFF"/>
            <w:tcMar>
              <w:top w:w="20" w:type="dxa"/>
              <w:left w:w="20" w:type="dxa"/>
              <w:bottom w:w="20" w:type="dxa"/>
              <w:right w:w="20" w:type="dxa"/>
            </w:tcMar>
          </w:tcPr>
          <w:p w:rsidR="00EC1FA8" w:rsidRPr="0078123B" w:rsidRDefault="00EC1FA8" w:rsidP="004F40CF">
            <w:pPr>
              <w:spacing w:after="0" w:line="240" w:lineRule="auto"/>
            </w:pPr>
            <w:r w:rsidRPr="0078123B">
              <w:rPr>
                <w:rFonts w:ascii="Calibri" w:hAnsi="Calibri"/>
                <w:sz w:val="12"/>
              </w:rPr>
              <w:t>SDB2.1. İletişim</w:t>
            </w:r>
            <w:proofErr w:type="gramStart"/>
            <w:r w:rsidRPr="0078123B">
              <w:rPr>
                <w:rFonts w:ascii="Calibri" w:hAnsi="Calibri"/>
                <w:sz w:val="12"/>
              </w:rPr>
              <w:t>,</w:t>
            </w:r>
            <w:proofErr w:type="gramEnd"/>
            <w:r w:rsidRPr="0078123B">
              <w:rPr>
                <w:rFonts w:ascii="Calibri" w:hAnsi="Calibri"/>
                <w:sz w:val="12"/>
              </w:rPr>
              <w:br/>
              <w:t xml:space="preserve">SDB2.2. İş Birliği, </w:t>
            </w:r>
            <w:r w:rsidRPr="0078123B">
              <w:rPr>
                <w:rFonts w:ascii="Calibri" w:hAnsi="Calibri"/>
                <w:sz w:val="12"/>
              </w:rPr>
              <w:br/>
              <w:t xml:space="preserve">SDB2.3. Sosyal Farkındalık, </w:t>
            </w:r>
            <w:r w:rsidRPr="0078123B">
              <w:rPr>
                <w:rFonts w:ascii="Calibri" w:hAnsi="Calibri"/>
                <w:sz w:val="12"/>
              </w:rPr>
              <w:br/>
              <w:t>SDB3.2. Esneklik</w:t>
            </w:r>
            <w:proofErr w:type="gramStart"/>
            <w:r w:rsidRPr="0078123B">
              <w:rPr>
                <w:rFonts w:ascii="Calibri" w:hAnsi="Calibri"/>
                <w:sz w:val="12"/>
              </w:rPr>
              <w:t>,</w:t>
            </w:r>
            <w:proofErr w:type="gramEnd"/>
            <w:r w:rsidRPr="0078123B">
              <w:rPr>
                <w:rFonts w:ascii="Calibri" w:hAnsi="Calibri"/>
                <w:sz w:val="12"/>
              </w:rPr>
              <w:br/>
              <w:t>SDB3.3. Sorumlu Karar Verme</w:t>
            </w:r>
          </w:p>
        </w:tc>
        <w:tc>
          <w:tcPr>
            <w:tcW w:w="1008" w:type="dxa"/>
            <w:shd w:val="clear" w:color="auto" w:fill="FFFFFF"/>
            <w:tcMar>
              <w:top w:w="20" w:type="dxa"/>
              <w:left w:w="20" w:type="dxa"/>
              <w:bottom w:w="20" w:type="dxa"/>
              <w:right w:w="20" w:type="dxa"/>
            </w:tcMar>
          </w:tcPr>
          <w:p w:rsidR="00EC1FA8" w:rsidRPr="0078123B" w:rsidRDefault="00EC1FA8" w:rsidP="004F40CF">
            <w:pPr>
              <w:spacing w:after="0" w:line="240" w:lineRule="auto"/>
            </w:pPr>
            <w:r w:rsidRPr="0078123B">
              <w:rPr>
                <w:rFonts w:ascii="Calibri" w:hAnsi="Calibri"/>
                <w:sz w:val="12"/>
              </w:rPr>
              <w:t>D3. Çalışkanlık</w:t>
            </w:r>
            <w:proofErr w:type="gramStart"/>
            <w:r w:rsidRPr="0078123B">
              <w:rPr>
                <w:rFonts w:ascii="Calibri" w:hAnsi="Calibri"/>
                <w:sz w:val="12"/>
              </w:rPr>
              <w:t>,</w:t>
            </w:r>
            <w:proofErr w:type="gramEnd"/>
            <w:r w:rsidRPr="0078123B">
              <w:rPr>
                <w:rFonts w:ascii="Calibri" w:hAnsi="Calibri"/>
                <w:sz w:val="12"/>
              </w:rPr>
              <w:br/>
              <w:t xml:space="preserve">D15. Sevgi, </w:t>
            </w:r>
            <w:r w:rsidRPr="0078123B">
              <w:rPr>
                <w:rFonts w:ascii="Calibri" w:hAnsi="Calibri"/>
                <w:sz w:val="12"/>
              </w:rPr>
              <w:br/>
              <w:t>D16. Sorumluluk</w:t>
            </w:r>
            <w:proofErr w:type="gramStart"/>
            <w:r w:rsidRPr="0078123B">
              <w:rPr>
                <w:rFonts w:ascii="Calibri" w:hAnsi="Calibri"/>
                <w:sz w:val="12"/>
              </w:rPr>
              <w:t>,</w:t>
            </w:r>
            <w:proofErr w:type="gramEnd"/>
            <w:r w:rsidRPr="0078123B">
              <w:rPr>
                <w:rFonts w:ascii="Calibri" w:hAnsi="Calibri"/>
                <w:sz w:val="12"/>
              </w:rPr>
              <w:br/>
              <w:t>D.19 Vatanseverlik, D20. Yardımseverlik</w:t>
            </w:r>
          </w:p>
        </w:tc>
        <w:tc>
          <w:tcPr>
            <w:tcW w:w="1152" w:type="dxa"/>
            <w:vMerge/>
            <w:shd w:val="clear" w:color="auto" w:fill="FFFFFF"/>
            <w:tcMar>
              <w:top w:w="20" w:type="dxa"/>
              <w:left w:w="20" w:type="dxa"/>
              <w:bottom w:w="20" w:type="dxa"/>
              <w:right w:w="20" w:type="dxa"/>
            </w:tcMar>
          </w:tcPr>
          <w:p w:rsidR="00EC1FA8" w:rsidRPr="0078123B" w:rsidRDefault="00EC1FA8" w:rsidP="004F40CF">
            <w:pPr>
              <w:spacing w:after="0" w:line="240" w:lineRule="auto"/>
            </w:pPr>
          </w:p>
        </w:tc>
        <w:tc>
          <w:tcPr>
            <w:tcW w:w="1008" w:type="dxa"/>
            <w:gridSpan w:val="2"/>
            <w:shd w:val="clear" w:color="auto" w:fill="FFFFFF"/>
            <w:tcMar>
              <w:top w:w="20" w:type="dxa"/>
              <w:left w:w="20" w:type="dxa"/>
              <w:bottom w:w="20" w:type="dxa"/>
              <w:right w:w="20" w:type="dxa"/>
            </w:tcMar>
          </w:tcPr>
          <w:p w:rsidR="00EC1FA8" w:rsidRPr="0078123B" w:rsidRDefault="00EC1FA8" w:rsidP="004F40CF">
            <w:pPr>
              <w:spacing w:after="0" w:line="240" w:lineRule="auto"/>
            </w:pPr>
            <w:r w:rsidRPr="0078123B">
              <w:rPr>
                <w:rFonts w:ascii="Calibri" w:hAnsi="Calibri"/>
                <w:sz w:val="12"/>
              </w:rPr>
              <w:t>15 Temmuz Demokrasi ve Milli Birlik Günü</w:t>
            </w:r>
          </w:p>
        </w:tc>
        <w:tc>
          <w:tcPr>
            <w:tcW w:w="1298" w:type="dxa"/>
            <w:vMerge/>
            <w:shd w:val="clear" w:color="auto" w:fill="FFFFFF"/>
            <w:tcMar>
              <w:top w:w="20" w:type="dxa"/>
              <w:left w:w="20" w:type="dxa"/>
              <w:bottom w:w="20" w:type="dxa"/>
              <w:right w:w="20" w:type="dxa"/>
            </w:tcMar>
          </w:tcPr>
          <w:p w:rsidR="00EC1FA8" w:rsidRPr="0078123B" w:rsidRDefault="00EC1FA8" w:rsidP="004F40CF">
            <w:pPr>
              <w:spacing w:after="0" w:line="240" w:lineRule="auto"/>
            </w:pPr>
          </w:p>
        </w:tc>
        <w:tc>
          <w:tcPr>
            <w:tcW w:w="1224" w:type="dxa"/>
            <w:vMerge/>
            <w:shd w:val="clear" w:color="auto" w:fill="FFFFFF"/>
            <w:tcMar>
              <w:top w:w="20" w:type="dxa"/>
              <w:left w:w="20" w:type="dxa"/>
              <w:bottom w:w="20" w:type="dxa"/>
              <w:right w:w="20" w:type="dxa"/>
            </w:tcMar>
          </w:tcPr>
          <w:p w:rsidR="00EC1FA8" w:rsidRPr="0078123B" w:rsidRDefault="00EC1FA8" w:rsidP="004F40CF">
            <w:pPr>
              <w:spacing w:after="0" w:line="240" w:lineRule="auto"/>
            </w:pPr>
          </w:p>
        </w:tc>
      </w:tr>
      <w:tr w:rsidR="00EC1FA8" w:rsidRPr="0078123B" w:rsidTr="00BB3EAB">
        <w:tblPrEx>
          <w:tblCellMar>
            <w:left w:w="108" w:type="dxa"/>
            <w:right w:w="108" w:type="dxa"/>
          </w:tblCellMar>
          <w:tblLook w:val="04A0"/>
        </w:tblPrEx>
        <w:trPr>
          <w:gridAfter w:val="1"/>
          <w:wAfter w:w="10" w:type="dxa"/>
          <w:jc w:val="center"/>
        </w:trPr>
        <w:tc>
          <w:tcPr>
            <w:tcW w:w="792" w:type="dxa"/>
            <w:shd w:val="clear" w:color="auto" w:fill="F8FAFC"/>
            <w:tcMar>
              <w:top w:w="20" w:type="dxa"/>
              <w:left w:w="20" w:type="dxa"/>
              <w:bottom w:w="20" w:type="dxa"/>
              <w:right w:w="20" w:type="dxa"/>
            </w:tcMar>
          </w:tcPr>
          <w:p w:rsidR="00EC1FA8" w:rsidRPr="0078123B" w:rsidRDefault="00EC1FA8" w:rsidP="004F40CF">
            <w:pPr>
              <w:spacing w:after="0" w:line="240" w:lineRule="auto"/>
              <w:jc w:val="center"/>
            </w:pPr>
            <w:r w:rsidRPr="0078123B">
              <w:rPr>
                <w:rFonts w:ascii="Calibri" w:hAnsi="Calibri"/>
                <w:sz w:val="12"/>
              </w:rPr>
              <w:t>EYLÜL</w:t>
            </w:r>
          </w:p>
        </w:tc>
        <w:tc>
          <w:tcPr>
            <w:tcW w:w="1008" w:type="dxa"/>
            <w:shd w:val="clear" w:color="auto" w:fill="F8FAFC"/>
            <w:tcMar>
              <w:top w:w="20" w:type="dxa"/>
              <w:left w:w="20" w:type="dxa"/>
              <w:bottom w:w="20" w:type="dxa"/>
              <w:right w:w="20" w:type="dxa"/>
            </w:tcMar>
          </w:tcPr>
          <w:p w:rsidR="00EC1FA8" w:rsidRPr="0078123B" w:rsidRDefault="00EC1FA8" w:rsidP="004F40CF">
            <w:pPr>
              <w:spacing w:after="0" w:line="240" w:lineRule="auto"/>
              <w:jc w:val="center"/>
            </w:pPr>
            <w:r w:rsidRPr="0078123B">
              <w:rPr>
                <w:rFonts w:ascii="Calibri" w:hAnsi="Calibri"/>
                <w:sz w:val="12"/>
              </w:rPr>
              <w:t>3. Hafta:</w:t>
            </w:r>
            <w:r w:rsidRPr="0078123B">
              <w:rPr>
                <w:rFonts w:ascii="Calibri" w:hAnsi="Calibri"/>
                <w:sz w:val="12"/>
              </w:rPr>
              <w:br/>
              <w:t xml:space="preserve"> 28 Eylül-2 Ekim</w:t>
            </w:r>
          </w:p>
        </w:tc>
        <w:tc>
          <w:tcPr>
            <w:tcW w:w="652" w:type="dxa"/>
            <w:shd w:val="clear" w:color="auto" w:fill="F8FAFC"/>
            <w:tcMar>
              <w:top w:w="20" w:type="dxa"/>
              <w:left w:w="20" w:type="dxa"/>
              <w:bottom w:w="20" w:type="dxa"/>
              <w:right w:w="20" w:type="dxa"/>
            </w:tcMar>
          </w:tcPr>
          <w:p w:rsidR="00EC1FA8" w:rsidRPr="0078123B" w:rsidRDefault="00EC1FA8" w:rsidP="004F40CF">
            <w:pPr>
              <w:spacing w:after="0" w:line="240" w:lineRule="auto"/>
              <w:jc w:val="center"/>
            </w:pPr>
            <w:r w:rsidRPr="0078123B">
              <w:rPr>
                <w:rFonts w:ascii="Calibri" w:hAnsi="Calibri"/>
                <w:sz w:val="12"/>
              </w:rPr>
              <w:t>3</w:t>
            </w:r>
          </w:p>
        </w:tc>
        <w:tc>
          <w:tcPr>
            <w:tcW w:w="1152" w:type="dxa"/>
            <w:shd w:val="clear" w:color="auto" w:fill="F8FAFC"/>
            <w:tcMar>
              <w:top w:w="20" w:type="dxa"/>
              <w:left w:w="20" w:type="dxa"/>
              <w:bottom w:w="20" w:type="dxa"/>
              <w:right w:w="20" w:type="dxa"/>
            </w:tcMar>
          </w:tcPr>
          <w:p w:rsidR="00EC1FA8" w:rsidRPr="0078123B" w:rsidRDefault="00EC1FA8" w:rsidP="004F40CF">
            <w:pPr>
              <w:spacing w:after="0" w:line="240" w:lineRule="auto"/>
            </w:pPr>
            <w:r w:rsidRPr="0078123B">
              <w:rPr>
                <w:rFonts w:ascii="Calibri" w:hAnsi="Calibri"/>
                <w:sz w:val="12"/>
              </w:rPr>
              <w:t>BİRLİKTE YAŞAMAK</w:t>
            </w:r>
          </w:p>
        </w:tc>
        <w:tc>
          <w:tcPr>
            <w:tcW w:w="1224" w:type="dxa"/>
            <w:shd w:val="clear" w:color="auto" w:fill="F8FAFC"/>
            <w:tcMar>
              <w:top w:w="20" w:type="dxa"/>
              <w:left w:w="20" w:type="dxa"/>
              <w:bottom w:w="20" w:type="dxa"/>
              <w:right w:w="20" w:type="dxa"/>
            </w:tcMar>
          </w:tcPr>
          <w:p w:rsidR="00EC1FA8" w:rsidRPr="0078123B" w:rsidRDefault="00EC1FA8" w:rsidP="004F40CF">
            <w:pPr>
              <w:spacing w:after="0" w:line="240" w:lineRule="auto"/>
            </w:pPr>
            <w:r w:rsidRPr="0078123B">
              <w:rPr>
                <w:rFonts w:ascii="Calibri" w:hAnsi="Calibri"/>
                <w:sz w:val="12"/>
              </w:rPr>
              <w:t>Kültürel Özelliklere Saygı ve Birlikte Yaşama Kültürü</w:t>
            </w:r>
          </w:p>
        </w:tc>
        <w:tc>
          <w:tcPr>
            <w:tcW w:w="1512" w:type="dxa"/>
            <w:gridSpan w:val="2"/>
            <w:shd w:val="clear" w:color="auto" w:fill="F8FAFC"/>
            <w:tcMar>
              <w:top w:w="20" w:type="dxa"/>
              <w:left w:w="20" w:type="dxa"/>
              <w:bottom w:w="20" w:type="dxa"/>
              <w:right w:w="20" w:type="dxa"/>
            </w:tcMar>
          </w:tcPr>
          <w:p w:rsidR="00EC1FA8" w:rsidRPr="0078123B" w:rsidRDefault="00EC1FA8" w:rsidP="004F40CF">
            <w:pPr>
              <w:spacing w:after="0" w:line="240" w:lineRule="auto"/>
            </w:pPr>
            <w:r w:rsidRPr="0078123B">
              <w:rPr>
                <w:rFonts w:ascii="Calibri" w:hAnsi="Calibri"/>
                <w:sz w:val="12"/>
              </w:rPr>
              <w:t>B.5.1.2. Kültürel özelliklere saygı duymanın birlikte yaşamaya etkisini yorumlayabilme</w:t>
            </w:r>
          </w:p>
        </w:tc>
        <w:tc>
          <w:tcPr>
            <w:tcW w:w="1656" w:type="dxa"/>
            <w:shd w:val="clear" w:color="auto" w:fill="F8FAFC"/>
            <w:tcMar>
              <w:top w:w="20" w:type="dxa"/>
              <w:left w:w="20" w:type="dxa"/>
              <w:bottom w:w="20" w:type="dxa"/>
              <w:right w:w="20" w:type="dxa"/>
            </w:tcMar>
          </w:tcPr>
          <w:p w:rsidR="00EC1FA8" w:rsidRPr="0078123B" w:rsidRDefault="00EC1FA8" w:rsidP="004F40CF">
            <w:pPr>
              <w:spacing w:after="0" w:line="240" w:lineRule="auto"/>
            </w:pPr>
            <w:r w:rsidRPr="0078123B">
              <w:rPr>
                <w:rFonts w:ascii="Calibri" w:hAnsi="Calibri"/>
                <w:sz w:val="12"/>
              </w:rPr>
              <w:t>a) Kültürel özelliklere saygı duymanın birlikte yaşamaya etkisini örnekler üzerinden</w:t>
            </w:r>
            <w:r w:rsidRPr="0078123B">
              <w:rPr>
                <w:rFonts w:ascii="Calibri" w:hAnsi="Calibri"/>
                <w:sz w:val="12"/>
              </w:rPr>
              <w:br/>
              <w:t>belirler.</w:t>
            </w:r>
            <w:r w:rsidRPr="0078123B">
              <w:rPr>
                <w:rFonts w:ascii="Calibri" w:hAnsi="Calibri"/>
                <w:sz w:val="12"/>
              </w:rPr>
              <w:br/>
              <w:t>b) Kültürel özelliklere saygı duymanın birlikte yaşamaya etkisini yazılı, görsel veya</w:t>
            </w:r>
            <w:r w:rsidRPr="0078123B">
              <w:rPr>
                <w:rFonts w:ascii="Calibri" w:hAnsi="Calibri"/>
                <w:sz w:val="12"/>
              </w:rPr>
              <w:br/>
              <w:t>dijital ürünlere dönüştürür.</w:t>
            </w:r>
            <w:r w:rsidRPr="0078123B">
              <w:rPr>
                <w:rFonts w:ascii="Calibri" w:hAnsi="Calibri"/>
                <w:sz w:val="12"/>
              </w:rPr>
              <w:br/>
              <w:t>c) Kültürel özelliklere saygı duymanın birlikte yaşamaya etkisini ifade eder.</w:t>
            </w:r>
          </w:p>
        </w:tc>
        <w:tc>
          <w:tcPr>
            <w:tcW w:w="1228" w:type="dxa"/>
            <w:gridSpan w:val="2"/>
            <w:vMerge/>
            <w:shd w:val="clear" w:color="auto" w:fill="FFFFFF" w:themeFill="background1"/>
            <w:tcMar>
              <w:top w:w="20" w:type="dxa"/>
              <w:left w:w="20" w:type="dxa"/>
              <w:bottom w:w="20" w:type="dxa"/>
              <w:right w:w="20" w:type="dxa"/>
            </w:tcMar>
          </w:tcPr>
          <w:p w:rsidR="00EC1FA8" w:rsidRPr="0078123B" w:rsidRDefault="00EC1FA8" w:rsidP="004F40CF">
            <w:pPr>
              <w:spacing w:after="0" w:line="240" w:lineRule="auto"/>
            </w:pPr>
          </w:p>
        </w:tc>
        <w:tc>
          <w:tcPr>
            <w:tcW w:w="1152" w:type="dxa"/>
            <w:shd w:val="clear" w:color="auto" w:fill="F8FAFC"/>
            <w:tcMar>
              <w:top w:w="20" w:type="dxa"/>
              <w:left w:w="20" w:type="dxa"/>
              <w:bottom w:w="20" w:type="dxa"/>
              <w:right w:w="20" w:type="dxa"/>
            </w:tcMar>
          </w:tcPr>
          <w:p w:rsidR="00EC1FA8" w:rsidRPr="0078123B" w:rsidRDefault="00EC1FA8" w:rsidP="004F40CF">
            <w:pPr>
              <w:spacing w:after="0" w:line="240" w:lineRule="auto"/>
            </w:pPr>
            <w:r w:rsidRPr="0078123B">
              <w:rPr>
                <w:rFonts w:ascii="Calibri" w:hAnsi="Calibri"/>
                <w:sz w:val="12"/>
              </w:rPr>
              <w:t>SDB2.1. İletişim</w:t>
            </w:r>
            <w:proofErr w:type="gramStart"/>
            <w:r w:rsidRPr="0078123B">
              <w:rPr>
                <w:rFonts w:ascii="Calibri" w:hAnsi="Calibri"/>
                <w:sz w:val="12"/>
              </w:rPr>
              <w:t>,</w:t>
            </w:r>
            <w:proofErr w:type="gramEnd"/>
            <w:r w:rsidRPr="0078123B">
              <w:rPr>
                <w:rFonts w:ascii="Calibri" w:hAnsi="Calibri"/>
                <w:sz w:val="12"/>
              </w:rPr>
              <w:br/>
              <w:t xml:space="preserve">SDB2.2. İş Birliği, </w:t>
            </w:r>
            <w:r w:rsidRPr="0078123B">
              <w:rPr>
                <w:rFonts w:ascii="Calibri" w:hAnsi="Calibri"/>
                <w:sz w:val="12"/>
              </w:rPr>
              <w:br/>
              <w:t xml:space="preserve">SDB2.3. Sosyal Farkındalık, </w:t>
            </w:r>
            <w:r w:rsidRPr="0078123B">
              <w:rPr>
                <w:rFonts w:ascii="Calibri" w:hAnsi="Calibri"/>
                <w:sz w:val="12"/>
              </w:rPr>
              <w:br/>
              <w:t>SDB3.2. Esneklik</w:t>
            </w:r>
            <w:proofErr w:type="gramStart"/>
            <w:r w:rsidRPr="0078123B">
              <w:rPr>
                <w:rFonts w:ascii="Calibri" w:hAnsi="Calibri"/>
                <w:sz w:val="12"/>
              </w:rPr>
              <w:t>,</w:t>
            </w:r>
            <w:proofErr w:type="gramEnd"/>
            <w:r w:rsidRPr="0078123B">
              <w:rPr>
                <w:rFonts w:ascii="Calibri" w:hAnsi="Calibri"/>
                <w:sz w:val="12"/>
              </w:rPr>
              <w:br/>
              <w:t>SDB3.3. Sorumlu Karar Verme</w:t>
            </w:r>
          </w:p>
        </w:tc>
        <w:tc>
          <w:tcPr>
            <w:tcW w:w="1008" w:type="dxa"/>
            <w:shd w:val="clear" w:color="auto" w:fill="F8FAFC"/>
            <w:tcMar>
              <w:top w:w="20" w:type="dxa"/>
              <w:left w:w="20" w:type="dxa"/>
              <w:bottom w:w="20" w:type="dxa"/>
              <w:right w:w="20" w:type="dxa"/>
            </w:tcMar>
          </w:tcPr>
          <w:p w:rsidR="00EC1FA8" w:rsidRPr="0078123B" w:rsidRDefault="00EC1FA8" w:rsidP="004F40CF">
            <w:pPr>
              <w:spacing w:after="0" w:line="240" w:lineRule="auto"/>
            </w:pPr>
            <w:r w:rsidRPr="0078123B">
              <w:rPr>
                <w:rFonts w:ascii="Calibri" w:hAnsi="Calibri"/>
                <w:sz w:val="12"/>
              </w:rPr>
              <w:t>D3. Çalışkanlık</w:t>
            </w:r>
            <w:proofErr w:type="gramStart"/>
            <w:r w:rsidRPr="0078123B">
              <w:rPr>
                <w:rFonts w:ascii="Calibri" w:hAnsi="Calibri"/>
                <w:sz w:val="12"/>
              </w:rPr>
              <w:t>,</w:t>
            </w:r>
            <w:proofErr w:type="gramEnd"/>
            <w:r w:rsidRPr="0078123B">
              <w:rPr>
                <w:rFonts w:ascii="Calibri" w:hAnsi="Calibri"/>
                <w:sz w:val="12"/>
              </w:rPr>
              <w:br/>
              <w:t xml:space="preserve">D15. Sevgi, </w:t>
            </w:r>
            <w:r w:rsidRPr="0078123B">
              <w:rPr>
                <w:rFonts w:ascii="Calibri" w:hAnsi="Calibri"/>
                <w:sz w:val="12"/>
              </w:rPr>
              <w:br/>
              <w:t>D16. Sorumluluk</w:t>
            </w:r>
            <w:proofErr w:type="gramStart"/>
            <w:r w:rsidRPr="0078123B">
              <w:rPr>
                <w:rFonts w:ascii="Calibri" w:hAnsi="Calibri"/>
                <w:sz w:val="12"/>
              </w:rPr>
              <w:t>,</w:t>
            </w:r>
            <w:proofErr w:type="gramEnd"/>
            <w:r w:rsidRPr="0078123B">
              <w:rPr>
                <w:rFonts w:ascii="Calibri" w:hAnsi="Calibri"/>
                <w:sz w:val="12"/>
              </w:rPr>
              <w:br/>
              <w:t>D.19 Vatanseverlik, D20. Yardımseverlik</w:t>
            </w:r>
          </w:p>
        </w:tc>
        <w:tc>
          <w:tcPr>
            <w:tcW w:w="1152" w:type="dxa"/>
            <w:vMerge/>
            <w:shd w:val="clear" w:color="auto" w:fill="F8FAFC"/>
            <w:tcMar>
              <w:top w:w="20" w:type="dxa"/>
              <w:left w:w="20" w:type="dxa"/>
              <w:bottom w:w="20" w:type="dxa"/>
              <w:right w:w="20" w:type="dxa"/>
            </w:tcMar>
          </w:tcPr>
          <w:p w:rsidR="00EC1FA8" w:rsidRPr="0078123B" w:rsidRDefault="00EC1FA8" w:rsidP="004F40CF">
            <w:pPr>
              <w:spacing w:after="0" w:line="240" w:lineRule="auto"/>
            </w:pPr>
          </w:p>
        </w:tc>
        <w:tc>
          <w:tcPr>
            <w:tcW w:w="1008" w:type="dxa"/>
            <w:gridSpan w:val="2"/>
            <w:shd w:val="clear" w:color="auto" w:fill="F8FAFC"/>
            <w:tcMar>
              <w:top w:w="20" w:type="dxa"/>
              <w:left w:w="20" w:type="dxa"/>
              <w:bottom w:w="20" w:type="dxa"/>
              <w:right w:w="20" w:type="dxa"/>
            </w:tcMar>
          </w:tcPr>
          <w:p w:rsidR="00EC1FA8" w:rsidRPr="0078123B" w:rsidRDefault="00EC1FA8" w:rsidP="004F40CF">
            <w:pPr>
              <w:spacing w:after="0" w:line="240" w:lineRule="auto"/>
            </w:pPr>
          </w:p>
        </w:tc>
        <w:tc>
          <w:tcPr>
            <w:tcW w:w="1298" w:type="dxa"/>
            <w:vMerge/>
            <w:shd w:val="clear" w:color="auto" w:fill="F8FAFC"/>
            <w:tcMar>
              <w:top w:w="20" w:type="dxa"/>
              <w:left w:w="20" w:type="dxa"/>
              <w:bottom w:w="20" w:type="dxa"/>
              <w:right w:w="20" w:type="dxa"/>
            </w:tcMar>
          </w:tcPr>
          <w:p w:rsidR="00EC1FA8" w:rsidRPr="0078123B" w:rsidRDefault="00EC1FA8" w:rsidP="004F40CF">
            <w:pPr>
              <w:spacing w:after="0" w:line="240" w:lineRule="auto"/>
            </w:pPr>
          </w:p>
        </w:tc>
        <w:tc>
          <w:tcPr>
            <w:tcW w:w="1224" w:type="dxa"/>
            <w:vMerge/>
            <w:shd w:val="clear" w:color="auto" w:fill="F8FAFC"/>
            <w:tcMar>
              <w:top w:w="20" w:type="dxa"/>
              <w:left w:w="20" w:type="dxa"/>
              <w:bottom w:w="20" w:type="dxa"/>
              <w:right w:w="20" w:type="dxa"/>
            </w:tcMar>
          </w:tcPr>
          <w:p w:rsidR="00EC1FA8" w:rsidRPr="0078123B" w:rsidRDefault="00EC1FA8" w:rsidP="004F40CF">
            <w:pPr>
              <w:spacing w:after="0" w:line="240" w:lineRule="auto"/>
            </w:pPr>
          </w:p>
        </w:tc>
      </w:tr>
      <w:tr w:rsidR="00EC1FA8" w:rsidRPr="0078123B" w:rsidTr="00BB3EAB">
        <w:tblPrEx>
          <w:tblCellMar>
            <w:left w:w="108" w:type="dxa"/>
            <w:right w:w="108" w:type="dxa"/>
          </w:tblCellMar>
          <w:tblLook w:val="04A0"/>
        </w:tblPrEx>
        <w:trPr>
          <w:gridAfter w:val="1"/>
          <w:wAfter w:w="10" w:type="dxa"/>
          <w:jc w:val="center"/>
        </w:trPr>
        <w:tc>
          <w:tcPr>
            <w:tcW w:w="792" w:type="dxa"/>
            <w:shd w:val="clear" w:color="auto" w:fill="FFFFFF"/>
            <w:tcMar>
              <w:top w:w="20" w:type="dxa"/>
              <w:left w:w="20" w:type="dxa"/>
              <w:bottom w:w="20" w:type="dxa"/>
              <w:right w:w="20" w:type="dxa"/>
            </w:tcMar>
          </w:tcPr>
          <w:p w:rsidR="00EC1FA8" w:rsidRPr="0078123B" w:rsidRDefault="00EC1FA8" w:rsidP="004F40CF">
            <w:pPr>
              <w:spacing w:after="0" w:line="240" w:lineRule="auto"/>
              <w:jc w:val="center"/>
            </w:pPr>
            <w:r w:rsidRPr="0078123B">
              <w:rPr>
                <w:rFonts w:ascii="Calibri" w:hAnsi="Calibri"/>
                <w:sz w:val="12"/>
              </w:rPr>
              <w:t>EKİM</w:t>
            </w:r>
          </w:p>
        </w:tc>
        <w:tc>
          <w:tcPr>
            <w:tcW w:w="1008" w:type="dxa"/>
            <w:shd w:val="clear" w:color="auto" w:fill="FFFFFF"/>
            <w:tcMar>
              <w:top w:w="20" w:type="dxa"/>
              <w:left w:w="20" w:type="dxa"/>
              <w:bottom w:w="20" w:type="dxa"/>
              <w:right w:w="20" w:type="dxa"/>
            </w:tcMar>
          </w:tcPr>
          <w:p w:rsidR="00EC1FA8" w:rsidRPr="0078123B" w:rsidRDefault="00EC1FA8" w:rsidP="004F40CF">
            <w:pPr>
              <w:spacing w:after="0" w:line="240" w:lineRule="auto"/>
              <w:jc w:val="center"/>
            </w:pPr>
            <w:r w:rsidRPr="0078123B">
              <w:rPr>
                <w:rFonts w:ascii="Calibri" w:hAnsi="Calibri"/>
                <w:sz w:val="12"/>
              </w:rPr>
              <w:t>4. Hafta:</w:t>
            </w:r>
            <w:r w:rsidRPr="0078123B">
              <w:rPr>
                <w:rFonts w:ascii="Calibri" w:hAnsi="Calibri"/>
                <w:sz w:val="12"/>
              </w:rPr>
              <w:br/>
              <w:t>5-9 Ekim</w:t>
            </w:r>
          </w:p>
        </w:tc>
        <w:tc>
          <w:tcPr>
            <w:tcW w:w="652" w:type="dxa"/>
            <w:shd w:val="clear" w:color="auto" w:fill="FFFFFF"/>
            <w:tcMar>
              <w:top w:w="20" w:type="dxa"/>
              <w:left w:w="20" w:type="dxa"/>
              <w:bottom w:w="20" w:type="dxa"/>
              <w:right w:w="20" w:type="dxa"/>
            </w:tcMar>
          </w:tcPr>
          <w:p w:rsidR="00EC1FA8" w:rsidRPr="0078123B" w:rsidRDefault="00EC1FA8" w:rsidP="004F40CF">
            <w:pPr>
              <w:spacing w:after="0" w:line="240" w:lineRule="auto"/>
              <w:jc w:val="center"/>
            </w:pPr>
            <w:r w:rsidRPr="0078123B">
              <w:rPr>
                <w:rFonts w:ascii="Calibri" w:hAnsi="Calibri"/>
                <w:sz w:val="12"/>
              </w:rPr>
              <w:t>3</w:t>
            </w:r>
          </w:p>
        </w:tc>
        <w:tc>
          <w:tcPr>
            <w:tcW w:w="1152" w:type="dxa"/>
            <w:shd w:val="clear" w:color="auto" w:fill="FFFFFF"/>
            <w:tcMar>
              <w:top w:w="20" w:type="dxa"/>
              <w:left w:w="20" w:type="dxa"/>
              <w:bottom w:w="20" w:type="dxa"/>
              <w:right w:w="20" w:type="dxa"/>
            </w:tcMar>
          </w:tcPr>
          <w:p w:rsidR="00EC1FA8" w:rsidRPr="0078123B" w:rsidRDefault="00EC1FA8" w:rsidP="004F40CF">
            <w:pPr>
              <w:spacing w:after="0" w:line="240" w:lineRule="auto"/>
            </w:pPr>
            <w:r w:rsidRPr="0078123B">
              <w:rPr>
                <w:rFonts w:ascii="Calibri" w:hAnsi="Calibri"/>
                <w:sz w:val="12"/>
              </w:rPr>
              <w:t>BİRLİKTE YAŞAMAK</w:t>
            </w:r>
          </w:p>
        </w:tc>
        <w:tc>
          <w:tcPr>
            <w:tcW w:w="1224" w:type="dxa"/>
            <w:shd w:val="clear" w:color="auto" w:fill="FFFFFF"/>
            <w:tcMar>
              <w:top w:w="20" w:type="dxa"/>
              <w:left w:w="20" w:type="dxa"/>
              <w:bottom w:w="20" w:type="dxa"/>
              <w:right w:w="20" w:type="dxa"/>
            </w:tcMar>
          </w:tcPr>
          <w:p w:rsidR="00EC1FA8" w:rsidRPr="0078123B" w:rsidRDefault="00EC1FA8" w:rsidP="004F40CF">
            <w:pPr>
              <w:spacing w:after="0" w:line="240" w:lineRule="auto"/>
            </w:pPr>
            <w:r w:rsidRPr="0078123B">
              <w:rPr>
                <w:rFonts w:ascii="Calibri" w:hAnsi="Calibri"/>
                <w:sz w:val="12"/>
              </w:rPr>
              <w:t>Yardımlaşma ve Dayanışma Faaliyetlerinin Toplumsal Birliğe Etkisi</w:t>
            </w:r>
          </w:p>
        </w:tc>
        <w:tc>
          <w:tcPr>
            <w:tcW w:w="1512" w:type="dxa"/>
            <w:gridSpan w:val="2"/>
            <w:shd w:val="clear" w:color="auto" w:fill="FFFFFF"/>
            <w:tcMar>
              <w:top w:w="20" w:type="dxa"/>
              <w:left w:w="20" w:type="dxa"/>
              <w:bottom w:w="20" w:type="dxa"/>
              <w:right w:w="20" w:type="dxa"/>
            </w:tcMar>
          </w:tcPr>
          <w:p w:rsidR="00EC1FA8" w:rsidRPr="0078123B" w:rsidRDefault="00EC1FA8" w:rsidP="004F40CF">
            <w:pPr>
              <w:spacing w:after="0" w:line="240" w:lineRule="auto"/>
            </w:pPr>
            <w:r w:rsidRPr="0078123B">
              <w:rPr>
                <w:rFonts w:ascii="Calibri" w:hAnsi="Calibri"/>
                <w:sz w:val="12"/>
              </w:rPr>
              <w:t>SB.5.1.3. Toplumsal birliği sürdürmeye yönelik yardımlaşma ve dayanışma faaliyetlerine katkı sağlayabilme</w:t>
            </w:r>
          </w:p>
        </w:tc>
        <w:tc>
          <w:tcPr>
            <w:tcW w:w="1656" w:type="dxa"/>
            <w:shd w:val="clear" w:color="auto" w:fill="FFFFFF"/>
            <w:tcMar>
              <w:top w:w="20" w:type="dxa"/>
              <w:left w:w="20" w:type="dxa"/>
              <w:bottom w:w="20" w:type="dxa"/>
              <w:right w:w="20" w:type="dxa"/>
            </w:tcMar>
          </w:tcPr>
          <w:p w:rsidR="00EC1FA8" w:rsidRPr="0078123B" w:rsidRDefault="00EC1FA8" w:rsidP="004F40CF">
            <w:pPr>
              <w:spacing w:after="0" w:line="240" w:lineRule="auto"/>
            </w:pPr>
            <w:r w:rsidRPr="0078123B">
              <w:rPr>
                <w:rFonts w:ascii="Calibri" w:hAnsi="Calibri"/>
                <w:sz w:val="12"/>
              </w:rPr>
              <w:t xml:space="preserve">a) Toplumsal birliği sürdürmeye yönelik yardımlaşma ve dayanışma faaliyetlerini </w:t>
            </w:r>
            <w:r w:rsidRPr="0078123B">
              <w:rPr>
                <w:rFonts w:ascii="Calibri" w:hAnsi="Calibri"/>
                <w:sz w:val="12"/>
              </w:rPr>
              <w:br/>
              <w:t>sorgular.</w:t>
            </w:r>
            <w:r w:rsidRPr="0078123B">
              <w:rPr>
                <w:rFonts w:ascii="Calibri" w:hAnsi="Calibri"/>
                <w:sz w:val="12"/>
              </w:rPr>
              <w:br/>
              <w:t xml:space="preserve">b) Toplumsal birliği sürdürmeye yönelik yardımlaşma ve dayanışma faaliyetleri için </w:t>
            </w:r>
            <w:r w:rsidRPr="0078123B">
              <w:rPr>
                <w:rFonts w:ascii="Calibri" w:hAnsi="Calibri"/>
                <w:sz w:val="12"/>
              </w:rPr>
              <w:br/>
              <w:t>sosyal temas oluşturur.</w:t>
            </w:r>
            <w:r w:rsidRPr="0078123B">
              <w:rPr>
                <w:rFonts w:ascii="Calibri" w:hAnsi="Calibri"/>
                <w:sz w:val="12"/>
              </w:rPr>
              <w:br/>
              <w:t xml:space="preserve">c) Toplumsal birliği sürdürmeye yönelik yardımlaşma ve dayanışma faaliyetleri için </w:t>
            </w:r>
            <w:r w:rsidRPr="0078123B">
              <w:rPr>
                <w:rFonts w:ascii="Calibri" w:hAnsi="Calibri"/>
                <w:sz w:val="12"/>
              </w:rPr>
              <w:br/>
              <w:t>grup dinamiğini sağlar.</w:t>
            </w:r>
            <w:r w:rsidRPr="0078123B">
              <w:rPr>
                <w:rFonts w:ascii="Calibri" w:hAnsi="Calibri"/>
                <w:sz w:val="12"/>
              </w:rPr>
              <w:br/>
              <w:t xml:space="preserve">ç)  Toplumsal birliği sürdürmeye yönelik yardımlaşma ve dayanışma faaliyetleri için </w:t>
            </w:r>
            <w:r w:rsidRPr="0078123B">
              <w:rPr>
                <w:rFonts w:ascii="Calibri" w:hAnsi="Calibri"/>
                <w:sz w:val="12"/>
              </w:rPr>
              <w:br/>
              <w:t>fikir üretir.</w:t>
            </w:r>
            <w:r w:rsidRPr="0078123B">
              <w:rPr>
                <w:rFonts w:ascii="Calibri" w:hAnsi="Calibri"/>
                <w:sz w:val="12"/>
              </w:rPr>
              <w:br/>
              <w:t xml:space="preserve">d) Toplumsal birliği sürdürmeye yönelik yardımlaşma ve dayanışma faaliyetlerine </w:t>
            </w:r>
            <w:r w:rsidRPr="0078123B">
              <w:rPr>
                <w:rFonts w:ascii="Calibri" w:hAnsi="Calibri"/>
                <w:sz w:val="12"/>
              </w:rPr>
              <w:br/>
              <w:t>ilişkin üretilen fikirleri müzakere eder.</w:t>
            </w:r>
            <w:r w:rsidRPr="0078123B">
              <w:rPr>
                <w:rFonts w:ascii="Calibri" w:hAnsi="Calibri"/>
                <w:sz w:val="12"/>
              </w:rPr>
              <w:br/>
              <w:t xml:space="preserve">e) Toplumsal birliği sürdürmeye yönelik yardımlaşma ve dayanışma faaliyetlerine </w:t>
            </w:r>
            <w:r w:rsidRPr="0078123B">
              <w:rPr>
                <w:rFonts w:ascii="Calibri" w:hAnsi="Calibri"/>
                <w:sz w:val="12"/>
              </w:rPr>
              <w:br/>
              <w:t>ilişkin üretilen fikri eyleme dönüştürür.</w:t>
            </w:r>
          </w:p>
        </w:tc>
        <w:tc>
          <w:tcPr>
            <w:tcW w:w="1228" w:type="dxa"/>
            <w:gridSpan w:val="2"/>
            <w:vMerge/>
            <w:shd w:val="clear" w:color="auto" w:fill="FFFFFF" w:themeFill="background1"/>
            <w:tcMar>
              <w:top w:w="20" w:type="dxa"/>
              <w:left w:w="20" w:type="dxa"/>
              <w:bottom w:w="20" w:type="dxa"/>
              <w:right w:w="20" w:type="dxa"/>
            </w:tcMar>
          </w:tcPr>
          <w:p w:rsidR="00EC1FA8" w:rsidRPr="0078123B" w:rsidRDefault="00EC1FA8" w:rsidP="004F40CF">
            <w:pPr>
              <w:spacing w:after="0" w:line="240" w:lineRule="auto"/>
            </w:pPr>
          </w:p>
        </w:tc>
        <w:tc>
          <w:tcPr>
            <w:tcW w:w="1152" w:type="dxa"/>
            <w:shd w:val="clear" w:color="auto" w:fill="FFFFFF"/>
            <w:tcMar>
              <w:top w:w="20" w:type="dxa"/>
              <w:left w:w="20" w:type="dxa"/>
              <w:bottom w:w="20" w:type="dxa"/>
              <w:right w:w="20" w:type="dxa"/>
            </w:tcMar>
          </w:tcPr>
          <w:p w:rsidR="00EC1FA8" w:rsidRPr="0078123B" w:rsidRDefault="00EC1FA8" w:rsidP="004F40CF">
            <w:pPr>
              <w:spacing w:after="0" w:line="240" w:lineRule="auto"/>
            </w:pPr>
            <w:r w:rsidRPr="0078123B">
              <w:rPr>
                <w:rFonts w:ascii="Calibri" w:hAnsi="Calibri"/>
                <w:sz w:val="12"/>
              </w:rPr>
              <w:t>SDB2.1. İletişim</w:t>
            </w:r>
            <w:proofErr w:type="gramStart"/>
            <w:r w:rsidRPr="0078123B">
              <w:rPr>
                <w:rFonts w:ascii="Calibri" w:hAnsi="Calibri"/>
                <w:sz w:val="12"/>
              </w:rPr>
              <w:t>,</w:t>
            </w:r>
            <w:proofErr w:type="gramEnd"/>
            <w:r w:rsidRPr="0078123B">
              <w:rPr>
                <w:rFonts w:ascii="Calibri" w:hAnsi="Calibri"/>
                <w:sz w:val="12"/>
              </w:rPr>
              <w:br/>
              <w:t xml:space="preserve">SDB2.2. İş Birliği, </w:t>
            </w:r>
            <w:r w:rsidRPr="0078123B">
              <w:rPr>
                <w:rFonts w:ascii="Calibri" w:hAnsi="Calibri"/>
                <w:sz w:val="12"/>
              </w:rPr>
              <w:br/>
              <w:t xml:space="preserve">SDB2.3. Sosyal Farkındalık, </w:t>
            </w:r>
            <w:r w:rsidRPr="0078123B">
              <w:rPr>
                <w:rFonts w:ascii="Calibri" w:hAnsi="Calibri"/>
                <w:sz w:val="12"/>
              </w:rPr>
              <w:br/>
              <w:t>SDB3.2. Esneklik</w:t>
            </w:r>
            <w:proofErr w:type="gramStart"/>
            <w:r w:rsidRPr="0078123B">
              <w:rPr>
                <w:rFonts w:ascii="Calibri" w:hAnsi="Calibri"/>
                <w:sz w:val="12"/>
              </w:rPr>
              <w:t>,</w:t>
            </w:r>
            <w:proofErr w:type="gramEnd"/>
            <w:r w:rsidRPr="0078123B">
              <w:rPr>
                <w:rFonts w:ascii="Calibri" w:hAnsi="Calibri"/>
                <w:sz w:val="12"/>
              </w:rPr>
              <w:br/>
              <w:t>SDB3.3. Sorumlu Karar Verme</w:t>
            </w:r>
          </w:p>
        </w:tc>
        <w:tc>
          <w:tcPr>
            <w:tcW w:w="1008" w:type="dxa"/>
            <w:shd w:val="clear" w:color="auto" w:fill="FFFFFF"/>
            <w:tcMar>
              <w:top w:w="20" w:type="dxa"/>
              <w:left w:w="20" w:type="dxa"/>
              <w:bottom w:w="20" w:type="dxa"/>
              <w:right w:w="20" w:type="dxa"/>
            </w:tcMar>
          </w:tcPr>
          <w:p w:rsidR="00EC1FA8" w:rsidRPr="0078123B" w:rsidRDefault="00EC1FA8" w:rsidP="004F40CF">
            <w:pPr>
              <w:spacing w:after="0" w:line="240" w:lineRule="auto"/>
            </w:pPr>
            <w:r w:rsidRPr="0078123B">
              <w:rPr>
                <w:rFonts w:ascii="Calibri" w:hAnsi="Calibri"/>
                <w:sz w:val="12"/>
              </w:rPr>
              <w:t>D3. Çalışkanlık</w:t>
            </w:r>
            <w:proofErr w:type="gramStart"/>
            <w:r w:rsidRPr="0078123B">
              <w:rPr>
                <w:rFonts w:ascii="Calibri" w:hAnsi="Calibri"/>
                <w:sz w:val="12"/>
              </w:rPr>
              <w:t>,</w:t>
            </w:r>
            <w:proofErr w:type="gramEnd"/>
            <w:r w:rsidRPr="0078123B">
              <w:rPr>
                <w:rFonts w:ascii="Calibri" w:hAnsi="Calibri"/>
                <w:sz w:val="12"/>
              </w:rPr>
              <w:br/>
              <w:t xml:space="preserve">D15. Sevgi, </w:t>
            </w:r>
            <w:r w:rsidRPr="0078123B">
              <w:rPr>
                <w:rFonts w:ascii="Calibri" w:hAnsi="Calibri"/>
                <w:sz w:val="12"/>
              </w:rPr>
              <w:br/>
              <w:t>D16. Sorumluluk</w:t>
            </w:r>
            <w:proofErr w:type="gramStart"/>
            <w:r w:rsidRPr="0078123B">
              <w:rPr>
                <w:rFonts w:ascii="Calibri" w:hAnsi="Calibri"/>
                <w:sz w:val="12"/>
              </w:rPr>
              <w:t>,</w:t>
            </w:r>
            <w:proofErr w:type="gramEnd"/>
            <w:r w:rsidRPr="0078123B">
              <w:rPr>
                <w:rFonts w:ascii="Calibri" w:hAnsi="Calibri"/>
                <w:sz w:val="12"/>
              </w:rPr>
              <w:br/>
              <w:t>D.19 Vatanseverlik, D20. Yardımseverlik</w:t>
            </w:r>
          </w:p>
        </w:tc>
        <w:tc>
          <w:tcPr>
            <w:tcW w:w="1152" w:type="dxa"/>
            <w:vMerge/>
            <w:shd w:val="clear" w:color="auto" w:fill="FFFFFF"/>
            <w:tcMar>
              <w:top w:w="20" w:type="dxa"/>
              <w:left w:w="20" w:type="dxa"/>
              <w:bottom w:w="20" w:type="dxa"/>
              <w:right w:w="20" w:type="dxa"/>
            </w:tcMar>
          </w:tcPr>
          <w:p w:rsidR="00EC1FA8" w:rsidRPr="0078123B" w:rsidRDefault="00EC1FA8" w:rsidP="004F40CF">
            <w:pPr>
              <w:spacing w:after="0" w:line="240" w:lineRule="auto"/>
            </w:pPr>
          </w:p>
        </w:tc>
        <w:tc>
          <w:tcPr>
            <w:tcW w:w="1008" w:type="dxa"/>
            <w:gridSpan w:val="2"/>
            <w:shd w:val="clear" w:color="auto" w:fill="FFFFFF"/>
            <w:tcMar>
              <w:top w:w="20" w:type="dxa"/>
              <w:left w:w="20" w:type="dxa"/>
              <w:bottom w:w="20" w:type="dxa"/>
              <w:right w:w="20" w:type="dxa"/>
            </w:tcMar>
          </w:tcPr>
          <w:p w:rsidR="00EC1FA8" w:rsidRPr="0078123B" w:rsidRDefault="00EC1FA8" w:rsidP="004F40CF">
            <w:pPr>
              <w:spacing w:after="0" w:line="240" w:lineRule="auto"/>
            </w:pPr>
          </w:p>
        </w:tc>
        <w:tc>
          <w:tcPr>
            <w:tcW w:w="1298" w:type="dxa"/>
            <w:shd w:val="clear" w:color="auto" w:fill="FFFFFF"/>
            <w:tcMar>
              <w:top w:w="20" w:type="dxa"/>
              <w:left w:w="20" w:type="dxa"/>
              <w:bottom w:w="20" w:type="dxa"/>
              <w:right w:w="20" w:type="dxa"/>
            </w:tcMar>
          </w:tcPr>
          <w:p w:rsidR="00EC1FA8" w:rsidRPr="0078123B" w:rsidRDefault="00EC1FA8" w:rsidP="004F40CF">
            <w:pPr>
              <w:spacing w:after="0" w:line="240" w:lineRule="auto"/>
            </w:pPr>
          </w:p>
        </w:tc>
        <w:tc>
          <w:tcPr>
            <w:tcW w:w="1224" w:type="dxa"/>
            <w:vMerge/>
            <w:shd w:val="clear" w:color="auto" w:fill="FFFFFF"/>
            <w:tcMar>
              <w:top w:w="20" w:type="dxa"/>
              <w:left w:w="20" w:type="dxa"/>
              <w:bottom w:w="20" w:type="dxa"/>
              <w:right w:w="20" w:type="dxa"/>
            </w:tcMar>
          </w:tcPr>
          <w:p w:rsidR="00EC1FA8" w:rsidRPr="0078123B" w:rsidRDefault="00EC1FA8" w:rsidP="004F40CF">
            <w:pPr>
              <w:spacing w:after="0" w:line="240" w:lineRule="auto"/>
            </w:pPr>
          </w:p>
        </w:tc>
      </w:tr>
      <w:tr w:rsidR="00FD1019" w:rsidRPr="0078123B" w:rsidTr="008E6D36">
        <w:tblPrEx>
          <w:tblCellMar>
            <w:left w:w="108" w:type="dxa"/>
            <w:right w:w="108" w:type="dxa"/>
          </w:tblCellMar>
          <w:tblLook w:val="04A0"/>
        </w:tblPrEx>
        <w:trPr>
          <w:gridAfter w:val="1"/>
          <w:wAfter w:w="10" w:type="dxa"/>
          <w:jc w:val="center"/>
        </w:trPr>
        <w:tc>
          <w:tcPr>
            <w:tcW w:w="792" w:type="dxa"/>
            <w:shd w:val="clear" w:color="auto" w:fill="F8FAFC"/>
            <w:tcMar>
              <w:top w:w="20" w:type="dxa"/>
              <w:left w:w="20" w:type="dxa"/>
              <w:bottom w:w="20" w:type="dxa"/>
              <w:right w:w="20" w:type="dxa"/>
            </w:tcMar>
          </w:tcPr>
          <w:p w:rsidR="00FD1019" w:rsidRPr="0078123B" w:rsidRDefault="004F40CF" w:rsidP="004F40CF">
            <w:pPr>
              <w:spacing w:after="0" w:line="240" w:lineRule="auto"/>
              <w:jc w:val="center"/>
            </w:pPr>
            <w:r w:rsidRPr="0078123B">
              <w:rPr>
                <w:rFonts w:ascii="Calibri" w:hAnsi="Calibri"/>
                <w:sz w:val="12"/>
              </w:rPr>
              <w:t>EKİM</w:t>
            </w:r>
          </w:p>
        </w:tc>
        <w:tc>
          <w:tcPr>
            <w:tcW w:w="1008" w:type="dxa"/>
            <w:shd w:val="clear" w:color="auto" w:fill="F8FAFC"/>
            <w:tcMar>
              <w:top w:w="20" w:type="dxa"/>
              <w:left w:w="20" w:type="dxa"/>
              <w:bottom w:w="20" w:type="dxa"/>
              <w:right w:w="20" w:type="dxa"/>
            </w:tcMar>
          </w:tcPr>
          <w:p w:rsidR="00FD1019" w:rsidRPr="0078123B" w:rsidRDefault="004F40CF" w:rsidP="004F40CF">
            <w:pPr>
              <w:spacing w:after="0" w:line="240" w:lineRule="auto"/>
              <w:jc w:val="center"/>
            </w:pPr>
            <w:r w:rsidRPr="0078123B">
              <w:rPr>
                <w:rFonts w:ascii="Calibri" w:hAnsi="Calibri"/>
                <w:sz w:val="12"/>
              </w:rPr>
              <w:t>5. Hafta:</w:t>
            </w:r>
            <w:r w:rsidRPr="0078123B">
              <w:rPr>
                <w:rFonts w:ascii="Calibri" w:hAnsi="Calibri"/>
                <w:sz w:val="12"/>
              </w:rPr>
              <w:br/>
              <w:t>12-16 Ekim</w:t>
            </w:r>
          </w:p>
        </w:tc>
        <w:tc>
          <w:tcPr>
            <w:tcW w:w="652" w:type="dxa"/>
            <w:shd w:val="clear" w:color="auto" w:fill="F8FAFC"/>
            <w:tcMar>
              <w:top w:w="20" w:type="dxa"/>
              <w:left w:w="20" w:type="dxa"/>
              <w:bottom w:w="20" w:type="dxa"/>
              <w:right w:w="20" w:type="dxa"/>
            </w:tcMar>
          </w:tcPr>
          <w:p w:rsidR="00FD1019" w:rsidRPr="0078123B" w:rsidRDefault="004F40CF" w:rsidP="004F40CF">
            <w:pPr>
              <w:spacing w:after="0" w:line="240" w:lineRule="auto"/>
              <w:jc w:val="center"/>
            </w:pPr>
            <w:r w:rsidRPr="0078123B">
              <w:rPr>
                <w:rFonts w:ascii="Calibri" w:hAnsi="Calibri"/>
                <w:sz w:val="12"/>
              </w:rPr>
              <w:t>3</w:t>
            </w:r>
          </w:p>
        </w:tc>
        <w:tc>
          <w:tcPr>
            <w:tcW w:w="1152" w:type="dxa"/>
            <w:shd w:val="clear" w:color="auto" w:fill="F8FAFC"/>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BİRLİKTE YAŞAMAK</w:t>
            </w:r>
          </w:p>
        </w:tc>
        <w:tc>
          <w:tcPr>
            <w:tcW w:w="1224" w:type="dxa"/>
            <w:shd w:val="clear" w:color="auto" w:fill="F8FAFC"/>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Yardımlaşma ve Dayanışma Faaliyetlerinin Toplumsal Birliğe Etkisi</w:t>
            </w:r>
          </w:p>
        </w:tc>
        <w:tc>
          <w:tcPr>
            <w:tcW w:w="1512" w:type="dxa"/>
            <w:gridSpan w:val="2"/>
            <w:shd w:val="clear" w:color="auto" w:fill="F8FAFC"/>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SB.5.1.3. Toplumsal birliği sürdürmeye yönelik yardımlaşma ve dayanışma faaliyetlerine katkı sağlayabilme</w:t>
            </w:r>
          </w:p>
        </w:tc>
        <w:tc>
          <w:tcPr>
            <w:tcW w:w="1656" w:type="dxa"/>
            <w:shd w:val="clear" w:color="auto" w:fill="F8FAFC"/>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a) Toplumsal birliği sürdürmeye yönelik yardımlaşma ve dayanışma faaliyetlerini</w:t>
            </w:r>
            <w:r w:rsidRPr="0078123B">
              <w:rPr>
                <w:rFonts w:ascii="Calibri" w:hAnsi="Calibri"/>
                <w:sz w:val="12"/>
              </w:rPr>
              <w:br/>
              <w:t>sorgular.</w:t>
            </w:r>
            <w:r w:rsidRPr="0078123B">
              <w:rPr>
                <w:rFonts w:ascii="Calibri" w:hAnsi="Calibri"/>
                <w:sz w:val="12"/>
              </w:rPr>
              <w:br/>
              <w:t>b) Toplumsal birliği sürdürmeye yönelik yardımlaşma ve dayanışma faaliyetleri için</w:t>
            </w:r>
            <w:r w:rsidRPr="0078123B">
              <w:rPr>
                <w:rFonts w:ascii="Calibri" w:hAnsi="Calibri"/>
                <w:sz w:val="12"/>
              </w:rPr>
              <w:br/>
            </w:r>
            <w:r w:rsidRPr="0078123B">
              <w:rPr>
                <w:rFonts w:ascii="Calibri" w:hAnsi="Calibri"/>
                <w:sz w:val="12"/>
              </w:rPr>
              <w:lastRenderedPageBreak/>
              <w:t>birlikte çalışabileceği grup üyeleriyle iletişim kurar.</w:t>
            </w:r>
            <w:r w:rsidRPr="0078123B">
              <w:rPr>
                <w:rFonts w:ascii="Calibri" w:hAnsi="Calibri"/>
                <w:sz w:val="12"/>
              </w:rPr>
              <w:br/>
              <w:t>c) Toplumsal birliği sürdürmeye yönelik yardımlaşma ve dayanışma faaliyetleri için</w:t>
            </w:r>
            <w:r w:rsidRPr="0078123B">
              <w:rPr>
                <w:rFonts w:ascii="Calibri" w:hAnsi="Calibri"/>
                <w:sz w:val="12"/>
              </w:rPr>
              <w:br/>
              <w:t>görev paylaşımında bulunur.</w:t>
            </w:r>
            <w:r w:rsidRPr="0078123B">
              <w:rPr>
                <w:rFonts w:ascii="Calibri" w:hAnsi="Calibri"/>
                <w:sz w:val="12"/>
              </w:rPr>
              <w:br/>
              <w:t>ç) Toplumsal birliği sürdürmeye yönelik yardımlaşma ve dayanışma faaliyetleri için</w:t>
            </w:r>
            <w:r w:rsidRPr="0078123B">
              <w:rPr>
                <w:rFonts w:ascii="Calibri" w:hAnsi="Calibri"/>
                <w:sz w:val="12"/>
              </w:rPr>
              <w:br/>
              <w:t>fikir üretir.</w:t>
            </w:r>
            <w:r w:rsidRPr="0078123B">
              <w:rPr>
                <w:rFonts w:ascii="Calibri" w:hAnsi="Calibri"/>
                <w:sz w:val="12"/>
              </w:rPr>
              <w:br/>
              <w:t>d) Toplumsal birliği sürdürmeye yönelik yardımlaşma ve dayanışma faaliyetlerine</w:t>
            </w:r>
            <w:r w:rsidRPr="0078123B">
              <w:rPr>
                <w:rFonts w:ascii="Calibri" w:hAnsi="Calibri"/>
                <w:sz w:val="12"/>
              </w:rPr>
              <w:br/>
              <w:t>ilişkin üretilen fikirleri müzakere eder.</w:t>
            </w:r>
            <w:r w:rsidRPr="0078123B">
              <w:rPr>
                <w:rFonts w:ascii="Calibri" w:hAnsi="Calibri"/>
                <w:sz w:val="12"/>
              </w:rPr>
              <w:br/>
              <w:t>e) Toplumsal birliği sürdürmeye yönelik yardımlaşma ve dayanışma faaliyetlerine</w:t>
            </w:r>
            <w:r w:rsidRPr="0078123B">
              <w:rPr>
                <w:rFonts w:ascii="Calibri" w:hAnsi="Calibri"/>
                <w:sz w:val="12"/>
              </w:rPr>
              <w:br/>
              <w:t>ilişkin üretilen fikri uygulamak için eyleme geçer.</w:t>
            </w:r>
          </w:p>
        </w:tc>
        <w:tc>
          <w:tcPr>
            <w:tcW w:w="1228" w:type="dxa"/>
            <w:gridSpan w:val="2"/>
            <w:shd w:val="clear" w:color="auto" w:fill="F8FAFC"/>
            <w:tcMar>
              <w:top w:w="20" w:type="dxa"/>
              <w:left w:w="20" w:type="dxa"/>
              <w:bottom w:w="20" w:type="dxa"/>
              <w:right w:w="20" w:type="dxa"/>
            </w:tcMar>
          </w:tcPr>
          <w:p w:rsidR="00FD1019" w:rsidRPr="0078123B" w:rsidRDefault="00FD1019" w:rsidP="008106EC">
            <w:pPr>
              <w:spacing w:after="0" w:line="240" w:lineRule="auto"/>
            </w:pPr>
          </w:p>
        </w:tc>
        <w:tc>
          <w:tcPr>
            <w:tcW w:w="1152" w:type="dxa"/>
            <w:shd w:val="clear" w:color="auto" w:fill="F8FAFC"/>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SDB2.1. İletişim</w:t>
            </w:r>
            <w:proofErr w:type="gramStart"/>
            <w:r w:rsidRPr="0078123B">
              <w:rPr>
                <w:rFonts w:ascii="Calibri" w:hAnsi="Calibri"/>
                <w:sz w:val="12"/>
              </w:rPr>
              <w:t>,</w:t>
            </w:r>
            <w:proofErr w:type="gramEnd"/>
            <w:r w:rsidRPr="0078123B">
              <w:rPr>
                <w:rFonts w:ascii="Calibri" w:hAnsi="Calibri"/>
                <w:sz w:val="12"/>
              </w:rPr>
              <w:br/>
              <w:t xml:space="preserve">SDB2.2. İş Birliği, </w:t>
            </w:r>
            <w:r w:rsidRPr="0078123B">
              <w:rPr>
                <w:rFonts w:ascii="Calibri" w:hAnsi="Calibri"/>
                <w:sz w:val="12"/>
              </w:rPr>
              <w:br/>
              <w:t xml:space="preserve">SDB2.3. Sosyal Farkındalık, </w:t>
            </w:r>
            <w:r w:rsidRPr="0078123B">
              <w:rPr>
                <w:rFonts w:ascii="Calibri" w:hAnsi="Calibri"/>
                <w:sz w:val="12"/>
              </w:rPr>
              <w:br/>
              <w:t>SDB3.2. Esneklik</w:t>
            </w:r>
            <w:proofErr w:type="gramStart"/>
            <w:r w:rsidRPr="0078123B">
              <w:rPr>
                <w:rFonts w:ascii="Calibri" w:hAnsi="Calibri"/>
                <w:sz w:val="12"/>
              </w:rPr>
              <w:t>,</w:t>
            </w:r>
            <w:proofErr w:type="gramEnd"/>
            <w:r w:rsidRPr="0078123B">
              <w:rPr>
                <w:rFonts w:ascii="Calibri" w:hAnsi="Calibri"/>
                <w:sz w:val="12"/>
              </w:rPr>
              <w:br/>
              <w:t>SDB3.3. Sorumlu Karar Verme</w:t>
            </w:r>
          </w:p>
        </w:tc>
        <w:tc>
          <w:tcPr>
            <w:tcW w:w="1008" w:type="dxa"/>
            <w:shd w:val="clear" w:color="auto" w:fill="F8FAFC"/>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D3. Çalışkanlık</w:t>
            </w:r>
            <w:proofErr w:type="gramStart"/>
            <w:r w:rsidRPr="0078123B">
              <w:rPr>
                <w:rFonts w:ascii="Calibri" w:hAnsi="Calibri"/>
                <w:sz w:val="12"/>
              </w:rPr>
              <w:t>,</w:t>
            </w:r>
            <w:proofErr w:type="gramEnd"/>
            <w:r w:rsidRPr="0078123B">
              <w:rPr>
                <w:rFonts w:ascii="Calibri" w:hAnsi="Calibri"/>
                <w:sz w:val="12"/>
              </w:rPr>
              <w:br/>
              <w:t xml:space="preserve">D15. Sevgi, </w:t>
            </w:r>
            <w:r w:rsidRPr="0078123B">
              <w:rPr>
                <w:rFonts w:ascii="Calibri" w:hAnsi="Calibri"/>
                <w:sz w:val="12"/>
              </w:rPr>
              <w:br/>
              <w:t>D16. Sorumluluk</w:t>
            </w:r>
            <w:proofErr w:type="gramStart"/>
            <w:r w:rsidRPr="0078123B">
              <w:rPr>
                <w:rFonts w:ascii="Calibri" w:hAnsi="Calibri"/>
                <w:sz w:val="12"/>
              </w:rPr>
              <w:t>,</w:t>
            </w:r>
            <w:proofErr w:type="gramEnd"/>
            <w:r w:rsidRPr="0078123B">
              <w:rPr>
                <w:rFonts w:ascii="Calibri" w:hAnsi="Calibri"/>
                <w:sz w:val="12"/>
              </w:rPr>
              <w:br/>
              <w:t>D.19 Vatanseverlik, D20. Yardımseverlik</w:t>
            </w:r>
          </w:p>
        </w:tc>
        <w:tc>
          <w:tcPr>
            <w:tcW w:w="1152" w:type="dxa"/>
            <w:shd w:val="clear" w:color="auto" w:fill="F8FAFC"/>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OB1. Bilgi Okuryazarlığı</w:t>
            </w:r>
            <w:proofErr w:type="gramStart"/>
            <w:r w:rsidRPr="0078123B">
              <w:rPr>
                <w:rFonts w:ascii="Calibri" w:hAnsi="Calibri"/>
                <w:sz w:val="12"/>
              </w:rPr>
              <w:t>,</w:t>
            </w:r>
            <w:proofErr w:type="gramEnd"/>
            <w:r w:rsidRPr="0078123B">
              <w:rPr>
                <w:rFonts w:ascii="Calibri" w:hAnsi="Calibri"/>
                <w:sz w:val="12"/>
              </w:rPr>
              <w:br/>
              <w:t>OB2. Dijital Okuryazarlık</w:t>
            </w:r>
            <w:proofErr w:type="gramStart"/>
            <w:r w:rsidRPr="0078123B">
              <w:rPr>
                <w:rFonts w:ascii="Calibri" w:hAnsi="Calibri"/>
                <w:sz w:val="12"/>
              </w:rPr>
              <w:t>,</w:t>
            </w:r>
            <w:proofErr w:type="gramEnd"/>
            <w:r w:rsidRPr="0078123B">
              <w:rPr>
                <w:rFonts w:ascii="Calibri" w:hAnsi="Calibri"/>
                <w:sz w:val="12"/>
              </w:rPr>
              <w:br/>
              <w:t xml:space="preserve">OB4. Görsel Okuryazarlık, </w:t>
            </w:r>
            <w:r w:rsidRPr="0078123B">
              <w:rPr>
                <w:rFonts w:ascii="Calibri" w:hAnsi="Calibri"/>
                <w:sz w:val="12"/>
              </w:rPr>
              <w:br/>
              <w:t xml:space="preserve">OB5. Kültür </w:t>
            </w:r>
            <w:r w:rsidRPr="0078123B">
              <w:rPr>
                <w:rFonts w:ascii="Calibri" w:hAnsi="Calibri"/>
                <w:sz w:val="12"/>
              </w:rPr>
              <w:lastRenderedPageBreak/>
              <w:t>Okuryazarlığı, OB6.Vatandaşlık Okuryazarlığı</w:t>
            </w:r>
          </w:p>
        </w:tc>
        <w:tc>
          <w:tcPr>
            <w:tcW w:w="1008" w:type="dxa"/>
            <w:gridSpan w:val="2"/>
            <w:shd w:val="clear" w:color="auto" w:fill="F8FAFC"/>
            <w:tcMar>
              <w:top w:w="20" w:type="dxa"/>
              <w:left w:w="20" w:type="dxa"/>
              <w:bottom w:w="20" w:type="dxa"/>
              <w:right w:w="20" w:type="dxa"/>
            </w:tcMar>
          </w:tcPr>
          <w:p w:rsidR="00FD1019" w:rsidRPr="0078123B" w:rsidRDefault="00FD1019" w:rsidP="004F40CF">
            <w:pPr>
              <w:spacing w:after="0" w:line="240" w:lineRule="auto"/>
            </w:pPr>
          </w:p>
        </w:tc>
        <w:tc>
          <w:tcPr>
            <w:tcW w:w="1298" w:type="dxa"/>
            <w:shd w:val="clear" w:color="auto" w:fill="F8FAFC"/>
            <w:tcMar>
              <w:top w:w="20" w:type="dxa"/>
              <w:left w:w="20" w:type="dxa"/>
              <w:bottom w:w="20" w:type="dxa"/>
              <w:right w:w="20" w:type="dxa"/>
            </w:tcMar>
          </w:tcPr>
          <w:p w:rsidR="00FD1019" w:rsidRPr="0078123B" w:rsidRDefault="00FD1019" w:rsidP="004F40CF">
            <w:pPr>
              <w:spacing w:after="0" w:line="240" w:lineRule="auto"/>
            </w:pPr>
          </w:p>
        </w:tc>
        <w:tc>
          <w:tcPr>
            <w:tcW w:w="1224" w:type="dxa"/>
            <w:shd w:val="clear" w:color="auto" w:fill="F8FAFC"/>
            <w:tcMar>
              <w:top w:w="20" w:type="dxa"/>
              <w:left w:w="20" w:type="dxa"/>
              <w:bottom w:w="20" w:type="dxa"/>
              <w:right w:w="20" w:type="dxa"/>
            </w:tcMar>
          </w:tcPr>
          <w:p w:rsidR="00FD1019" w:rsidRPr="0078123B" w:rsidRDefault="00FD1019" w:rsidP="004F40CF">
            <w:pPr>
              <w:spacing w:after="0" w:line="240" w:lineRule="auto"/>
            </w:pPr>
          </w:p>
        </w:tc>
      </w:tr>
      <w:tr w:rsidR="00F43081" w:rsidRPr="0078123B" w:rsidTr="008E6D36">
        <w:tblPrEx>
          <w:tblCellMar>
            <w:left w:w="108" w:type="dxa"/>
            <w:right w:w="108" w:type="dxa"/>
          </w:tblCellMar>
          <w:tblLook w:val="04A0"/>
        </w:tblPrEx>
        <w:trPr>
          <w:gridAfter w:val="1"/>
          <w:wAfter w:w="10" w:type="dxa"/>
          <w:jc w:val="center"/>
        </w:trPr>
        <w:tc>
          <w:tcPr>
            <w:tcW w:w="792" w:type="dxa"/>
            <w:shd w:val="clear" w:color="auto" w:fill="FFFFFF"/>
            <w:tcMar>
              <w:top w:w="20" w:type="dxa"/>
              <w:left w:w="20" w:type="dxa"/>
              <w:bottom w:w="20" w:type="dxa"/>
              <w:right w:w="20" w:type="dxa"/>
            </w:tcMar>
          </w:tcPr>
          <w:p w:rsidR="00F43081" w:rsidRPr="0078123B" w:rsidRDefault="00F43081" w:rsidP="004F40CF">
            <w:pPr>
              <w:spacing w:after="0" w:line="240" w:lineRule="auto"/>
              <w:jc w:val="center"/>
            </w:pPr>
            <w:r w:rsidRPr="0078123B">
              <w:rPr>
                <w:rFonts w:ascii="Calibri" w:hAnsi="Calibri"/>
                <w:sz w:val="12"/>
              </w:rPr>
              <w:lastRenderedPageBreak/>
              <w:t>EKİM</w:t>
            </w:r>
          </w:p>
        </w:tc>
        <w:tc>
          <w:tcPr>
            <w:tcW w:w="1008" w:type="dxa"/>
            <w:shd w:val="clear" w:color="auto" w:fill="FFFFFF"/>
            <w:tcMar>
              <w:top w:w="20" w:type="dxa"/>
              <w:left w:w="20" w:type="dxa"/>
              <w:bottom w:w="20" w:type="dxa"/>
              <w:right w:w="20" w:type="dxa"/>
            </w:tcMar>
          </w:tcPr>
          <w:p w:rsidR="00F43081" w:rsidRPr="0078123B" w:rsidRDefault="00F43081" w:rsidP="004F40CF">
            <w:pPr>
              <w:spacing w:after="0" w:line="240" w:lineRule="auto"/>
              <w:jc w:val="center"/>
            </w:pPr>
            <w:r w:rsidRPr="0078123B">
              <w:rPr>
                <w:rFonts w:ascii="Calibri" w:hAnsi="Calibri"/>
                <w:sz w:val="12"/>
              </w:rPr>
              <w:t>6. Hafta:</w:t>
            </w:r>
            <w:r w:rsidRPr="0078123B">
              <w:rPr>
                <w:rFonts w:ascii="Calibri" w:hAnsi="Calibri"/>
                <w:sz w:val="12"/>
              </w:rPr>
              <w:br/>
              <w:t xml:space="preserve"> 19-23 Ekim</w:t>
            </w:r>
          </w:p>
        </w:tc>
        <w:tc>
          <w:tcPr>
            <w:tcW w:w="652" w:type="dxa"/>
            <w:shd w:val="clear" w:color="auto" w:fill="FFFFFF"/>
            <w:tcMar>
              <w:top w:w="20" w:type="dxa"/>
              <w:left w:w="20" w:type="dxa"/>
              <w:bottom w:w="20" w:type="dxa"/>
              <w:right w:w="20" w:type="dxa"/>
            </w:tcMar>
          </w:tcPr>
          <w:p w:rsidR="00F43081" w:rsidRPr="0078123B" w:rsidRDefault="00F43081" w:rsidP="004F40CF">
            <w:pPr>
              <w:spacing w:after="0" w:line="240" w:lineRule="auto"/>
              <w:jc w:val="center"/>
            </w:pPr>
            <w:r>
              <w:rPr>
                <w:rFonts w:ascii="Calibri" w:hAnsi="Calibri"/>
                <w:sz w:val="12"/>
              </w:rPr>
              <w:t>3</w:t>
            </w:r>
          </w:p>
        </w:tc>
        <w:tc>
          <w:tcPr>
            <w:tcW w:w="1152" w:type="dxa"/>
            <w:shd w:val="clear" w:color="auto" w:fill="FFFFFF"/>
            <w:tcMar>
              <w:top w:w="20" w:type="dxa"/>
              <w:left w:w="20" w:type="dxa"/>
              <w:bottom w:w="20" w:type="dxa"/>
              <w:right w:w="20" w:type="dxa"/>
            </w:tcMar>
          </w:tcPr>
          <w:p w:rsidR="00F43081" w:rsidRPr="0078123B" w:rsidRDefault="0096489F" w:rsidP="004F40CF">
            <w:pPr>
              <w:spacing w:after="0" w:line="240" w:lineRule="auto"/>
            </w:pPr>
            <w:r>
              <w:rPr>
                <w:rFonts w:ascii="Calibri" w:hAnsi="Calibri"/>
                <w:sz w:val="12"/>
              </w:rPr>
              <w:t>EVİMİZ DÜNYA</w:t>
            </w:r>
          </w:p>
        </w:tc>
        <w:tc>
          <w:tcPr>
            <w:tcW w:w="1224" w:type="dxa"/>
            <w:shd w:val="clear" w:color="auto" w:fill="FFFFFF"/>
            <w:tcMar>
              <w:top w:w="20" w:type="dxa"/>
              <w:left w:w="20" w:type="dxa"/>
              <w:bottom w:w="20" w:type="dxa"/>
              <w:right w:w="20" w:type="dxa"/>
            </w:tcMar>
          </w:tcPr>
          <w:p w:rsidR="00F43081" w:rsidRPr="0078123B" w:rsidRDefault="00F43081" w:rsidP="008F4D09">
            <w:pPr>
              <w:spacing w:after="0" w:line="240" w:lineRule="auto"/>
            </w:pPr>
            <w:proofErr w:type="spellStart"/>
            <w:r w:rsidRPr="0078123B">
              <w:rPr>
                <w:rFonts w:ascii="Calibri" w:hAnsi="Calibri"/>
                <w:sz w:val="12"/>
              </w:rPr>
              <w:t>Yaşadığı</w:t>
            </w:r>
            <w:proofErr w:type="spellEnd"/>
            <w:r w:rsidRPr="0078123B">
              <w:rPr>
                <w:rFonts w:ascii="Calibri" w:hAnsi="Calibri"/>
                <w:sz w:val="12"/>
              </w:rPr>
              <w:t xml:space="preserve"> </w:t>
            </w:r>
            <w:proofErr w:type="spellStart"/>
            <w:r w:rsidRPr="0078123B">
              <w:rPr>
                <w:rFonts w:ascii="Calibri" w:hAnsi="Calibri"/>
                <w:sz w:val="12"/>
              </w:rPr>
              <w:t>İlin</w:t>
            </w:r>
            <w:proofErr w:type="spellEnd"/>
            <w:r w:rsidRPr="0078123B">
              <w:rPr>
                <w:rFonts w:ascii="Calibri" w:hAnsi="Calibri"/>
                <w:sz w:val="12"/>
              </w:rPr>
              <w:t xml:space="preserve"> </w:t>
            </w:r>
            <w:proofErr w:type="spellStart"/>
            <w:r w:rsidRPr="0078123B">
              <w:rPr>
                <w:rFonts w:ascii="Calibri" w:hAnsi="Calibri"/>
                <w:sz w:val="12"/>
              </w:rPr>
              <w:t>Göreceli</w:t>
            </w:r>
            <w:proofErr w:type="spellEnd"/>
            <w:r w:rsidRPr="0078123B">
              <w:rPr>
                <w:rFonts w:ascii="Calibri" w:hAnsi="Calibri"/>
                <w:sz w:val="12"/>
              </w:rPr>
              <w:t xml:space="preserve"> </w:t>
            </w:r>
            <w:proofErr w:type="spellStart"/>
            <w:r w:rsidRPr="0078123B">
              <w:rPr>
                <w:rFonts w:ascii="Calibri" w:hAnsi="Calibri"/>
                <w:sz w:val="12"/>
              </w:rPr>
              <w:t>Konumu</w:t>
            </w:r>
            <w:proofErr w:type="spellEnd"/>
          </w:p>
        </w:tc>
        <w:tc>
          <w:tcPr>
            <w:tcW w:w="1512" w:type="dxa"/>
            <w:gridSpan w:val="2"/>
            <w:shd w:val="clear" w:color="auto" w:fill="FFFFFF"/>
            <w:tcMar>
              <w:top w:w="20" w:type="dxa"/>
              <w:left w:w="20" w:type="dxa"/>
              <w:bottom w:w="20" w:type="dxa"/>
              <w:right w:w="20" w:type="dxa"/>
            </w:tcMar>
          </w:tcPr>
          <w:p w:rsidR="00F43081" w:rsidRPr="0078123B" w:rsidRDefault="00F43081" w:rsidP="008F4D09">
            <w:pPr>
              <w:spacing w:after="0" w:line="240" w:lineRule="auto"/>
            </w:pPr>
            <w:r w:rsidRPr="0078123B">
              <w:rPr>
                <w:rFonts w:ascii="Calibri" w:hAnsi="Calibri"/>
                <w:sz w:val="12"/>
              </w:rPr>
              <w:t xml:space="preserve">SB.5.2.1.  </w:t>
            </w:r>
            <w:proofErr w:type="spellStart"/>
            <w:r w:rsidRPr="0078123B">
              <w:rPr>
                <w:rFonts w:ascii="Calibri" w:hAnsi="Calibri"/>
                <w:sz w:val="12"/>
              </w:rPr>
              <w:t>Yaşadığı</w:t>
            </w:r>
            <w:proofErr w:type="spellEnd"/>
            <w:r w:rsidRPr="0078123B">
              <w:rPr>
                <w:rFonts w:ascii="Calibri" w:hAnsi="Calibri"/>
                <w:sz w:val="12"/>
              </w:rPr>
              <w:t xml:space="preserve"> </w:t>
            </w:r>
            <w:proofErr w:type="spellStart"/>
            <w:r w:rsidRPr="0078123B">
              <w:rPr>
                <w:rFonts w:ascii="Calibri" w:hAnsi="Calibri"/>
                <w:sz w:val="12"/>
              </w:rPr>
              <w:t>ilin</w:t>
            </w:r>
            <w:proofErr w:type="spellEnd"/>
            <w:r w:rsidRPr="0078123B">
              <w:rPr>
                <w:rFonts w:ascii="Calibri" w:hAnsi="Calibri"/>
                <w:sz w:val="12"/>
              </w:rPr>
              <w:t xml:space="preserve"> </w:t>
            </w:r>
            <w:proofErr w:type="spellStart"/>
            <w:r w:rsidRPr="0078123B">
              <w:rPr>
                <w:rFonts w:ascii="Calibri" w:hAnsi="Calibri"/>
                <w:sz w:val="12"/>
              </w:rPr>
              <w:t>göreceli</w:t>
            </w:r>
            <w:proofErr w:type="spellEnd"/>
            <w:r w:rsidRPr="0078123B">
              <w:rPr>
                <w:rFonts w:ascii="Calibri" w:hAnsi="Calibri"/>
                <w:sz w:val="12"/>
              </w:rPr>
              <w:t xml:space="preserve"> </w:t>
            </w:r>
            <w:proofErr w:type="spellStart"/>
            <w:r w:rsidRPr="0078123B">
              <w:rPr>
                <w:rFonts w:ascii="Calibri" w:hAnsi="Calibri"/>
                <w:sz w:val="12"/>
              </w:rPr>
              <w:t>konum</w:t>
            </w:r>
            <w:proofErr w:type="spellEnd"/>
            <w:r w:rsidRPr="0078123B">
              <w:rPr>
                <w:rFonts w:ascii="Calibri" w:hAnsi="Calibri"/>
                <w:sz w:val="12"/>
              </w:rPr>
              <w:t xml:space="preserve"> </w:t>
            </w:r>
            <w:proofErr w:type="spellStart"/>
            <w:r w:rsidRPr="0078123B">
              <w:rPr>
                <w:rFonts w:ascii="Calibri" w:hAnsi="Calibri"/>
                <w:sz w:val="12"/>
              </w:rPr>
              <w:t>özelliklerini</w:t>
            </w:r>
            <w:proofErr w:type="spellEnd"/>
            <w:r w:rsidRPr="0078123B">
              <w:rPr>
                <w:rFonts w:ascii="Calibri" w:hAnsi="Calibri"/>
                <w:sz w:val="12"/>
              </w:rPr>
              <w:t xml:space="preserve"> </w:t>
            </w:r>
            <w:proofErr w:type="spellStart"/>
            <w:r w:rsidRPr="0078123B">
              <w:rPr>
                <w:rFonts w:ascii="Calibri" w:hAnsi="Calibri"/>
                <w:sz w:val="12"/>
              </w:rPr>
              <w:t>algılayabilme</w:t>
            </w:r>
            <w:proofErr w:type="spellEnd"/>
          </w:p>
        </w:tc>
        <w:tc>
          <w:tcPr>
            <w:tcW w:w="1656" w:type="dxa"/>
            <w:shd w:val="clear" w:color="auto" w:fill="FFFFFF"/>
            <w:tcMar>
              <w:top w:w="20" w:type="dxa"/>
              <w:left w:w="20" w:type="dxa"/>
              <w:bottom w:w="20" w:type="dxa"/>
              <w:right w:w="20" w:type="dxa"/>
            </w:tcMar>
          </w:tcPr>
          <w:p w:rsidR="00F43081" w:rsidRPr="0078123B" w:rsidRDefault="00F43081" w:rsidP="008F4D09">
            <w:pPr>
              <w:spacing w:after="0" w:line="240" w:lineRule="auto"/>
            </w:pPr>
            <w:r w:rsidRPr="0078123B">
              <w:rPr>
                <w:rFonts w:ascii="Calibri" w:hAnsi="Calibri"/>
                <w:sz w:val="12"/>
              </w:rPr>
              <w:t xml:space="preserve">a) </w:t>
            </w:r>
            <w:proofErr w:type="spellStart"/>
            <w:r w:rsidRPr="0078123B">
              <w:rPr>
                <w:rFonts w:ascii="Calibri" w:hAnsi="Calibri"/>
                <w:sz w:val="12"/>
              </w:rPr>
              <w:t>Yaşadığı</w:t>
            </w:r>
            <w:proofErr w:type="spellEnd"/>
            <w:r w:rsidRPr="0078123B">
              <w:rPr>
                <w:rFonts w:ascii="Calibri" w:hAnsi="Calibri"/>
                <w:sz w:val="12"/>
              </w:rPr>
              <w:t xml:space="preserve"> </w:t>
            </w:r>
            <w:proofErr w:type="spellStart"/>
            <w:r w:rsidRPr="0078123B">
              <w:rPr>
                <w:rFonts w:ascii="Calibri" w:hAnsi="Calibri"/>
                <w:sz w:val="12"/>
              </w:rPr>
              <w:t>ilin</w:t>
            </w:r>
            <w:proofErr w:type="spellEnd"/>
            <w:r w:rsidRPr="0078123B">
              <w:rPr>
                <w:rFonts w:ascii="Calibri" w:hAnsi="Calibri"/>
                <w:sz w:val="12"/>
              </w:rPr>
              <w:t xml:space="preserve"> </w:t>
            </w:r>
            <w:proofErr w:type="spellStart"/>
            <w:r w:rsidRPr="0078123B">
              <w:rPr>
                <w:rFonts w:ascii="Calibri" w:hAnsi="Calibri"/>
                <w:sz w:val="12"/>
              </w:rPr>
              <w:t>göreceli</w:t>
            </w:r>
            <w:proofErr w:type="spellEnd"/>
            <w:r w:rsidRPr="0078123B">
              <w:rPr>
                <w:rFonts w:ascii="Calibri" w:hAnsi="Calibri"/>
                <w:sz w:val="12"/>
              </w:rPr>
              <w:t xml:space="preserve"> </w:t>
            </w:r>
            <w:proofErr w:type="spellStart"/>
            <w:r w:rsidRPr="0078123B">
              <w:rPr>
                <w:rFonts w:ascii="Calibri" w:hAnsi="Calibri"/>
                <w:sz w:val="12"/>
              </w:rPr>
              <w:t>konum</w:t>
            </w:r>
            <w:proofErr w:type="spellEnd"/>
            <w:r w:rsidRPr="0078123B">
              <w:rPr>
                <w:rFonts w:ascii="Calibri" w:hAnsi="Calibri"/>
                <w:sz w:val="12"/>
              </w:rPr>
              <w:t xml:space="preserve"> </w:t>
            </w:r>
            <w:proofErr w:type="spellStart"/>
            <w:r w:rsidRPr="0078123B">
              <w:rPr>
                <w:rFonts w:ascii="Calibri" w:hAnsi="Calibri"/>
                <w:sz w:val="12"/>
              </w:rPr>
              <w:t>özelliklerini</w:t>
            </w:r>
            <w:proofErr w:type="spellEnd"/>
            <w:r w:rsidRPr="0078123B">
              <w:rPr>
                <w:rFonts w:ascii="Calibri" w:hAnsi="Calibri"/>
                <w:sz w:val="12"/>
              </w:rPr>
              <w:t xml:space="preserve"> </w:t>
            </w:r>
            <w:proofErr w:type="spellStart"/>
            <w:r w:rsidRPr="0078123B">
              <w:rPr>
                <w:rFonts w:ascii="Calibri" w:hAnsi="Calibri"/>
                <w:sz w:val="12"/>
              </w:rPr>
              <w:t>belirler</w:t>
            </w:r>
            <w:proofErr w:type="spellEnd"/>
            <w:r w:rsidRPr="0078123B">
              <w:rPr>
                <w:rFonts w:ascii="Calibri" w:hAnsi="Calibri"/>
                <w:sz w:val="12"/>
              </w:rPr>
              <w:t>.</w:t>
            </w:r>
            <w:r w:rsidRPr="0078123B">
              <w:rPr>
                <w:rFonts w:ascii="Calibri" w:hAnsi="Calibri"/>
                <w:sz w:val="12"/>
              </w:rPr>
              <w:br/>
              <w:t xml:space="preserve">b) </w:t>
            </w:r>
            <w:proofErr w:type="spellStart"/>
            <w:r w:rsidRPr="0078123B">
              <w:rPr>
                <w:rFonts w:ascii="Calibri" w:hAnsi="Calibri"/>
                <w:sz w:val="12"/>
              </w:rPr>
              <w:t>Yaşadığı</w:t>
            </w:r>
            <w:proofErr w:type="spellEnd"/>
            <w:r w:rsidRPr="0078123B">
              <w:rPr>
                <w:rFonts w:ascii="Calibri" w:hAnsi="Calibri"/>
                <w:sz w:val="12"/>
              </w:rPr>
              <w:t xml:space="preserve"> </w:t>
            </w:r>
            <w:proofErr w:type="spellStart"/>
            <w:r w:rsidRPr="0078123B">
              <w:rPr>
                <w:rFonts w:ascii="Calibri" w:hAnsi="Calibri"/>
                <w:sz w:val="12"/>
              </w:rPr>
              <w:t>ilin</w:t>
            </w:r>
            <w:proofErr w:type="spellEnd"/>
            <w:r w:rsidRPr="0078123B">
              <w:rPr>
                <w:rFonts w:ascii="Calibri" w:hAnsi="Calibri"/>
                <w:sz w:val="12"/>
              </w:rPr>
              <w:t xml:space="preserve"> </w:t>
            </w:r>
            <w:proofErr w:type="spellStart"/>
            <w:r w:rsidRPr="0078123B">
              <w:rPr>
                <w:rFonts w:ascii="Calibri" w:hAnsi="Calibri"/>
                <w:sz w:val="12"/>
              </w:rPr>
              <w:t>göreceli</w:t>
            </w:r>
            <w:proofErr w:type="spellEnd"/>
            <w:r w:rsidRPr="0078123B">
              <w:rPr>
                <w:rFonts w:ascii="Calibri" w:hAnsi="Calibri"/>
                <w:sz w:val="12"/>
              </w:rPr>
              <w:t xml:space="preserve"> </w:t>
            </w:r>
            <w:proofErr w:type="spellStart"/>
            <w:r w:rsidRPr="0078123B">
              <w:rPr>
                <w:rFonts w:ascii="Calibri" w:hAnsi="Calibri"/>
                <w:sz w:val="12"/>
              </w:rPr>
              <w:t>konum</w:t>
            </w:r>
            <w:proofErr w:type="spellEnd"/>
            <w:r w:rsidRPr="0078123B">
              <w:rPr>
                <w:rFonts w:ascii="Calibri" w:hAnsi="Calibri"/>
                <w:sz w:val="12"/>
              </w:rPr>
              <w:t xml:space="preserve"> </w:t>
            </w:r>
            <w:proofErr w:type="spellStart"/>
            <w:r w:rsidRPr="0078123B">
              <w:rPr>
                <w:rFonts w:ascii="Calibri" w:hAnsi="Calibri"/>
                <w:sz w:val="12"/>
              </w:rPr>
              <w:t>özelliklerini</w:t>
            </w:r>
            <w:proofErr w:type="spellEnd"/>
            <w:r w:rsidRPr="0078123B">
              <w:rPr>
                <w:rFonts w:ascii="Calibri" w:hAnsi="Calibri"/>
                <w:sz w:val="12"/>
              </w:rPr>
              <w:t xml:space="preserve"> </w:t>
            </w:r>
            <w:proofErr w:type="spellStart"/>
            <w:r w:rsidRPr="0078123B">
              <w:rPr>
                <w:rFonts w:ascii="Calibri" w:hAnsi="Calibri"/>
                <w:sz w:val="12"/>
              </w:rPr>
              <w:t>görselleştirir</w:t>
            </w:r>
            <w:proofErr w:type="spellEnd"/>
            <w:r w:rsidRPr="0078123B">
              <w:rPr>
                <w:rFonts w:ascii="Calibri" w:hAnsi="Calibri"/>
                <w:sz w:val="12"/>
              </w:rPr>
              <w:t>.</w:t>
            </w:r>
            <w:r w:rsidRPr="0078123B">
              <w:rPr>
                <w:rFonts w:ascii="Calibri" w:hAnsi="Calibri"/>
                <w:sz w:val="12"/>
              </w:rPr>
              <w:br/>
              <w:t xml:space="preserve">c) </w:t>
            </w:r>
            <w:proofErr w:type="spellStart"/>
            <w:r w:rsidRPr="0078123B">
              <w:rPr>
                <w:rFonts w:ascii="Calibri" w:hAnsi="Calibri"/>
                <w:sz w:val="12"/>
              </w:rPr>
              <w:t>Yaşadığı</w:t>
            </w:r>
            <w:proofErr w:type="spellEnd"/>
            <w:r w:rsidRPr="0078123B">
              <w:rPr>
                <w:rFonts w:ascii="Calibri" w:hAnsi="Calibri"/>
                <w:sz w:val="12"/>
              </w:rPr>
              <w:t xml:space="preserve"> </w:t>
            </w:r>
            <w:proofErr w:type="spellStart"/>
            <w:r w:rsidRPr="0078123B">
              <w:rPr>
                <w:rFonts w:ascii="Calibri" w:hAnsi="Calibri"/>
                <w:sz w:val="12"/>
              </w:rPr>
              <w:t>ilin</w:t>
            </w:r>
            <w:proofErr w:type="spellEnd"/>
            <w:r w:rsidRPr="0078123B">
              <w:rPr>
                <w:rFonts w:ascii="Calibri" w:hAnsi="Calibri"/>
                <w:sz w:val="12"/>
              </w:rPr>
              <w:t xml:space="preserve"> </w:t>
            </w:r>
            <w:proofErr w:type="spellStart"/>
            <w:r w:rsidRPr="0078123B">
              <w:rPr>
                <w:rFonts w:ascii="Calibri" w:hAnsi="Calibri"/>
                <w:sz w:val="12"/>
              </w:rPr>
              <w:t>göreceli</w:t>
            </w:r>
            <w:proofErr w:type="spellEnd"/>
            <w:r w:rsidRPr="0078123B">
              <w:rPr>
                <w:rFonts w:ascii="Calibri" w:hAnsi="Calibri"/>
                <w:sz w:val="12"/>
              </w:rPr>
              <w:t xml:space="preserve"> </w:t>
            </w:r>
            <w:proofErr w:type="spellStart"/>
            <w:r w:rsidRPr="0078123B">
              <w:rPr>
                <w:rFonts w:ascii="Calibri" w:hAnsi="Calibri"/>
                <w:sz w:val="12"/>
              </w:rPr>
              <w:t>konum</w:t>
            </w:r>
            <w:proofErr w:type="spellEnd"/>
            <w:r w:rsidRPr="0078123B">
              <w:rPr>
                <w:rFonts w:ascii="Calibri" w:hAnsi="Calibri"/>
                <w:sz w:val="12"/>
              </w:rPr>
              <w:t xml:space="preserve"> </w:t>
            </w:r>
            <w:proofErr w:type="spellStart"/>
            <w:r w:rsidRPr="0078123B">
              <w:rPr>
                <w:rFonts w:ascii="Calibri" w:hAnsi="Calibri"/>
                <w:sz w:val="12"/>
              </w:rPr>
              <w:t>özelliklerini</w:t>
            </w:r>
            <w:proofErr w:type="spellEnd"/>
            <w:r w:rsidRPr="0078123B">
              <w:rPr>
                <w:rFonts w:ascii="Calibri" w:hAnsi="Calibri"/>
                <w:sz w:val="12"/>
              </w:rPr>
              <w:t xml:space="preserve"> </w:t>
            </w:r>
            <w:proofErr w:type="spellStart"/>
            <w:r w:rsidRPr="0078123B">
              <w:rPr>
                <w:rFonts w:ascii="Calibri" w:hAnsi="Calibri"/>
                <w:sz w:val="12"/>
              </w:rPr>
              <w:t>özetler</w:t>
            </w:r>
            <w:proofErr w:type="spellEnd"/>
            <w:r w:rsidRPr="0078123B">
              <w:rPr>
                <w:rFonts w:ascii="Calibri" w:hAnsi="Calibri"/>
                <w:sz w:val="12"/>
              </w:rPr>
              <w:t>.</w:t>
            </w:r>
          </w:p>
        </w:tc>
        <w:tc>
          <w:tcPr>
            <w:tcW w:w="1228" w:type="dxa"/>
            <w:gridSpan w:val="2"/>
            <w:shd w:val="clear" w:color="auto" w:fill="FFFFFF"/>
            <w:tcMar>
              <w:top w:w="20" w:type="dxa"/>
              <w:left w:w="20" w:type="dxa"/>
              <w:bottom w:w="20" w:type="dxa"/>
              <w:right w:w="20" w:type="dxa"/>
            </w:tcMar>
          </w:tcPr>
          <w:p w:rsidR="00F43081" w:rsidRPr="0078123B" w:rsidRDefault="00F43081" w:rsidP="008F4D09">
            <w:pPr>
              <w:spacing w:after="0" w:line="240" w:lineRule="auto"/>
            </w:pPr>
            <w:proofErr w:type="spellStart"/>
            <w:r w:rsidRPr="0078123B">
              <w:rPr>
                <w:rFonts w:ascii="Calibri" w:hAnsi="Calibri"/>
                <w:sz w:val="12"/>
              </w:rPr>
              <w:t>Gözlem</w:t>
            </w:r>
            <w:proofErr w:type="spellEnd"/>
            <w:r w:rsidRPr="0078123B">
              <w:rPr>
                <w:rFonts w:ascii="Calibri" w:hAnsi="Calibri"/>
                <w:sz w:val="12"/>
              </w:rPr>
              <w:t xml:space="preserve"> </w:t>
            </w:r>
            <w:proofErr w:type="spellStart"/>
            <w:r w:rsidRPr="0078123B">
              <w:rPr>
                <w:rFonts w:ascii="Calibri" w:hAnsi="Calibri"/>
                <w:sz w:val="12"/>
              </w:rPr>
              <w:t>formu</w:t>
            </w:r>
            <w:proofErr w:type="spellEnd"/>
            <w:r w:rsidRPr="0078123B">
              <w:rPr>
                <w:rFonts w:ascii="Calibri" w:hAnsi="Calibri"/>
                <w:sz w:val="12"/>
              </w:rPr>
              <w:t>,</w:t>
            </w:r>
            <w:r w:rsidRPr="0078123B">
              <w:rPr>
                <w:rFonts w:ascii="Calibri" w:hAnsi="Calibri"/>
                <w:sz w:val="12"/>
              </w:rPr>
              <w:br/>
            </w:r>
            <w:proofErr w:type="spellStart"/>
            <w:r w:rsidRPr="0078123B">
              <w:rPr>
                <w:rFonts w:ascii="Calibri" w:hAnsi="Calibri"/>
                <w:sz w:val="12"/>
              </w:rPr>
              <w:t>Kontrol</w:t>
            </w:r>
            <w:proofErr w:type="spellEnd"/>
            <w:r w:rsidRPr="0078123B">
              <w:rPr>
                <w:rFonts w:ascii="Calibri" w:hAnsi="Calibri"/>
                <w:sz w:val="12"/>
              </w:rPr>
              <w:t xml:space="preserve"> </w:t>
            </w:r>
            <w:proofErr w:type="spellStart"/>
            <w:r w:rsidRPr="0078123B">
              <w:rPr>
                <w:rFonts w:ascii="Calibri" w:hAnsi="Calibri"/>
                <w:sz w:val="12"/>
              </w:rPr>
              <w:t>listesi</w:t>
            </w:r>
            <w:proofErr w:type="spellEnd"/>
            <w:r w:rsidRPr="0078123B">
              <w:rPr>
                <w:rFonts w:ascii="Calibri" w:hAnsi="Calibri"/>
                <w:sz w:val="12"/>
              </w:rPr>
              <w:t xml:space="preserve">, </w:t>
            </w:r>
            <w:r w:rsidRPr="0078123B">
              <w:rPr>
                <w:rFonts w:ascii="Calibri" w:hAnsi="Calibri"/>
                <w:sz w:val="12"/>
              </w:rPr>
              <w:br/>
            </w:r>
            <w:proofErr w:type="spellStart"/>
            <w:r w:rsidRPr="0078123B">
              <w:rPr>
                <w:rFonts w:ascii="Calibri" w:hAnsi="Calibri"/>
                <w:sz w:val="12"/>
              </w:rPr>
              <w:t>Derecelendirme</w:t>
            </w:r>
            <w:proofErr w:type="spellEnd"/>
            <w:r w:rsidRPr="0078123B">
              <w:rPr>
                <w:rFonts w:ascii="Calibri" w:hAnsi="Calibri"/>
                <w:sz w:val="12"/>
              </w:rPr>
              <w:t xml:space="preserve"> </w:t>
            </w:r>
            <w:proofErr w:type="spellStart"/>
            <w:r w:rsidRPr="0078123B">
              <w:rPr>
                <w:rFonts w:ascii="Calibri" w:hAnsi="Calibri"/>
                <w:sz w:val="12"/>
              </w:rPr>
              <w:t>ölçeği</w:t>
            </w:r>
            <w:proofErr w:type="spellEnd"/>
            <w:r w:rsidRPr="0078123B">
              <w:rPr>
                <w:rFonts w:ascii="Calibri" w:hAnsi="Calibri"/>
                <w:sz w:val="12"/>
              </w:rPr>
              <w:t xml:space="preserve">, </w:t>
            </w:r>
            <w:r w:rsidRPr="0078123B">
              <w:rPr>
                <w:rFonts w:ascii="Calibri" w:hAnsi="Calibri"/>
                <w:sz w:val="12"/>
              </w:rPr>
              <w:br/>
            </w:r>
            <w:proofErr w:type="spellStart"/>
            <w:r w:rsidRPr="0078123B">
              <w:rPr>
                <w:rFonts w:ascii="Calibri" w:hAnsi="Calibri"/>
                <w:sz w:val="12"/>
              </w:rPr>
              <w:t>Karşılaştırma</w:t>
            </w:r>
            <w:proofErr w:type="spellEnd"/>
            <w:r w:rsidRPr="0078123B">
              <w:rPr>
                <w:rFonts w:ascii="Calibri" w:hAnsi="Calibri"/>
                <w:sz w:val="12"/>
              </w:rPr>
              <w:t xml:space="preserve"> </w:t>
            </w:r>
            <w:proofErr w:type="spellStart"/>
            <w:r w:rsidRPr="0078123B">
              <w:rPr>
                <w:rFonts w:ascii="Calibri" w:hAnsi="Calibri"/>
                <w:sz w:val="12"/>
              </w:rPr>
              <w:t>tablosu</w:t>
            </w:r>
            <w:proofErr w:type="spellEnd"/>
            <w:r w:rsidRPr="0078123B">
              <w:rPr>
                <w:rFonts w:ascii="Calibri" w:hAnsi="Calibri"/>
                <w:sz w:val="12"/>
              </w:rPr>
              <w:t xml:space="preserve">, </w:t>
            </w:r>
            <w:r w:rsidRPr="0078123B">
              <w:rPr>
                <w:rFonts w:ascii="Calibri" w:hAnsi="Calibri"/>
                <w:sz w:val="12"/>
              </w:rPr>
              <w:br/>
            </w:r>
            <w:proofErr w:type="spellStart"/>
            <w:r w:rsidRPr="0078123B">
              <w:rPr>
                <w:rFonts w:ascii="Calibri" w:hAnsi="Calibri"/>
                <w:sz w:val="12"/>
              </w:rPr>
              <w:t>Balık</w:t>
            </w:r>
            <w:proofErr w:type="spellEnd"/>
            <w:r w:rsidRPr="0078123B">
              <w:rPr>
                <w:rFonts w:ascii="Calibri" w:hAnsi="Calibri"/>
                <w:sz w:val="12"/>
              </w:rPr>
              <w:t xml:space="preserve"> </w:t>
            </w:r>
            <w:proofErr w:type="spellStart"/>
            <w:r w:rsidRPr="0078123B">
              <w:rPr>
                <w:rFonts w:ascii="Calibri" w:hAnsi="Calibri"/>
                <w:sz w:val="12"/>
              </w:rPr>
              <w:t>kılçığı</w:t>
            </w:r>
            <w:proofErr w:type="spellEnd"/>
            <w:r w:rsidRPr="0078123B">
              <w:rPr>
                <w:rFonts w:ascii="Calibri" w:hAnsi="Calibri"/>
                <w:sz w:val="12"/>
              </w:rPr>
              <w:t>,</w:t>
            </w:r>
            <w:r w:rsidRPr="0078123B">
              <w:rPr>
                <w:rFonts w:ascii="Calibri" w:hAnsi="Calibri"/>
                <w:sz w:val="12"/>
              </w:rPr>
              <w:br/>
            </w:r>
            <w:proofErr w:type="spellStart"/>
            <w:r w:rsidRPr="0078123B">
              <w:rPr>
                <w:rFonts w:ascii="Calibri" w:hAnsi="Calibri"/>
                <w:sz w:val="12"/>
              </w:rPr>
              <w:t>Bütüncül</w:t>
            </w:r>
            <w:proofErr w:type="spellEnd"/>
            <w:r w:rsidRPr="0078123B">
              <w:rPr>
                <w:rFonts w:ascii="Calibri" w:hAnsi="Calibri"/>
                <w:sz w:val="12"/>
              </w:rPr>
              <w:t xml:space="preserve"> </w:t>
            </w:r>
            <w:proofErr w:type="spellStart"/>
            <w:r w:rsidRPr="0078123B">
              <w:rPr>
                <w:rFonts w:ascii="Calibri" w:hAnsi="Calibri"/>
                <w:sz w:val="12"/>
              </w:rPr>
              <w:t>dereceli</w:t>
            </w:r>
            <w:proofErr w:type="spellEnd"/>
            <w:r w:rsidRPr="0078123B">
              <w:rPr>
                <w:rFonts w:ascii="Calibri" w:hAnsi="Calibri"/>
                <w:sz w:val="12"/>
              </w:rPr>
              <w:t xml:space="preserve"> </w:t>
            </w:r>
            <w:proofErr w:type="spellStart"/>
            <w:r w:rsidRPr="0078123B">
              <w:rPr>
                <w:rFonts w:ascii="Calibri" w:hAnsi="Calibri"/>
                <w:sz w:val="12"/>
              </w:rPr>
              <w:t>puanlama</w:t>
            </w:r>
            <w:proofErr w:type="spellEnd"/>
            <w:r w:rsidRPr="0078123B">
              <w:rPr>
                <w:rFonts w:ascii="Calibri" w:hAnsi="Calibri"/>
                <w:sz w:val="12"/>
              </w:rPr>
              <w:t xml:space="preserve"> </w:t>
            </w:r>
            <w:proofErr w:type="spellStart"/>
            <w:r w:rsidRPr="0078123B">
              <w:rPr>
                <w:rFonts w:ascii="Calibri" w:hAnsi="Calibri"/>
                <w:sz w:val="12"/>
              </w:rPr>
              <w:t>anahtarı</w:t>
            </w:r>
            <w:proofErr w:type="spellEnd"/>
            <w:r w:rsidRPr="0078123B">
              <w:rPr>
                <w:rFonts w:ascii="Calibri" w:hAnsi="Calibri"/>
                <w:sz w:val="12"/>
              </w:rPr>
              <w:t xml:space="preserve"> </w:t>
            </w:r>
            <w:proofErr w:type="spellStart"/>
            <w:r w:rsidRPr="0078123B">
              <w:rPr>
                <w:rFonts w:ascii="Calibri" w:hAnsi="Calibri"/>
                <w:sz w:val="12"/>
              </w:rPr>
              <w:t>ve</w:t>
            </w:r>
            <w:proofErr w:type="spellEnd"/>
            <w:r w:rsidRPr="0078123B">
              <w:rPr>
                <w:rFonts w:ascii="Calibri" w:hAnsi="Calibri"/>
                <w:sz w:val="12"/>
              </w:rPr>
              <w:t xml:space="preserve"> </w:t>
            </w:r>
            <w:r w:rsidRPr="0078123B">
              <w:rPr>
                <w:rFonts w:ascii="Calibri" w:hAnsi="Calibri"/>
                <w:sz w:val="12"/>
              </w:rPr>
              <w:br/>
            </w:r>
            <w:proofErr w:type="spellStart"/>
            <w:r w:rsidRPr="0078123B">
              <w:rPr>
                <w:rFonts w:ascii="Calibri" w:hAnsi="Calibri"/>
                <w:sz w:val="12"/>
              </w:rPr>
              <w:t>performans</w:t>
            </w:r>
            <w:proofErr w:type="spellEnd"/>
            <w:r w:rsidRPr="0078123B">
              <w:rPr>
                <w:rFonts w:ascii="Calibri" w:hAnsi="Calibri"/>
                <w:sz w:val="12"/>
              </w:rPr>
              <w:t xml:space="preserve"> </w:t>
            </w:r>
            <w:proofErr w:type="spellStart"/>
            <w:r w:rsidRPr="0078123B">
              <w:rPr>
                <w:rFonts w:ascii="Calibri" w:hAnsi="Calibri"/>
                <w:sz w:val="12"/>
              </w:rPr>
              <w:t>görevi</w:t>
            </w:r>
            <w:proofErr w:type="spellEnd"/>
          </w:p>
        </w:tc>
        <w:tc>
          <w:tcPr>
            <w:tcW w:w="1152" w:type="dxa"/>
            <w:shd w:val="clear" w:color="auto" w:fill="FFFFFF"/>
            <w:tcMar>
              <w:top w:w="20" w:type="dxa"/>
              <w:left w:w="20" w:type="dxa"/>
              <w:bottom w:w="20" w:type="dxa"/>
              <w:right w:w="20" w:type="dxa"/>
            </w:tcMar>
          </w:tcPr>
          <w:p w:rsidR="00F43081" w:rsidRPr="0078123B" w:rsidRDefault="00F43081" w:rsidP="008F4D09">
            <w:pPr>
              <w:spacing w:after="0" w:line="240" w:lineRule="auto"/>
            </w:pPr>
            <w:r w:rsidRPr="0078123B">
              <w:rPr>
                <w:rFonts w:ascii="Calibri" w:hAnsi="Calibri"/>
                <w:sz w:val="12"/>
              </w:rPr>
              <w:t xml:space="preserve">SDB2.1. </w:t>
            </w:r>
            <w:proofErr w:type="spellStart"/>
            <w:r w:rsidRPr="0078123B">
              <w:rPr>
                <w:rFonts w:ascii="Calibri" w:hAnsi="Calibri"/>
                <w:sz w:val="12"/>
              </w:rPr>
              <w:t>İletişim</w:t>
            </w:r>
            <w:proofErr w:type="spellEnd"/>
            <w:proofErr w:type="gramStart"/>
            <w:r w:rsidRPr="0078123B">
              <w:rPr>
                <w:rFonts w:ascii="Calibri" w:hAnsi="Calibri"/>
                <w:sz w:val="12"/>
              </w:rPr>
              <w:t>,</w:t>
            </w:r>
            <w:proofErr w:type="gramEnd"/>
            <w:r w:rsidRPr="0078123B">
              <w:rPr>
                <w:rFonts w:ascii="Calibri" w:hAnsi="Calibri"/>
                <w:sz w:val="12"/>
              </w:rPr>
              <w:br/>
              <w:t xml:space="preserve">SDB2.2. </w:t>
            </w:r>
            <w:proofErr w:type="spellStart"/>
            <w:r w:rsidRPr="0078123B">
              <w:rPr>
                <w:rFonts w:ascii="Calibri" w:hAnsi="Calibri"/>
                <w:sz w:val="12"/>
              </w:rPr>
              <w:t>İş</w:t>
            </w:r>
            <w:proofErr w:type="spellEnd"/>
            <w:r w:rsidRPr="0078123B">
              <w:rPr>
                <w:rFonts w:ascii="Calibri" w:hAnsi="Calibri"/>
                <w:sz w:val="12"/>
              </w:rPr>
              <w:t xml:space="preserve"> </w:t>
            </w:r>
            <w:proofErr w:type="spellStart"/>
            <w:r w:rsidRPr="0078123B">
              <w:rPr>
                <w:rFonts w:ascii="Calibri" w:hAnsi="Calibri"/>
                <w:sz w:val="12"/>
              </w:rPr>
              <w:t>Birliği</w:t>
            </w:r>
            <w:proofErr w:type="spellEnd"/>
            <w:r w:rsidRPr="0078123B">
              <w:rPr>
                <w:rFonts w:ascii="Calibri" w:hAnsi="Calibri"/>
                <w:sz w:val="12"/>
              </w:rPr>
              <w:t xml:space="preserve">, </w:t>
            </w:r>
            <w:r w:rsidRPr="0078123B">
              <w:rPr>
                <w:rFonts w:ascii="Calibri" w:hAnsi="Calibri"/>
                <w:sz w:val="12"/>
              </w:rPr>
              <w:br/>
              <w:t xml:space="preserve">SDB3.3. </w:t>
            </w:r>
            <w:proofErr w:type="spellStart"/>
            <w:r w:rsidRPr="0078123B">
              <w:rPr>
                <w:rFonts w:ascii="Calibri" w:hAnsi="Calibri"/>
                <w:sz w:val="12"/>
              </w:rPr>
              <w:t>Sorumlu</w:t>
            </w:r>
            <w:proofErr w:type="spellEnd"/>
            <w:r w:rsidRPr="0078123B">
              <w:rPr>
                <w:rFonts w:ascii="Calibri" w:hAnsi="Calibri"/>
                <w:sz w:val="12"/>
              </w:rPr>
              <w:t xml:space="preserve"> </w:t>
            </w:r>
            <w:proofErr w:type="spellStart"/>
            <w:r w:rsidRPr="0078123B">
              <w:rPr>
                <w:rFonts w:ascii="Calibri" w:hAnsi="Calibri"/>
                <w:sz w:val="12"/>
              </w:rPr>
              <w:t>Karar</w:t>
            </w:r>
            <w:proofErr w:type="spellEnd"/>
            <w:r w:rsidRPr="0078123B">
              <w:rPr>
                <w:rFonts w:ascii="Calibri" w:hAnsi="Calibri"/>
                <w:sz w:val="12"/>
              </w:rPr>
              <w:t xml:space="preserve"> </w:t>
            </w:r>
            <w:proofErr w:type="spellStart"/>
            <w:r w:rsidRPr="0078123B">
              <w:rPr>
                <w:rFonts w:ascii="Calibri" w:hAnsi="Calibri"/>
                <w:sz w:val="12"/>
              </w:rPr>
              <w:t>Verme</w:t>
            </w:r>
            <w:proofErr w:type="spellEnd"/>
          </w:p>
        </w:tc>
        <w:tc>
          <w:tcPr>
            <w:tcW w:w="1008" w:type="dxa"/>
            <w:shd w:val="clear" w:color="auto" w:fill="FFFFFF"/>
            <w:tcMar>
              <w:top w:w="20" w:type="dxa"/>
              <w:left w:w="20" w:type="dxa"/>
              <w:bottom w:w="20" w:type="dxa"/>
              <w:right w:w="20" w:type="dxa"/>
            </w:tcMar>
          </w:tcPr>
          <w:p w:rsidR="00F43081" w:rsidRPr="0078123B" w:rsidRDefault="00F43081" w:rsidP="008F4D09">
            <w:pPr>
              <w:spacing w:after="0" w:line="240" w:lineRule="auto"/>
            </w:pPr>
            <w:r w:rsidRPr="0078123B">
              <w:rPr>
                <w:rFonts w:ascii="Calibri" w:hAnsi="Calibri"/>
                <w:sz w:val="12"/>
              </w:rPr>
              <w:t xml:space="preserve">D5. </w:t>
            </w:r>
            <w:proofErr w:type="spellStart"/>
            <w:r w:rsidRPr="0078123B">
              <w:rPr>
                <w:rFonts w:ascii="Calibri" w:hAnsi="Calibri"/>
                <w:sz w:val="12"/>
              </w:rPr>
              <w:t>Duyarlılık</w:t>
            </w:r>
            <w:proofErr w:type="spellEnd"/>
            <w:proofErr w:type="gramStart"/>
            <w:r w:rsidRPr="0078123B">
              <w:rPr>
                <w:rFonts w:ascii="Calibri" w:hAnsi="Calibri"/>
                <w:sz w:val="12"/>
              </w:rPr>
              <w:t>,</w:t>
            </w:r>
            <w:proofErr w:type="gramEnd"/>
            <w:r w:rsidRPr="0078123B">
              <w:rPr>
                <w:rFonts w:ascii="Calibri" w:hAnsi="Calibri"/>
                <w:sz w:val="12"/>
              </w:rPr>
              <w:br/>
              <w:t xml:space="preserve">D18. </w:t>
            </w:r>
            <w:proofErr w:type="spellStart"/>
            <w:r w:rsidRPr="0078123B">
              <w:rPr>
                <w:rFonts w:ascii="Calibri" w:hAnsi="Calibri"/>
                <w:sz w:val="12"/>
              </w:rPr>
              <w:t>Temizlik</w:t>
            </w:r>
            <w:proofErr w:type="spellEnd"/>
            <w:proofErr w:type="gramStart"/>
            <w:r w:rsidRPr="0078123B">
              <w:rPr>
                <w:rFonts w:ascii="Calibri" w:hAnsi="Calibri"/>
                <w:sz w:val="12"/>
              </w:rPr>
              <w:t>,</w:t>
            </w:r>
            <w:proofErr w:type="gramEnd"/>
            <w:r w:rsidRPr="0078123B">
              <w:rPr>
                <w:rFonts w:ascii="Calibri" w:hAnsi="Calibri"/>
                <w:sz w:val="12"/>
              </w:rPr>
              <w:br/>
              <w:t xml:space="preserve">D19. </w:t>
            </w:r>
            <w:proofErr w:type="spellStart"/>
            <w:r w:rsidRPr="0078123B">
              <w:rPr>
                <w:rFonts w:ascii="Calibri" w:hAnsi="Calibri"/>
                <w:sz w:val="12"/>
              </w:rPr>
              <w:t>Vatanseverlik</w:t>
            </w:r>
            <w:proofErr w:type="spellEnd"/>
          </w:p>
        </w:tc>
        <w:tc>
          <w:tcPr>
            <w:tcW w:w="1152" w:type="dxa"/>
            <w:shd w:val="clear" w:color="auto" w:fill="FFFFFF"/>
            <w:tcMar>
              <w:top w:w="20" w:type="dxa"/>
              <w:left w:w="20" w:type="dxa"/>
              <w:bottom w:w="20" w:type="dxa"/>
              <w:right w:w="20" w:type="dxa"/>
            </w:tcMar>
          </w:tcPr>
          <w:p w:rsidR="00F43081" w:rsidRPr="0078123B" w:rsidRDefault="00F43081" w:rsidP="008F4D09">
            <w:pPr>
              <w:spacing w:after="0" w:line="240" w:lineRule="auto"/>
            </w:pPr>
            <w:r w:rsidRPr="0078123B">
              <w:rPr>
                <w:rFonts w:ascii="Calibri" w:hAnsi="Calibri"/>
                <w:sz w:val="12"/>
              </w:rPr>
              <w:t xml:space="preserve">OB1. </w:t>
            </w:r>
            <w:proofErr w:type="spellStart"/>
            <w:r w:rsidRPr="0078123B">
              <w:rPr>
                <w:rFonts w:ascii="Calibri" w:hAnsi="Calibri"/>
                <w:sz w:val="12"/>
              </w:rPr>
              <w:t>Bilgi</w:t>
            </w:r>
            <w:proofErr w:type="spellEnd"/>
            <w:r w:rsidRPr="0078123B">
              <w:rPr>
                <w:rFonts w:ascii="Calibri" w:hAnsi="Calibri"/>
                <w:sz w:val="12"/>
              </w:rPr>
              <w:t xml:space="preserve"> </w:t>
            </w:r>
            <w:proofErr w:type="spellStart"/>
            <w:r w:rsidRPr="0078123B">
              <w:rPr>
                <w:rFonts w:ascii="Calibri" w:hAnsi="Calibri"/>
                <w:sz w:val="12"/>
              </w:rPr>
              <w:t>Okuryazarlığı</w:t>
            </w:r>
            <w:proofErr w:type="spellEnd"/>
            <w:r w:rsidRPr="0078123B">
              <w:rPr>
                <w:rFonts w:ascii="Calibri" w:hAnsi="Calibri"/>
                <w:sz w:val="12"/>
              </w:rPr>
              <w:t xml:space="preserve">, </w:t>
            </w:r>
            <w:r w:rsidRPr="0078123B">
              <w:rPr>
                <w:rFonts w:ascii="Calibri" w:hAnsi="Calibri"/>
                <w:sz w:val="12"/>
              </w:rPr>
              <w:br/>
              <w:t xml:space="preserve">OB2. </w:t>
            </w:r>
            <w:proofErr w:type="spellStart"/>
            <w:r w:rsidRPr="0078123B">
              <w:rPr>
                <w:rFonts w:ascii="Calibri" w:hAnsi="Calibri"/>
                <w:sz w:val="12"/>
              </w:rPr>
              <w:t>Dijital</w:t>
            </w:r>
            <w:proofErr w:type="spellEnd"/>
            <w:r w:rsidRPr="0078123B">
              <w:rPr>
                <w:rFonts w:ascii="Calibri" w:hAnsi="Calibri"/>
                <w:sz w:val="12"/>
              </w:rPr>
              <w:t xml:space="preserve"> </w:t>
            </w:r>
            <w:proofErr w:type="spellStart"/>
            <w:r w:rsidRPr="0078123B">
              <w:rPr>
                <w:rFonts w:ascii="Calibri" w:hAnsi="Calibri"/>
                <w:sz w:val="12"/>
              </w:rPr>
              <w:t>Okuryazarlık</w:t>
            </w:r>
            <w:proofErr w:type="spellEnd"/>
            <w:proofErr w:type="gramStart"/>
            <w:r w:rsidRPr="0078123B">
              <w:rPr>
                <w:rFonts w:ascii="Calibri" w:hAnsi="Calibri"/>
                <w:sz w:val="12"/>
              </w:rPr>
              <w:t>,</w:t>
            </w:r>
            <w:proofErr w:type="gramEnd"/>
            <w:r w:rsidRPr="0078123B">
              <w:rPr>
                <w:rFonts w:ascii="Calibri" w:hAnsi="Calibri"/>
                <w:sz w:val="12"/>
              </w:rPr>
              <w:br/>
              <w:t xml:space="preserve">OB4. </w:t>
            </w:r>
            <w:proofErr w:type="spellStart"/>
            <w:r w:rsidRPr="0078123B">
              <w:rPr>
                <w:rFonts w:ascii="Calibri" w:hAnsi="Calibri"/>
                <w:sz w:val="12"/>
              </w:rPr>
              <w:t>Görsel</w:t>
            </w:r>
            <w:proofErr w:type="spellEnd"/>
            <w:r w:rsidRPr="0078123B">
              <w:rPr>
                <w:rFonts w:ascii="Calibri" w:hAnsi="Calibri"/>
                <w:sz w:val="12"/>
              </w:rPr>
              <w:t xml:space="preserve"> </w:t>
            </w:r>
            <w:proofErr w:type="spellStart"/>
            <w:r w:rsidRPr="0078123B">
              <w:rPr>
                <w:rFonts w:ascii="Calibri" w:hAnsi="Calibri"/>
                <w:sz w:val="12"/>
              </w:rPr>
              <w:t>Okuryazarlık</w:t>
            </w:r>
            <w:proofErr w:type="spellEnd"/>
            <w:proofErr w:type="gramStart"/>
            <w:r w:rsidRPr="0078123B">
              <w:rPr>
                <w:rFonts w:ascii="Calibri" w:hAnsi="Calibri"/>
                <w:sz w:val="12"/>
              </w:rPr>
              <w:t>,</w:t>
            </w:r>
            <w:proofErr w:type="gramEnd"/>
            <w:r w:rsidRPr="0078123B">
              <w:rPr>
                <w:rFonts w:ascii="Calibri" w:hAnsi="Calibri"/>
                <w:sz w:val="12"/>
              </w:rPr>
              <w:br/>
              <w:t xml:space="preserve">OB8. </w:t>
            </w:r>
            <w:proofErr w:type="spellStart"/>
            <w:r w:rsidRPr="0078123B">
              <w:rPr>
                <w:rFonts w:ascii="Calibri" w:hAnsi="Calibri"/>
                <w:sz w:val="12"/>
              </w:rPr>
              <w:t>Sürdürülebilirlik</w:t>
            </w:r>
            <w:proofErr w:type="spellEnd"/>
            <w:r w:rsidRPr="0078123B">
              <w:rPr>
                <w:rFonts w:ascii="Calibri" w:hAnsi="Calibri"/>
                <w:sz w:val="12"/>
              </w:rPr>
              <w:t xml:space="preserve"> </w:t>
            </w:r>
            <w:proofErr w:type="spellStart"/>
            <w:r w:rsidRPr="0078123B">
              <w:rPr>
                <w:rFonts w:ascii="Calibri" w:hAnsi="Calibri"/>
                <w:sz w:val="12"/>
              </w:rPr>
              <w:t>Okuryazarlığı</w:t>
            </w:r>
            <w:proofErr w:type="spellEnd"/>
          </w:p>
        </w:tc>
        <w:tc>
          <w:tcPr>
            <w:tcW w:w="1008" w:type="dxa"/>
            <w:gridSpan w:val="2"/>
            <w:shd w:val="clear" w:color="auto" w:fill="FFFFFF"/>
            <w:tcMar>
              <w:top w:w="20" w:type="dxa"/>
              <w:left w:w="20" w:type="dxa"/>
              <w:bottom w:w="20" w:type="dxa"/>
              <w:right w:w="20" w:type="dxa"/>
            </w:tcMar>
          </w:tcPr>
          <w:p w:rsidR="00F43081" w:rsidRPr="0078123B" w:rsidRDefault="00F43081" w:rsidP="004F40CF">
            <w:pPr>
              <w:spacing w:after="0" w:line="240" w:lineRule="auto"/>
            </w:pPr>
          </w:p>
        </w:tc>
        <w:tc>
          <w:tcPr>
            <w:tcW w:w="1298" w:type="dxa"/>
            <w:shd w:val="clear" w:color="auto" w:fill="FFFFFF"/>
            <w:tcMar>
              <w:top w:w="20" w:type="dxa"/>
              <w:left w:w="20" w:type="dxa"/>
              <w:bottom w:w="20" w:type="dxa"/>
              <w:right w:w="20" w:type="dxa"/>
            </w:tcMar>
          </w:tcPr>
          <w:p w:rsidR="00F43081" w:rsidRPr="0078123B" w:rsidRDefault="00F43081" w:rsidP="004F40CF">
            <w:pPr>
              <w:spacing w:after="0" w:line="240" w:lineRule="auto"/>
            </w:pPr>
          </w:p>
        </w:tc>
        <w:tc>
          <w:tcPr>
            <w:tcW w:w="1224" w:type="dxa"/>
            <w:shd w:val="clear" w:color="auto" w:fill="FFFFFF"/>
            <w:tcMar>
              <w:top w:w="20" w:type="dxa"/>
              <w:left w:w="20" w:type="dxa"/>
              <w:bottom w:w="20" w:type="dxa"/>
              <w:right w:w="20" w:type="dxa"/>
            </w:tcMar>
          </w:tcPr>
          <w:p w:rsidR="00F43081" w:rsidRPr="0078123B" w:rsidRDefault="00F43081" w:rsidP="004F40CF">
            <w:pPr>
              <w:spacing w:after="0" w:line="240" w:lineRule="auto"/>
            </w:pPr>
          </w:p>
        </w:tc>
      </w:tr>
      <w:tr w:rsidR="0082387A" w:rsidRPr="0078123B" w:rsidTr="0082387A">
        <w:tblPrEx>
          <w:tblCellMar>
            <w:left w:w="108" w:type="dxa"/>
            <w:right w:w="108" w:type="dxa"/>
          </w:tblCellMar>
          <w:tblLook w:val="04A0"/>
        </w:tblPrEx>
        <w:trPr>
          <w:gridAfter w:val="1"/>
          <w:wAfter w:w="10" w:type="dxa"/>
          <w:trHeight w:val="892"/>
          <w:jc w:val="center"/>
        </w:trPr>
        <w:tc>
          <w:tcPr>
            <w:tcW w:w="792" w:type="dxa"/>
            <w:vMerge w:val="restart"/>
            <w:shd w:val="clear" w:color="auto" w:fill="F8FAFC"/>
            <w:tcMar>
              <w:top w:w="20" w:type="dxa"/>
              <w:left w:w="20" w:type="dxa"/>
              <w:bottom w:w="20" w:type="dxa"/>
              <w:right w:w="20" w:type="dxa"/>
            </w:tcMar>
          </w:tcPr>
          <w:p w:rsidR="0082387A" w:rsidRPr="0078123B" w:rsidRDefault="0082387A" w:rsidP="004F40CF">
            <w:pPr>
              <w:spacing w:after="0" w:line="240" w:lineRule="auto"/>
              <w:jc w:val="center"/>
            </w:pPr>
            <w:r w:rsidRPr="0078123B">
              <w:rPr>
                <w:rFonts w:ascii="Calibri" w:hAnsi="Calibri"/>
                <w:sz w:val="12"/>
              </w:rPr>
              <w:t>EKİM</w:t>
            </w:r>
          </w:p>
        </w:tc>
        <w:tc>
          <w:tcPr>
            <w:tcW w:w="1008" w:type="dxa"/>
            <w:vMerge w:val="restart"/>
            <w:shd w:val="clear" w:color="auto" w:fill="F8FAFC"/>
            <w:tcMar>
              <w:top w:w="20" w:type="dxa"/>
              <w:left w:w="20" w:type="dxa"/>
              <w:bottom w:w="20" w:type="dxa"/>
              <w:right w:w="20" w:type="dxa"/>
            </w:tcMar>
          </w:tcPr>
          <w:p w:rsidR="0082387A" w:rsidRPr="0078123B" w:rsidRDefault="0082387A" w:rsidP="004F40CF">
            <w:pPr>
              <w:spacing w:after="0" w:line="240" w:lineRule="auto"/>
              <w:jc w:val="center"/>
            </w:pPr>
            <w:r>
              <w:rPr>
                <w:rFonts w:ascii="Calibri" w:hAnsi="Calibri"/>
                <w:sz w:val="12"/>
              </w:rPr>
              <w:t>7</w:t>
            </w:r>
            <w:r w:rsidRPr="0078123B">
              <w:rPr>
                <w:rFonts w:ascii="Calibri" w:hAnsi="Calibri"/>
                <w:sz w:val="12"/>
              </w:rPr>
              <w:t xml:space="preserve">. </w:t>
            </w:r>
            <w:proofErr w:type="spellStart"/>
            <w:r w:rsidRPr="0078123B">
              <w:rPr>
                <w:rFonts w:ascii="Calibri" w:hAnsi="Calibri"/>
                <w:sz w:val="12"/>
              </w:rPr>
              <w:t>Hafta</w:t>
            </w:r>
            <w:proofErr w:type="spellEnd"/>
            <w:r w:rsidRPr="0078123B">
              <w:rPr>
                <w:rFonts w:ascii="Calibri" w:hAnsi="Calibri"/>
                <w:sz w:val="12"/>
              </w:rPr>
              <w:t>:</w:t>
            </w:r>
            <w:r w:rsidRPr="0078123B">
              <w:rPr>
                <w:rFonts w:ascii="Calibri" w:hAnsi="Calibri"/>
                <w:sz w:val="12"/>
              </w:rPr>
              <w:br/>
              <w:t xml:space="preserve">  26-30 </w:t>
            </w:r>
            <w:proofErr w:type="spellStart"/>
            <w:r w:rsidRPr="0078123B">
              <w:rPr>
                <w:rFonts w:ascii="Calibri" w:hAnsi="Calibri"/>
                <w:sz w:val="12"/>
              </w:rPr>
              <w:t>Ekim</w:t>
            </w:r>
            <w:proofErr w:type="spellEnd"/>
          </w:p>
        </w:tc>
        <w:tc>
          <w:tcPr>
            <w:tcW w:w="652" w:type="dxa"/>
            <w:shd w:val="clear" w:color="auto" w:fill="F8FAFC"/>
            <w:tcMar>
              <w:top w:w="20" w:type="dxa"/>
              <w:left w:w="20" w:type="dxa"/>
              <w:bottom w:w="20" w:type="dxa"/>
              <w:right w:w="20" w:type="dxa"/>
            </w:tcMar>
          </w:tcPr>
          <w:p w:rsidR="0082387A" w:rsidRPr="0078123B" w:rsidRDefault="0082387A" w:rsidP="004F40CF">
            <w:pPr>
              <w:spacing w:after="0" w:line="240" w:lineRule="auto"/>
              <w:jc w:val="center"/>
            </w:pPr>
            <w:r>
              <w:rPr>
                <w:rFonts w:ascii="Calibri" w:hAnsi="Calibri"/>
                <w:sz w:val="12"/>
              </w:rPr>
              <w:t>2+1*</w:t>
            </w:r>
          </w:p>
        </w:tc>
        <w:tc>
          <w:tcPr>
            <w:tcW w:w="1152" w:type="dxa"/>
            <w:shd w:val="clear" w:color="auto" w:fill="F8FAFC"/>
            <w:tcMar>
              <w:top w:w="20" w:type="dxa"/>
              <w:left w:w="20" w:type="dxa"/>
              <w:bottom w:w="20" w:type="dxa"/>
              <w:right w:w="20" w:type="dxa"/>
            </w:tcMar>
          </w:tcPr>
          <w:p w:rsidR="0082387A" w:rsidRPr="0078123B" w:rsidRDefault="0082387A" w:rsidP="004F40CF">
            <w:pPr>
              <w:spacing w:after="0" w:line="240" w:lineRule="auto"/>
            </w:pPr>
            <w:r w:rsidRPr="0078123B">
              <w:rPr>
                <w:rFonts w:ascii="Calibri" w:hAnsi="Calibri"/>
                <w:sz w:val="12"/>
              </w:rPr>
              <w:t>EVİMİZ DÜNYA</w:t>
            </w:r>
          </w:p>
        </w:tc>
        <w:tc>
          <w:tcPr>
            <w:tcW w:w="1224" w:type="dxa"/>
            <w:shd w:val="clear" w:color="auto" w:fill="F8FAFC"/>
            <w:tcMar>
              <w:top w:w="20" w:type="dxa"/>
              <w:left w:w="20" w:type="dxa"/>
              <w:bottom w:w="20" w:type="dxa"/>
              <w:right w:w="20" w:type="dxa"/>
            </w:tcMar>
          </w:tcPr>
          <w:p w:rsidR="0082387A" w:rsidRPr="0078123B" w:rsidRDefault="0082387A" w:rsidP="008F4D09">
            <w:pPr>
              <w:spacing w:after="0" w:line="240" w:lineRule="auto"/>
            </w:pPr>
            <w:proofErr w:type="spellStart"/>
            <w:r w:rsidRPr="0078123B">
              <w:rPr>
                <w:rFonts w:ascii="Calibri" w:hAnsi="Calibri"/>
                <w:sz w:val="12"/>
              </w:rPr>
              <w:t>Yaşadığı</w:t>
            </w:r>
            <w:proofErr w:type="spellEnd"/>
            <w:r w:rsidRPr="0078123B">
              <w:rPr>
                <w:rFonts w:ascii="Calibri" w:hAnsi="Calibri"/>
                <w:sz w:val="12"/>
              </w:rPr>
              <w:t xml:space="preserve"> </w:t>
            </w:r>
            <w:proofErr w:type="spellStart"/>
            <w:r w:rsidRPr="0078123B">
              <w:rPr>
                <w:rFonts w:ascii="Calibri" w:hAnsi="Calibri"/>
                <w:sz w:val="12"/>
              </w:rPr>
              <w:t>İlin</w:t>
            </w:r>
            <w:proofErr w:type="spellEnd"/>
            <w:r w:rsidRPr="0078123B">
              <w:rPr>
                <w:rFonts w:ascii="Calibri" w:hAnsi="Calibri"/>
                <w:sz w:val="12"/>
              </w:rPr>
              <w:t xml:space="preserve"> </w:t>
            </w:r>
            <w:proofErr w:type="spellStart"/>
            <w:r w:rsidRPr="0078123B">
              <w:rPr>
                <w:rFonts w:ascii="Calibri" w:hAnsi="Calibri"/>
                <w:sz w:val="12"/>
              </w:rPr>
              <w:t>Göreceli</w:t>
            </w:r>
            <w:proofErr w:type="spellEnd"/>
            <w:r w:rsidRPr="0078123B">
              <w:rPr>
                <w:rFonts w:ascii="Calibri" w:hAnsi="Calibri"/>
                <w:sz w:val="12"/>
              </w:rPr>
              <w:t xml:space="preserve"> </w:t>
            </w:r>
            <w:proofErr w:type="spellStart"/>
            <w:r w:rsidRPr="0078123B">
              <w:rPr>
                <w:rFonts w:ascii="Calibri" w:hAnsi="Calibri"/>
                <w:sz w:val="12"/>
              </w:rPr>
              <w:t>Konumu</w:t>
            </w:r>
            <w:proofErr w:type="spellEnd"/>
          </w:p>
        </w:tc>
        <w:tc>
          <w:tcPr>
            <w:tcW w:w="1512" w:type="dxa"/>
            <w:gridSpan w:val="2"/>
            <w:shd w:val="clear" w:color="auto" w:fill="F8FAFC"/>
            <w:tcMar>
              <w:top w:w="20" w:type="dxa"/>
              <w:left w:w="20" w:type="dxa"/>
              <w:bottom w:w="20" w:type="dxa"/>
              <w:right w:w="20" w:type="dxa"/>
            </w:tcMar>
          </w:tcPr>
          <w:p w:rsidR="0082387A" w:rsidRPr="0078123B" w:rsidRDefault="0082387A" w:rsidP="008F4D09">
            <w:pPr>
              <w:spacing w:after="0" w:line="240" w:lineRule="auto"/>
            </w:pPr>
            <w:r w:rsidRPr="0078123B">
              <w:rPr>
                <w:rFonts w:ascii="Calibri" w:hAnsi="Calibri"/>
                <w:sz w:val="12"/>
              </w:rPr>
              <w:t xml:space="preserve">SB.5.2.1.  </w:t>
            </w:r>
            <w:proofErr w:type="spellStart"/>
            <w:r w:rsidRPr="0078123B">
              <w:rPr>
                <w:rFonts w:ascii="Calibri" w:hAnsi="Calibri"/>
                <w:sz w:val="12"/>
              </w:rPr>
              <w:t>Yaşadığı</w:t>
            </w:r>
            <w:proofErr w:type="spellEnd"/>
            <w:r w:rsidRPr="0078123B">
              <w:rPr>
                <w:rFonts w:ascii="Calibri" w:hAnsi="Calibri"/>
                <w:sz w:val="12"/>
              </w:rPr>
              <w:t xml:space="preserve"> </w:t>
            </w:r>
            <w:proofErr w:type="spellStart"/>
            <w:r w:rsidRPr="0078123B">
              <w:rPr>
                <w:rFonts w:ascii="Calibri" w:hAnsi="Calibri"/>
                <w:sz w:val="12"/>
              </w:rPr>
              <w:t>ilin</w:t>
            </w:r>
            <w:proofErr w:type="spellEnd"/>
            <w:r w:rsidRPr="0078123B">
              <w:rPr>
                <w:rFonts w:ascii="Calibri" w:hAnsi="Calibri"/>
                <w:sz w:val="12"/>
              </w:rPr>
              <w:t xml:space="preserve"> </w:t>
            </w:r>
            <w:proofErr w:type="spellStart"/>
            <w:r w:rsidRPr="0078123B">
              <w:rPr>
                <w:rFonts w:ascii="Calibri" w:hAnsi="Calibri"/>
                <w:sz w:val="12"/>
              </w:rPr>
              <w:t>göreceli</w:t>
            </w:r>
            <w:proofErr w:type="spellEnd"/>
            <w:r w:rsidRPr="0078123B">
              <w:rPr>
                <w:rFonts w:ascii="Calibri" w:hAnsi="Calibri"/>
                <w:sz w:val="12"/>
              </w:rPr>
              <w:t xml:space="preserve"> </w:t>
            </w:r>
            <w:proofErr w:type="spellStart"/>
            <w:r w:rsidRPr="0078123B">
              <w:rPr>
                <w:rFonts w:ascii="Calibri" w:hAnsi="Calibri"/>
                <w:sz w:val="12"/>
              </w:rPr>
              <w:t>konum</w:t>
            </w:r>
            <w:proofErr w:type="spellEnd"/>
            <w:r w:rsidRPr="0078123B">
              <w:rPr>
                <w:rFonts w:ascii="Calibri" w:hAnsi="Calibri"/>
                <w:sz w:val="12"/>
              </w:rPr>
              <w:t xml:space="preserve"> </w:t>
            </w:r>
            <w:proofErr w:type="spellStart"/>
            <w:r w:rsidRPr="0078123B">
              <w:rPr>
                <w:rFonts w:ascii="Calibri" w:hAnsi="Calibri"/>
                <w:sz w:val="12"/>
              </w:rPr>
              <w:t>özelliklerini</w:t>
            </w:r>
            <w:proofErr w:type="spellEnd"/>
            <w:r w:rsidRPr="0078123B">
              <w:rPr>
                <w:rFonts w:ascii="Calibri" w:hAnsi="Calibri"/>
                <w:sz w:val="12"/>
              </w:rPr>
              <w:t xml:space="preserve"> </w:t>
            </w:r>
            <w:proofErr w:type="spellStart"/>
            <w:r w:rsidRPr="0078123B">
              <w:rPr>
                <w:rFonts w:ascii="Calibri" w:hAnsi="Calibri"/>
                <w:sz w:val="12"/>
              </w:rPr>
              <w:t>algılayabilme</w:t>
            </w:r>
            <w:proofErr w:type="spellEnd"/>
          </w:p>
        </w:tc>
        <w:tc>
          <w:tcPr>
            <w:tcW w:w="1656" w:type="dxa"/>
            <w:shd w:val="clear" w:color="auto" w:fill="F8FAFC"/>
            <w:tcMar>
              <w:top w:w="20" w:type="dxa"/>
              <w:left w:w="20" w:type="dxa"/>
              <w:bottom w:w="20" w:type="dxa"/>
              <w:right w:w="20" w:type="dxa"/>
            </w:tcMar>
          </w:tcPr>
          <w:p w:rsidR="0082387A" w:rsidRPr="0078123B" w:rsidRDefault="0082387A" w:rsidP="008F4D09">
            <w:pPr>
              <w:spacing w:after="0" w:line="240" w:lineRule="auto"/>
            </w:pPr>
            <w:r w:rsidRPr="0078123B">
              <w:rPr>
                <w:rFonts w:ascii="Calibri" w:hAnsi="Calibri"/>
                <w:sz w:val="12"/>
              </w:rPr>
              <w:t xml:space="preserve">a) </w:t>
            </w:r>
            <w:proofErr w:type="spellStart"/>
            <w:r w:rsidRPr="0078123B">
              <w:rPr>
                <w:rFonts w:ascii="Calibri" w:hAnsi="Calibri"/>
                <w:sz w:val="12"/>
              </w:rPr>
              <w:t>Yaşadığı</w:t>
            </w:r>
            <w:proofErr w:type="spellEnd"/>
            <w:r w:rsidRPr="0078123B">
              <w:rPr>
                <w:rFonts w:ascii="Calibri" w:hAnsi="Calibri"/>
                <w:sz w:val="12"/>
              </w:rPr>
              <w:t xml:space="preserve"> </w:t>
            </w:r>
            <w:proofErr w:type="spellStart"/>
            <w:r w:rsidRPr="0078123B">
              <w:rPr>
                <w:rFonts w:ascii="Calibri" w:hAnsi="Calibri"/>
                <w:sz w:val="12"/>
              </w:rPr>
              <w:t>ilin</w:t>
            </w:r>
            <w:proofErr w:type="spellEnd"/>
            <w:r w:rsidRPr="0078123B">
              <w:rPr>
                <w:rFonts w:ascii="Calibri" w:hAnsi="Calibri"/>
                <w:sz w:val="12"/>
              </w:rPr>
              <w:t xml:space="preserve"> </w:t>
            </w:r>
            <w:proofErr w:type="spellStart"/>
            <w:r w:rsidRPr="0078123B">
              <w:rPr>
                <w:rFonts w:ascii="Calibri" w:hAnsi="Calibri"/>
                <w:sz w:val="12"/>
              </w:rPr>
              <w:t>göreceli</w:t>
            </w:r>
            <w:proofErr w:type="spellEnd"/>
            <w:r w:rsidRPr="0078123B">
              <w:rPr>
                <w:rFonts w:ascii="Calibri" w:hAnsi="Calibri"/>
                <w:sz w:val="12"/>
              </w:rPr>
              <w:t xml:space="preserve"> </w:t>
            </w:r>
            <w:proofErr w:type="spellStart"/>
            <w:r w:rsidRPr="0078123B">
              <w:rPr>
                <w:rFonts w:ascii="Calibri" w:hAnsi="Calibri"/>
                <w:sz w:val="12"/>
              </w:rPr>
              <w:t>konum</w:t>
            </w:r>
            <w:proofErr w:type="spellEnd"/>
            <w:r w:rsidRPr="0078123B">
              <w:rPr>
                <w:rFonts w:ascii="Calibri" w:hAnsi="Calibri"/>
                <w:sz w:val="12"/>
              </w:rPr>
              <w:t xml:space="preserve"> </w:t>
            </w:r>
            <w:proofErr w:type="spellStart"/>
            <w:r w:rsidRPr="0078123B">
              <w:rPr>
                <w:rFonts w:ascii="Calibri" w:hAnsi="Calibri"/>
                <w:sz w:val="12"/>
              </w:rPr>
              <w:t>özelliklerini</w:t>
            </w:r>
            <w:proofErr w:type="spellEnd"/>
            <w:r w:rsidRPr="0078123B">
              <w:rPr>
                <w:rFonts w:ascii="Calibri" w:hAnsi="Calibri"/>
                <w:sz w:val="12"/>
              </w:rPr>
              <w:t xml:space="preserve"> </w:t>
            </w:r>
            <w:proofErr w:type="spellStart"/>
            <w:r w:rsidRPr="0078123B">
              <w:rPr>
                <w:rFonts w:ascii="Calibri" w:hAnsi="Calibri"/>
                <w:sz w:val="12"/>
              </w:rPr>
              <w:t>belirler</w:t>
            </w:r>
            <w:proofErr w:type="spellEnd"/>
            <w:r w:rsidRPr="0078123B">
              <w:rPr>
                <w:rFonts w:ascii="Calibri" w:hAnsi="Calibri"/>
                <w:sz w:val="12"/>
              </w:rPr>
              <w:t>.</w:t>
            </w:r>
            <w:r w:rsidRPr="0078123B">
              <w:rPr>
                <w:rFonts w:ascii="Calibri" w:hAnsi="Calibri"/>
                <w:sz w:val="12"/>
              </w:rPr>
              <w:br/>
              <w:t xml:space="preserve">b) </w:t>
            </w:r>
            <w:proofErr w:type="spellStart"/>
            <w:r w:rsidRPr="0078123B">
              <w:rPr>
                <w:rFonts w:ascii="Calibri" w:hAnsi="Calibri"/>
                <w:sz w:val="12"/>
              </w:rPr>
              <w:t>Yaşadığı</w:t>
            </w:r>
            <w:proofErr w:type="spellEnd"/>
            <w:r w:rsidRPr="0078123B">
              <w:rPr>
                <w:rFonts w:ascii="Calibri" w:hAnsi="Calibri"/>
                <w:sz w:val="12"/>
              </w:rPr>
              <w:t xml:space="preserve"> </w:t>
            </w:r>
            <w:proofErr w:type="spellStart"/>
            <w:r w:rsidRPr="0078123B">
              <w:rPr>
                <w:rFonts w:ascii="Calibri" w:hAnsi="Calibri"/>
                <w:sz w:val="12"/>
              </w:rPr>
              <w:t>ilin</w:t>
            </w:r>
            <w:proofErr w:type="spellEnd"/>
            <w:r w:rsidRPr="0078123B">
              <w:rPr>
                <w:rFonts w:ascii="Calibri" w:hAnsi="Calibri"/>
                <w:sz w:val="12"/>
              </w:rPr>
              <w:t xml:space="preserve"> </w:t>
            </w:r>
            <w:proofErr w:type="spellStart"/>
            <w:r w:rsidRPr="0078123B">
              <w:rPr>
                <w:rFonts w:ascii="Calibri" w:hAnsi="Calibri"/>
                <w:sz w:val="12"/>
              </w:rPr>
              <w:t>göreceli</w:t>
            </w:r>
            <w:proofErr w:type="spellEnd"/>
            <w:r w:rsidRPr="0078123B">
              <w:rPr>
                <w:rFonts w:ascii="Calibri" w:hAnsi="Calibri"/>
                <w:sz w:val="12"/>
              </w:rPr>
              <w:t xml:space="preserve"> </w:t>
            </w:r>
            <w:proofErr w:type="spellStart"/>
            <w:r w:rsidRPr="0078123B">
              <w:rPr>
                <w:rFonts w:ascii="Calibri" w:hAnsi="Calibri"/>
                <w:sz w:val="12"/>
              </w:rPr>
              <w:t>konum</w:t>
            </w:r>
            <w:proofErr w:type="spellEnd"/>
            <w:r w:rsidRPr="0078123B">
              <w:rPr>
                <w:rFonts w:ascii="Calibri" w:hAnsi="Calibri"/>
                <w:sz w:val="12"/>
              </w:rPr>
              <w:t xml:space="preserve"> </w:t>
            </w:r>
            <w:proofErr w:type="spellStart"/>
            <w:r w:rsidRPr="0078123B">
              <w:rPr>
                <w:rFonts w:ascii="Calibri" w:hAnsi="Calibri"/>
                <w:sz w:val="12"/>
              </w:rPr>
              <w:t>özelliklerini</w:t>
            </w:r>
            <w:proofErr w:type="spellEnd"/>
            <w:r w:rsidRPr="0078123B">
              <w:rPr>
                <w:rFonts w:ascii="Calibri" w:hAnsi="Calibri"/>
                <w:sz w:val="12"/>
              </w:rPr>
              <w:t xml:space="preserve"> </w:t>
            </w:r>
            <w:proofErr w:type="spellStart"/>
            <w:r w:rsidRPr="0078123B">
              <w:rPr>
                <w:rFonts w:ascii="Calibri" w:hAnsi="Calibri"/>
                <w:sz w:val="12"/>
              </w:rPr>
              <w:t>görselleştirir</w:t>
            </w:r>
            <w:proofErr w:type="spellEnd"/>
            <w:r w:rsidRPr="0078123B">
              <w:rPr>
                <w:rFonts w:ascii="Calibri" w:hAnsi="Calibri"/>
                <w:sz w:val="12"/>
              </w:rPr>
              <w:t>.</w:t>
            </w:r>
            <w:r w:rsidRPr="0078123B">
              <w:rPr>
                <w:rFonts w:ascii="Calibri" w:hAnsi="Calibri"/>
                <w:sz w:val="12"/>
              </w:rPr>
              <w:br/>
              <w:t xml:space="preserve">c) </w:t>
            </w:r>
            <w:proofErr w:type="spellStart"/>
            <w:r w:rsidRPr="0078123B">
              <w:rPr>
                <w:rFonts w:ascii="Calibri" w:hAnsi="Calibri"/>
                <w:sz w:val="12"/>
              </w:rPr>
              <w:t>Yaşadığı</w:t>
            </w:r>
            <w:proofErr w:type="spellEnd"/>
            <w:r w:rsidRPr="0078123B">
              <w:rPr>
                <w:rFonts w:ascii="Calibri" w:hAnsi="Calibri"/>
                <w:sz w:val="12"/>
              </w:rPr>
              <w:t xml:space="preserve"> </w:t>
            </w:r>
            <w:proofErr w:type="spellStart"/>
            <w:r w:rsidRPr="0078123B">
              <w:rPr>
                <w:rFonts w:ascii="Calibri" w:hAnsi="Calibri"/>
                <w:sz w:val="12"/>
              </w:rPr>
              <w:t>ilin</w:t>
            </w:r>
            <w:proofErr w:type="spellEnd"/>
            <w:r w:rsidRPr="0078123B">
              <w:rPr>
                <w:rFonts w:ascii="Calibri" w:hAnsi="Calibri"/>
                <w:sz w:val="12"/>
              </w:rPr>
              <w:t xml:space="preserve"> </w:t>
            </w:r>
            <w:proofErr w:type="spellStart"/>
            <w:r w:rsidRPr="0078123B">
              <w:rPr>
                <w:rFonts w:ascii="Calibri" w:hAnsi="Calibri"/>
                <w:sz w:val="12"/>
              </w:rPr>
              <w:t>göreceli</w:t>
            </w:r>
            <w:proofErr w:type="spellEnd"/>
            <w:r w:rsidRPr="0078123B">
              <w:rPr>
                <w:rFonts w:ascii="Calibri" w:hAnsi="Calibri"/>
                <w:sz w:val="12"/>
              </w:rPr>
              <w:t xml:space="preserve"> </w:t>
            </w:r>
            <w:proofErr w:type="spellStart"/>
            <w:r w:rsidRPr="0078123B">
              <w:rPr>
                <w:rFonts w:ascii="Calibri" w:hAnsi="Calibri"/>
                <w:sz w:val="12"/>
              </w:rPr>
              <w:t>konum</w:t>
            </w:r>
            <w:proofErr w:type="spellEnd"/>
            <w:r w:rsidRPr="0078123B">
              <w:rPr>
                <w:rFonts w:ascii="Calibri" w:hAnsi="Calibri"/>
                <w:sz w:val="12"/>
              </w:rPr>
              <w:t xml:space="preserve"> </w:t>
            </w:r>
            <w:proofErr w:type="spellStart"/>
            <w:r w:rsidRPr="0078123B">
              <w:rPr>
                <w:rFonts w:ascii="Calibri" w:hAnsi="Calibri"/>
                <w:sz w:val="12"/>
              </w:rPr>
              <w:t>özelliklerini</w:t>
            </w:r>
            <w:proofErr w:type="spellEnd"/>
            <w:r w:rsidRPr="0078123B">
              <w:rPr>
                <w:rFonts w:ascii="Calibri" w:hAnsi="Calibri"/>
                <w:sz w:val="12"/>
              </w:rPr>
              <w:t xml:space="preserve"> </w:t>
            </w:r>
            <w:proofErr w:type="spellStart"/>
            <w:r w:rsidRPr="0078123B">
              <w:rPr>
                <w:rFonts w:ascii="Calibri" w:hAnsi="Calibri"/>
                <w:sz w:val="12"/>
              </w:rPr>
              <w:t>özetler</w:t>
            </w:r>
            <w:proofErr w:type="spellEnd"/>
            <w:r w:rsidRPr="0078123B">
              <w:rPr>
                <w:rFonts w:ascii="Calibri" w:hAnsi="Calibri"/>
                <w:sz w:val="12"/>
              </w:rPr>
              <w:t>.</w:t>
            </w:r>
          </w:p>
        </w:tc>
        <w:tc>
          <w:tcPr>
            <w:tcW w:w="1228" w:type="dxa"/>
            <w:gridSpan w:val="2"/>
            <w:vMerge w:val="restart"/>
            <w:shd w:val="clear" w:color="auto" w:fill="FFFF99"/>
            <w:tcMar>
              <w:top w:w="20" w:type="dxa"/>
              <w:left w:w="20" w:type="dxa"/>
              <w:bottom w:w="20" w:type="dxa"/>
              <w:right w:w="20" w:type="dxa"/>
            </w:tcMar>
          </w:tcPr>
          <w:p w:rsidR="0082387A" w:rsidRDefault="0082387A" w:rsidP="00C52E0C">
            <w:pPr>
              <w:spacing w:after="0" w:line="240" w:lineRule="auto"/>
              <w:jc w:val="center"/>
              <w:rPr>
                <w:rFonts w:ascii="Calibri" w:hAnsi="Calibri"/>
                <w:sz w:val="12"/>
              </w:rPr>
            </w:pPr>
            <w:r w:rsidRPr="00C52E0C">
              <w:rPr>
                <w:rFonts w:ascii="Calibri" w:hAnsi="Calibri"/>
                <w:b/>
                <w:sz w:val="12"/>
              </w:rPr>
              <w:t>SINAV HAFTASI</w:t>
            </w:r>
            <w:r w:rsidRPr="00C52E0C">
              <w:rPr>
                <w:rFonts w:ascii="Calibri" w:hAnsi="Calibri"/>
                <w:b/>
                <w:sz w:val="12"/>
              </w:rPr>
              <w:br/>
            </w:r>
            <w:r w:rsidRPr="0078123B">
              <w:rPr>
                <w:rFonts w:ascii="Calibri" w:hAnsi="Calibri"/>
                <w:sz w:val="12"/>
              </w:rPr>
              <w:t xml:space="preserve">(26 Ekim-06 </w:t>
            </w:r>
            <w:proofErr w:type="spellStart"/>
            <w:r w:rsidRPr="0078123B">
              <w:rPr>
                <w:rFonts w:ascii="Calibri" w:hAnsi="Calibri"/>
                <w:sz w:val="12"/>
              </w:rPr>
              <w:t>Kasım</w:t>
            </w:r>
            <w:proofErr w:type="spellEnd"/>
            <w:r w:rsidRPr="0078123B">
              <w:rPr>
                <w:rFonts w:ascii="Calibri" w:hAnsi="Calibri"/>
                <w:sz w:val="12"/>
              </w:rPr>
              <w:t xml:space="preserve"> 2026)</w:t>
            </w:r>
          </w:p>
          <w:p w:rsidR="0082387A" w:rsidRPr="0078123B" w:rsidRDefault="0082387A" w:rsidP="00EC1FA8">
            <w:pPr>
              <w:spacing w:after="0" w:line="240" w:lineRule="auto"/>
            </w:pPr>
          </w:p>
        </w:tc>
        <w:tc>
          <w:tcPr>
            <w:tcW w:w="1152" w:type="dxa"/>
            <w:vMerge w:val="restart"/>
            <w:shd w:val="clear" w:color="auto" w:fill="F8FAFC"/>
            <w:tcMar>
              <w:top w:w="20" w:type="dxa"/>
              <w:left w:w="20" w:type="dxa"/>
              <w:bottom w:w="20" w:type="dxa"/>
              <w:right w:w="20" w:type="dxa"/>
            </w:tcMar>
          </w:tcPr>
          <w:p w:rsidR="0082387A" w:rsidRPr="0078123B" w:rsidRDefault="0082387A" w:rsidP="008F4D09">
            <w:pPr>
              <w:spacing w:after="0" w:line="240" w:lineRule="auto"/>
            </w:pPr>
            <w:r w:rsidRPr="0078123B">
              <w:rPr>
                <w:rFonts w:ascii="Calibri" w:hAnsi="Calibri"/>
                <w:sz w:val="12"/>
              </w:rPr>
              <w:t xml:space="preserve">SDB2.1. </w:t>
            </w:r>
            <w:proofErr w:type="spellStart"/>
            <w:r w:rsidRPr="0078123B">
              <w:rPr>
                <w:rFonts w:ascii="Calibri" w:hAnsi="Calibri"/>
                <w:sz w:val="12"/>
              </w:rPr>
              <w:t>İletişim</w:t>
            </w:r>
            <w:proofErr w:type="spellEnd"/>
            <w:proofErr w:type="gramStart"/>
            <w:r w:rsidRPr="0078123B">
              <w:rPr>
                <w:rFonts w:ascii="Calibri" w:hAnsi="Calibri"/>
                <w:sz w:val="12"/>
              </w:rPr>
              <w:t>,</w:t>
            </w:r>
            <w:proofErr w:type="gramEnd"/>
            <w:r w:rsidRPr="0078123B">
              <w:rPr>
                <w:rFonts w:ascii="Calibri" w:hAnsi="Calibri"/>
                <w:sz w:val="12"/>
              </w:rPr>
              <w:br/>
              <w:t xml:space="preserve">SDB2.2. </w:t>
            </w:r>
            <w:proofErr w:type="spellStart"/>
            <w:r w:rsidRPr="0078123B">
              <w:rPr>
                <w:rFonts w:ascii="Calibri" w:hAnsi="Calibri"/>
                <w:sz w:val="12"/>
              </w:rPr>
              <w:t>İş</w:t>
            </w:r>
            <w:proofErr w:type="spellEnd"/>
            <w:r w:rsidRPr="0078123B">
              <w:rPr>
                <w:rFonts w:ascii="Calibri" w:hAnsi="Calibri"/>
                <w:sz w:val="12"/>
              </w:rPr>
              <w:t xml:space="preserve"> </w:t>
            </w:r>
            <w:proofErr w:type="spellStart"/>
            <w:r w:rsidRPr="0078123B">
              <w:rPr>
                <w:rFonts w:ascii="Calibri" w:hAnsi="Calibri"/>
                <w:sz w:val="12"/>
              </w:rPr>
              <w:t>Birliği</w:t>
            </w:r>
            <w:proofErr w:type="spellEnd"/>
            <w:r w:rsidRPr="0078123B">
              <w:rPr>
                <w:rFonts w:ascii="Calibri" w:hAnsi="Calibri"/>
                <w:sz w:val="12"/>
              </w:rPr>
              <w:t xml:space="preserve">, </w:t>
            </w:r>
            <w:r w:rsidRPr="0078123B">
              <w:rPr>
                <w:rFonts w:ascii="Calibri" w:hAnsi="Calibri"/>
                <w:sz w:val="12"/>
              </w:rPr>
              <w:br/>
              <w:t xml:space="preserve">SDB3.3. </w:t>
            </w:r>
            <w:proofErr w:type="spellStart"/>
            <w:r w:rsidRPr="0078123B">
              <w:rPr>
                <w:rFonts w:ascii="Calibri" w:hAnsi="Calibri"/>
                <w:sz w:val="12"/>
              </w:rPr>
              <w:t>Sorumlu</w:t>
            </w:r>
            <w:proofErr w:type="spellEnd"/>
            <w:r w:rsidRPr="0078123B">
              <w:rPr>
                <w:rFonts w:ascii="Calibri" w:hAnsi="Calibri"/>
                <w:sz w:val="12"/>
              </w:rPr>
              <w:t xml:space="preserve"> </w:t>
            </w:r>
            <w:proofErr w:type="spellStart"/>
            <w:r w:rsidRPr="0078123B">
              <w:rPr>
                <w:rFonts w:ascii="Calibri" w:hAnsi="Calibri"/>
                <w:sz w:val="12"/>
              </w:rPr>
              <w:t>Karar</w:t>
            </w:r>
            <w:proofErr w:type="spellEnd"/>
            <w:r w:rsidRPr="0078123B">
              <w:rPr>
                <w:rFonts w:ascii="Calibri" w:hAnsi="Calibri"/>
                <w:sz w:val="12"/>
              </w:rPr>
              <w:t xml:space="preserve"> </w:t>
            </w:r>
            <w:proofErr w:type="spellStart"/>
            <w:r w:rsidRPr="0078123B">
              <w:rPr>
                <w:rFonts w:ascii="Calibri" w:hAnsi="Calibri"/>
                <w:sz w:val="12"/>
              </w:rPr>
              <w:t>Verme</w:t>
            </w:r>
            <w:proofErr w:type="spellEnd"/>
          </w:p>
        </w:tc>
        <w:tc>
          <w:tcPr>
            <w:tcW w:w="1008" w:type="dxa"/>
            <w:vMerge w:val="restart"/>
            <w:shd w:val="clear" w:color="auto" w:fill="F8FAFC"/>
            <w:tcMar>
              <w:top w:w="20" w:type="dxa"/>
              <w:left w:w="20" w:type="dxa"/>
              <w:bottom w:w="20" w:type="dxa"/>
              <w:right w:w="20" w:type="dxa"/>
            </w:tcMar>
          </w:tcPr>
          <w:p w:rsidR="0082387A" w:rsidRPr="0078123B" w:rsidRDefault="0082387A" w:rsidP="008F4D09">
            <w:pPr>
              <w:spacing w:after="0" w:line="240" w:lineRule="auto"/>
            </w:pPr>
            <w:r w:rsidRPr="0078123B">
              <w:rPr>
                <w:rFonts w:ascii="Calibri" w:hAnsi="Calibri"/>
                <w:sz w:val="12"/>
              </w:rPr>
              <w:t xml:space="preserve">D5. </w:t>
            </w:r>
            <w:proofErr w:type="spellStart"/>
            <w:r w:rsidRPr="0078123B">
              <w:rPr>
                <w:rFonts w:ascii="Calibri" w:hAnsi="Calibri"/>
                <w:sz w:val="12"/>
              </w:rPr>
              <w:t>Duyarlılık</w:t>
            </w:r>
            <w:proofErr w:type="spellEnd"/>
            <w:proofErr w:type="gramStart"/>
            <w:r w:rsidRPr="0078123B">
              <w:rPr>
                <w:rFonts w:ascii="Calibri" w:hAnsi="Calibri"/>
                <w:sz w:val="12"/>
              </w:rPr>
              <w:t>,</w:t>
            </w:r>
            <w:proofErr w:type="gramEnd"/>
            <w:r w:rsidRPr="0078123B">
              <w:rPr>
                <w:rFonts w:ascii="Calibri" w:hAnsi="Calibri"/>
                <w:sz w:val="12"/>
              </w:rPr>
              <w:br/>
              <w:t xml:space="preserve">D18. </w:t>
            </w:r>
            <w:proofErr w:type="spellStart"/>
            <w:r w:rsidRPr="0078123B">
              <w:rPr>
                <w:rFonts w:ascii="Calibri" w:hAnsi="Calibri"/>
                <w:sz w:val="12"/>
              </w:rPr>
              <w:t>Temizlik</w:t>
            </w:r>
            <w:proofErr w:type="spellEnd"/>
            <w:proofErr w:type="gramStart"/>
            <w:r w:rsidRPr="0078123B">
              <w:rPr>
                <w:rFonts w:ascii="Calibri" w:hAnsi="Calibri"/>
                <w:sz w:val="12"/>
              </w:rPr>
              <w:t>,</w:t>
            </w:r>
            <w:proofErr w:type="gramEnd"/>
            <w:r w:rsidRPr="0078123B">
              <w:rPr>
                <w:rFonts w:ascii="Calibri" w:hAnsi="Calibri"/>
                <w:sz w:val="12"/>
              </w:rPr>
              <w:br/>
              <w:t xml:space="preserve">D19. </w:t>
            </w:r>
            <w:proofErr w:type="spellStart"/>
            <w:r w:rsidRPr="0078123B">
              <w:rPr>
                <w:rFonts w:ascii="Calibri" w:hAnsi="Calibri"/>
                <w:sz w:val="12"/>
              </w:rPr>
              <w:t>Vatanseverlik</w:t>
            </w:r>
            <w:proofErr w:type="spellEnd"/>
          </w:p>
        </w:tc>
        <w:tc>
          <w:tcPr>
            <w:tcW w:w="1152" w:type="dxa"/>
            <w:vMerge w:val="restart"/>
            <w:shd w:val="clear" w:color="auto" w:fill="F8FAFC"/>
            <w:tcMar>
              <w:top w:w="20" w:type="dxa"/>
              <w:left w:w="20" w:type="dxa"/>
              <w:bottom w:w="20" w:type="dxa"/>
              <w:right w:w="20" w:type="dxa"/>
            </w:tcMar>
          </w:tcPr>
          <w:p w:rsidR="0082387A" w:rsidRPr="0078123B" w:rsidRDefault="0082387A" w:rsidP="008F4D09">
            <w:pPr>
              <w:spacing w:after="0" w:line="240" w:lineRule="auto"/>
            </w:pPr>
            <w:r w:rsidRPr="0078123B">
              <w:rPr>
                <w:rFonts w:ascii="Calibri" w:hAnsi="Calibri"/>
                <w:sz w:val="12"/>
              </w:rPr>
              <w:t xml:space="preserve">OB1. </w:t>
            </w:r>
            <w:proofErr w:type="spellStart"/>
            <w:r w:rsidRPr="0078123B">
              <w:rPr>
                <w:rFonts w:ascii="Calibri" w:hAnsi="Calibri"/>
                <w:sz w:val="12"/>
              </w:rPr>
              <w:t>Bilgi</w:t>
            </w:r>
            <w:proofErr w:type="spellEnd"/>
            <w:r w:rsidRPr="0078123B">
              <w:rPr>
                <w:rFonts w:ascii="Calibri" w:hAnsi="Calibri"/>
                <w:sz w:val="12"/>
              </w:rPr>
              <w:t xml:space="preserve"> </w:t>
            </w:r>
            <w:proofErr w:type="spellStart"/>
            <w:r w:rsidRPr="0078123B">
              <w:rPr>
                <w:rFonts w:ascii="Calibri" w:hAnsi="Calibri"/>
                <w:sz w:val="12"/>
              </w:rPr>
              <w:t>Okuryazarlığı</w:t>
            </w:r>
            <w:proofErr w:type="spellEnd"/>
            <w:r w:rsidRPr="0078123B">
              <w:rPr>
                <w:rFonts w:ascii="Calibri" w:hAnsi="Calibri"/>
                <w:sz w:val="12"/>
              </w:rPr>
              <w:t xml:space="preserve">, </w:t>
            </w:r>
            <w:r w:rsidRPr="0078123B">
              <w:rPr>
                <w:rFonts w:ascii="Calibri" w:hAnsi="Calibri"/>
                <w:sz w:val="12"/>
              </w:rPr>
              <w:br/>
              <w:t xml:space="preserve">OB2. </w:t>
            </w:r>
            <w:proofErr w:type="spellStart"/>
            <w:r w:rsidRPr="0078123B">
              <w:rPr>
                <w:rFonts w:ascii="Calibri" w:hAnsi="Calibri"/>
                <w:sz w:val="12"/>
              </w:rPr>
              <w:t>Dijital</w:t>
            </w:r>
            <w:proofErr w:type="spellEnd"/>
            <w:r w:rsidRPr="0078123B">
              <w:rPr>
                <w:rFonts w:ascii="Calibri" w:hAnsi="Calibri"/>
                <w:sz w:val="12"/>
              </w:rPr>
              <w:t xml:space="preserve"> </w:t>
            </w:r>
            <w:proofErr w:type="spellStart"/>
            <w:r w:rsidRPr="0078123B">
              <w:rPr>
                <w:rFonts w:ascii="Calibri" w:hAnsi="Calibri"/>
                <w:sz w:val="12"/>
              </w:rPr>
              <w:t>Okuryazarlık</w:t>
            </w:r>
            <w:proofErr w:type="spellEnd"/>
            <w:proofErr w:type="gramStart"/>
            <w:r w:rsidRPr="0078123B">
              <w:rPr>
                <w:rFonts w:ascii="Calibri" w:hAnsi="Calibri"/>
                <w:sz w:val="12"/>
              </w:rPr>
              <w:t>,</w:t>
            </w:r>
            <w:proofErr w:type="gramEnd"/>
            <w:r w:rsidRPr="0078123B">
              <w:rPr>
                <w:rFonts w:ascii="Calibri" w:hAnsi="Calibri"/>
                <w:sz w:val="12"/>
              </w:rPr>
              <w:br/>
              <w:t xml:space="preserve">OB4. </w:t>
            </w:r>
            <w:proofErr w:type="spellStart"/>
            <w:r w:rsidRPr="0078123B">
              <w:rPr>
                <w:rFonts w:ascii="Calibri" w:hAnsi="Calibri"/>
                <w:sz w:val="12"/>
              </w:rPr>
              <w:t>Görsel</w:t>
            </w:r>
            <w:proofErr w:type="spellEnd"/>
            <w:r w:rsidRPr="0078123B">
              <w:rPr>
                <w:rFonts w:ascii="Calibri" w:hAnsi="Calibri"/>
                <w:sz w:val="12"/>
              </w:rPr>
              <w:t xml:space="preserve"> </w:t>
            </w:r>
            <w:proofErr w:type="spellStart"/>
            <w:r w:rsidRPr="0078123B">
              <w:rPr>
                <w:rFonts w:ascii="Calibri" w:hAnsi="Calibri"/>
                <w:sz w:val="12"/>
              </w:rPr>
              <w:t>Okuryazarlık</w:t>
            </w:r>
            <w:proofErr w:type="spellEnd"/>
            <w:proofErr w:type="gramStart"/>
            <w:r w:rsidRPr="0078123B">
              <w:rPr>
                <w:rFonts w:ascii="Calibri" w:hAnsi="Calibri"/>
                <w:sz w:val="12"/>
              </w:rPr>
              <w:t>,</w:t>
            </w:r>
            <w:proofErr w:type="gramEnd"/>
            <w:r w:rsidRPr="0078123B">
              <w:rPr>
                <w:rFonts w:ascii="Calibri" w:hAnsi="Calibri"/>
                <w:sz w:val="12"/>
              </w:rPr>
              <w:br/>
              <w:t xml:space="preserve">OB8. </w:t>
            </w:r>
            <w:proofErr w:type="spellStart"/>
            <w:r w:rsidRPr="0078123B">
              <w:rPr>
                <w:rFonts w:ascii="Calibri" w:hAnsi="Calibri"/>
                <w:sz w:val="12"/>
              </w:rPr>
              <w:t>Sürdürülebilirlik</w:t>
            </w:r>
            <w:proofErr w:type="spellEnd"/>
            <w:r w:rsidRPr="0078123B">
              <w:rPr>
                <w:rFonts w:ascii="Calibri" w:hAnsi="Calibri"/>
                <w:sz w:val="12"/>
              </w:rPr>
              <w:t xml:space="preserve"> </w:t>
            </w:r>
            <w:proofErr w:type="spellStart"/>
            <w:r w:rsidRPr="0078123B">
              <w:rPr>
                <w:rFonts w:ascii="Calibri" w:hAnsi="Calibri"/>
                <w:sz w:val="12"/>
              </w:rPr>
              <w:t>Okuryazarlığı</w:t>
            </w:r>
            <w:proofErr w:type="spellEnd"/>
          </w:p>
        </w:tc>
        <w:tc>
          <w:tcPr>
            <w:tcW w:w="1008" w:type="dxa"/>
            <w:gridSpan w:val="2"/>
            <w:vMerge w:val="restart"/>
            <w:shd w:val="clear" w:color="auto" w:fill="F8FAFC"/>
            <w:tcMar>
              <w:top w:w="20" w:type="dxa"/>
              <w:left w:w="20" w:type="dxa"/>
              <w:bottom w:w="20" w:type="dxa"/>
              <w:right w:w="20" w:type="dxa"/>
            </w:tcMar>
          </w:tcPr>
          <w:p w:rsidR="0082387A" w:rsidRPr="0078123B" w:rsidRDefault="0082387A" w:rsidP="004F40CF">
            <w:pPr>
              <w:spacing w:after="0" w:line="240" w:lineRule="auto"/>
            </w:pPr>
            <w:r w:rsidRPr="0078123B">
              <w:rPr>
                <w:rFonts w:ascii="Calibri" w:hAnsi="Calibri"/>
                <w:sz w:val="12"/>
              </w:rPr>
              <w:t xml:space="preserve">29 </w:t>
            </w:r>
            <w:proofErr w:type="spellStart"/>
            <w:r w:rsidRPr="0078123B">
              <w:rPr>
                <w:rFonts w:ascii="Calibri" w:hAnsi="Calibri"/>
                <w:sz w:val="12"/>
              </w:rPr>
              <w:t>Ekim</w:t>
            </w:r>
            <w:proofErr w:type="spellEnd"/>
            <w:r w:rsidRPr="0078123B">
              <w:rPr>
                <w:rFonts w:ascii="Calibri" w:hAnsi="Calibri"/>
                <w:sz w:val="12"/>
              </w:rPr>
              <w:t xml:space="preserve"> </w:t>
            </w:r>
            <w:proofErr w:type="spellStart"/>
            <w:r w:rsidRPr="0078123B">
              <w:rPr>
                <w:rFonts w:ascii="Calibri" w:hAnsi="Calibri"/>
                <w:sz w:val="12"/>
              </w:rPr>
              <w:t>Cumhuriyet</w:t>
            </w:r>
            <w:proofErr w:type="spellEnd"/>
            <w:r w:rsidRPr="0078123B">
              <w:rPr>
                <w:rFonts w:ascii="Calibri" w:hAnsi="Calibri"/>
                <w:sz w:val="12"/>
              </w:rPr>
              <w:t xml:space="preserve"> </w:t>
            </w:r>
            <w:proofErr w:type="spellStart"/>
            <w:r w:rsidRPr="0078123B">
              <w:rPr>
                <w:rFonts w:ascii="Calibri" w:hAnsi="Calibri"/>
                <w:sz w:val="12"/>
              </w:rPr>
              <w:t>Bayramı</w:t>
            </w:r>
            <w:proofErr w:type="spellEnd"/>
          </w:p>
        </w:tc>
        <w:tc>
          <w:tcPr>
            <w:tcW w:w="1298" w:type="dxa"/>
            <w:vMerge w:val="restart"/>
            <w:shd w:val="clear" w:color="auto" w:fill="F8FAFC"/>
            <w:tcMar>
              <w:top w:w="20" w:type="dxa"/>
              <w:left w:w="20" w:type="dxa"/>
              <w:bottom w:w="20" w:type="dxa"/>
              <w:right w:w="20" w:type="dxa"/>
            </w:tcMar>
          </w:tcPr>
          <w:p w:rsidR="0082387A" w:rsidRPr="0078123B" w:rsidRDefault="0082387A" w:rsidP="004F40CF">
            <w:pPr>
              <w:spacing w:after="0" w:line="240" w:lineRule="auto"/>
            </w:pPr>
          </w:p>
        </w:tc>
        <w:tc>
          <w:tcPr>
            <w:tcW w:w="1224" w:type="dxa"/>
            <w:vMerge w:val="restart"/>
            <w:shd w:val="clear" w:color="auto" w:fill="F8FAFC"/>
            <w:tcMar>
              <w:top w:w="20" w:type="dxa"/>
              <w:left w:w="20" w:type="dxa"/>
              <w:bottom w:w="20" w:type="dxa"/>
              <w:right w:w="20" w:type="dxa"/>
            </w:tcMar>
          </w:tcPr>
          <w:p w:rsidR="0082387A" w:rsidRPr="0078123B" w:rsidRDefault="0082387A" w:rsidP="004F40CF">
            <w:pPr>
              <w:spacing w:after="0" w:line="240" w:lineRule="auto"/>
            </w:pPr>
          </w:p>
        </w:tc>
      </w:tr>
      <w:tr w:rsidR="0082387A" w:rsidRPr="0078123B" w:rsidTr="00BB3EAB">
        <w:tblPrEx>
          <w:tblCellMar>
            <w:left w:w="108" w:type="dxa"/>
            <w:right w:w="108" w:type="dxa"/>
          </w:tblCellMar>
          <w:tblLook w:val="04A0"/>
        </w:tblPrEx>
        <w:trPr>
          <w:gridAfter w:val="1"/>
          <w:wAfter w:w="10" w:type="dxa"/>
          <w:trHeight w:val="284"/>
          <w:jc w:val="center"/>
        </w:trPr>
        <w:tc>
          <w:tcPr>
            <w:tcW w:w="792" w:type="dxa"/>
            <w:vMerge/>
            <w:shd w:val="clear" w:color="auto" w:fill="F8FAFC"/>
            <w:tcMar>
              <w:top w:w="20" w:type="dxa"/>
              <w:left w:w="20" w:type="dxa"/>
              <w:bottom w:w="20" w:type="dxa"/>
              <w:right w:w="20" w:type="dxa"/>
            </w:tcMar>
          </w:tcPr>
          <w:p w:rsidR="0082387A" w:rsidRPr="0078123B" w:rsidRDefault="0082387A" w:rsidP="004F40CF">
            <w:pPr>
              <w:spacing w:after="0" w:line="240" w:lineRule="auto"/>
              <w:jc w:val="center"/>
              <w:rPr>
                <w:rFonts w:ascii="Calibri" w:hAnsi="Calibri"/>
                <w:sz w:val="12"/>
              </w:rPr>
            </w:pPr>
          </w:p>
        </w:tc>
        <w:tc>
          <w:tcPr>
            <w:tcW w:w="1008" w:type="dxa"/>
            <w:vMerge/>
            <w:shd w:val="clear" w:color="auto" w:fill="F8FAFC"/>
            <w:tcMar>
              <w:top w:w="20" w:type="dxa"/>
              <w:left w:w="20" w:type="dxa"/>
              <w:bottom w:w="20" w:type="dxa"/>
              <w:right w:w="20" w:type="dxa"/>
            </w:tcMar>
          </w:tcPr>
          <w:p w:rsidR="0082387A" w:rsidRDefault="0082387A" w:rsidP="004F40CF">
            <w:pPr>
              <w:spacing w:after="0" w:line="240" w:lineRule="auto"/>
              <w:jc w:val="center"/>
              <w:rPr>
                <w:rFonts w:ascii="Calibri" w:hAnsi="Calibri"/>
                <w:sz w:val="12"/>
              </w:rPr>
            </w:pPr>
          </w:p>
        </w:tc>
        <w:tc>
          <w:tcPr>
            <w:tcW w:w="652" w:type="dxa"/>
            <w:shd w:val="clear" w:color="auto" w:fill="CCFFFF"/>
            <w:tcMar>
              <w:top w:w="20" w:type="dxa"/>
              <w:left w:w="20" w:type="dxa"/>
              <w:bottom w:w="20" w:type="dxa"/>
              <w:right w:w="20" w:type="dxa"/>
            </w:tcMar>
          </w:tcPr>
          <w:p w:rsidR="0082387A" w:rsidRDefault="0082387A" w:rsidP="004F40CF">
            <w:pPr>
              <w:spacing w:after="0" w:line="240" w:lineRule="auto"/>
              <w:jc w:val="center"/>
              <w:rPr>
                <w:rFonts w:ascii="Calibri" w:hAnsi="Calibri"/>
                <w:sz w:val="12"/>
              </w:rPr>
            </w:pPr>
            <w:r>
              <w:rPr>
                <w:rFonts w:ascii="Calibri" w:hAnsi="Calibri"/>
                <w:sz w:val="12"/>
              </w:rPr>
              <w:t>1*</w:t>
            </w:r>
          </w:p>
        </w:tc>
        <w:tc>
          <w:tcPr>
            <w:tcW w:w="5544" w:type="dxa"/>
            <w:gridSpan w:val="5"/>
            <w:shd w:val="clear" w:color="auto" w:fill="CCFFFF"/>
            <w:tcMar>
              <w:top w:w="20" w:type="dxa"/>
              <w:left w:w="20" w:type="dxa"/>
              <w:bottom w:w="20" w:type="dxa"/>
              <w:right w:w="20" w:type="dxa"/>
            </w:tcMar>
          </w:tcPr>
          <w:p w:rsidR="0082387A" w:rsidRPr="0082387A" w:rsidRDefault="0082387A" w:rsidP="0082387A">
            <w:pPr>
              <w:spacing w:after="0" w:line="240" w:lineRule="auto"/>
              <w:jc w:val="center"/>
              <w:rPr>
                <w:rFonts w:ascii="Calibri" w:hAnsi="Calibri"/>
                <w:sz w:val="12"/>
              </w:rPr>
            </w:pPr>
            <w:r w:rsidRPr="0082387A">
              <w:rPr>
                <w:rFonts w:ascii="Calibri" w:hAnsi="Calibri"/>
                <w:b/>
                <w:sz w:val="12"/>
              </w:rPr>
              <w:t>*OKUL TEMELLİ PLANLAMA</w:t>
            </w:r>
            <w:r w:rsidRPr="0082387A">
              <w:rPr>
                <w:rFonts w:ascii="Calibri" w:hAnsi="Calibri"/>
                <w:sz w:val="12"/>
              </w:rPr>
              <w:t xml:space="preserve"> - </w:t>
            </w:r>
            <w:proofErr w:type="spellStart"/>
            <w:r w:rsidRPr="0082387A">
              <w:rPr>
                <w:rFonts w:ascii="Calibri" w:hAnsi="Calibri"/>
                <w:sz w:val="12"/>
              </w:rPr>
              <w:t>Bilgi</w:t>
            </w:r>
            <w:proofErr w:type="spellEnd"/>
            <w:r w:rsidRPr="0082387A">
              <w:rPr>
                <w:rFonts w:ascii="Calibri" w:hAnsi="Calibri"/>
                <w:sz w:val="12"/>
              </w:rPr>
              <w:t xml:space="preserve"> </w:t>
            </w:r>
            <w:proofErr w:type="spellStart"/>
            <w:r w:rsidRPr="0082387A">
              <w:rPr>
                <w:rFonts w:ascii="Calibri" w:hAnsi="Calibri"/>
                <w:sz w:val="12"/>
              </w:rPr>
              <w:t>Yarışması</w:t>
            </w:r>
            <w:proofErr w:type="spellEnd"/>
          </w:p>
          <w:p w:rsidR="0082387A" w:rsidRPr="0078123B" w:rsidRDefault="0082387A" w:rsidP="0082387A">
            <w:pPr>
              <w:spacing w:after="0" w:line="240" w:lineRule="auto"/>
              <w:jc w:val="center"/>
              <w:rPr>
                <w:rFonts w:ascii="Calibri" w:hAnsi="Calibri"/>
                <w:sz w:val="12"/>
              </w:rPr>
            </w:pPr>
            <w:r w:rsidRPr="0082387A">
              <w:rPr>
                <w:rFonts w:ascii="Calibri" w:hAnsi="Calibri"/>
                <w:sz w:val="12"/>
              </w:rPr>
              <w:t>(</w:t>
            </w:r>
            <w:proofErr w:type="spellStart"/>
            <w:r w:rsidRPr="0082387A">
              <w:rPr>
                <w:rFonts w:ascii="Calibri" w:hAnsi="Calibri"/>
                <w:sz w:val="12"/>
              </w:rPr>
              <w:t>Bulunduğu</w:t>
            </w:r>
            <w:proofErr w:type="spellEnd"/>
            <w:r w:rsidRPr="0082387A">
              <w:rPr>
                <w:rFonts w:ascii="Calibri" w:hAnsi="Calibri"/>
                <w:sz w:val="12"/>
              </w:rPr>
              <w:t xml:space="preserve"> </w:t>
            </w:r>
            <w:proofErr w:type="spellStart"/>
            <w:r w:rsidRPr="0082387A">
              <w:rPr>
                <w:rFonts w:ascii="Calibri" w:hAnsi="Calibri"/>
                <w:sz w:val="12"/>
              </w:rPr>
              <w:t>il</w:t>
            </w:r>
            <w:proofErr w:type="spellEnd"/>
            <w:r w:rsidRPr="0082387A">
              <w:rPr>
                <w:rFonts w:ascii="Calibri" w:hAnsi="Calibri"/>
                <w:sz w:val="12"/>
              </w:rPr>
              <w:t xml:space="preserve"> </w:t>
            </w:r>
            <w:proofErr w:type="spellStart"/>
            <w:r w:rsidRPr="0082387A">
              <w:rPr>
                <w:rFonts w:ascii="Calibri" w:hAnsi="Calibri"/>
                <w:sz w:val="12"/>
              </w:rPr>
              <w:t>hakkında</w:t>
            </w:r>
            <w:proofErr w:type="spellEnd"/>
            <w:r w:rsidRPr="0082387A">
              <w:rPr>
                <w:rFonts w:ascii="Calibri" w:hAnsi="Calibri"/>
                <w:sz w:val="12"/>
              </w:rPr>
              <w:t xml:space="preserve"> </w:t>
            </w:r>
            <w:proofErr w:type="spellStart"/>
            <w:r w:rsidRPr="0082387A">
              <w:rPr>
                <w:rFonts w:ascii="Calibri" w:hAnsi="Calibri"/>
                <w:sz w:val="12"/>
              </w:rPr>
              <w:t>bilgi</w:t>
            </w:r>
            <w:proofErr w:type="spellEnd"/>
            <w:r w:rsidRPr="0082387A">
              <w:rPr>
                <w:rFonts w:ascii="Calibri" w:hAnsi="Calibri"/>
                <w:sz w:val="12"/>
              </w:rPr>
              <w:t xml:space="preserve"> </w:t>
            </w:r>
            <w:proofErr w:type="spellStart"/>
            <w:r w:rsidRPr="0082387A">
              <w:rPr>
                <w:rFonts w:ascii="Calibri" w:hAnsi="Calibri"/>
                <w:sz w:val="12"/>
              </w:rPr>
              <w:t>toplar</w:t>
            </w:r>
            <w:proofErr w:type="spellEnd"/>
            <w:r w:rsidRPr="0082387A">
              <w:rPr>
                <w:rFonts w:ascii="Calibri" w:hAnsi="Calibri"/>
                <w:sz w:val="12"/>
              </w:rPr>
              <w:t>)</w:t>
            </w:r>
          </w:p>
        </w:tc>
        <w:tc>
          <w:tcPr>
            <w:tcW w:w="1228" w:type="dxa"/>
            <w:gridSpan w:val="2"/>
            <w:vMerge/>
            <w:shd w:val="clear" w:color="auto" w:fill="FFFF99"/>
            <w:tcMar>
              <w:top w:w="20" w:type="dxa"/>
              <w:left w:w="20" w:type="dxa"/>
              <w:bottom w:w="20" w:type="dxa"/>
              <w:right w:w="20" w:type="dxa"/>
            </w:tcMar>
          </w:tcPr>
          <w:p w:rsidR="0082387A" w:rsidRPr="00C52E0C" w:rsidRDefault="0082387A" w:rsidP="00C52E0C">
            <w:pPr>
              <w:spacing w:after="0" w:line="240" w:lineRule="auto"/>
              <w:jc w:val="center"/>
              <w:rPr>
                <w:rFonts w:ascii="Calibri" w:hAnsi="Calibri"/>
                <w:b/>
                <w:sz w:val="12"/>
              </w:rPr>
            </w:pPr>
          </w:p>
        </w:tc>
        <w:tc>
          <w:tcPr>
            <w:tcW w:w="1152" w:type="dxa"/>
            <w:vMerge/>
            <w:shd w:val="clear" w:color="auto" w:fill="F8FAFC"/>
            <w:tcMar>
              <w:top w:w="20" w:type="dxa"/>
              <w:left w:w="20" w:type="dxa"/>
              <w:bottom w:w="20" w:type="dxa"/>
              <w:right w:w="20" w:type="dxa"/>
            </w:tcMar>
          </w:tcPr>
          <w:p w:rsidR="0082387A" w:rsidRPr="0078123B" w:rsidRDefault="0082387A" w:rsidP="008F4D09">
            <w:pPr>
              <w:spacing w:after="0" w:line="240" w:lineRule="auto"/>
              <w:rPr>
                <w:rFonts w:ascii="Calibri" w:hAnsi="Calibri"/>
                <w:sz w:val="12"/>
              </w:rPr>
            </w:pPr>
          </w:p>
        </w:tc>
        <w:tc>
          <w:tcPr>
            <w:tcW w:w="1008" w:type="dxa"/>
            <w:vMerge/>
            <w:shd w:val="clear" w:color="auto" w:fill="F8FAFC"/>
            <w:tcMar>
              <w:top w:w="20" w:type="dxa"/>
              <w:left w:w="20" w:type="dxa"/>
              <w:bottom w:w="20" w:type="dxa"/>
              <w:right w:w="20" w:type="dxa"/>
            </w:tcMar>
          </w:tcPr>
          <w:p w:rsidR="0082387A" w:rsidRPr="0078123B" w:rsidRDefault="0082387A" w:rsidP="008F4D09">
            <w:pPr>
              <w:spacing w:after="0" w:line="240" w:lineRule="auto"/>
              <w:rPr>
                <w:rFonts w:ascii="Calibri" w:hAnsi="Calibri"/>
                <w:sz w:val="12"/>
              </w:rPr>
            </w:pPr>
          </w:p>
        </w:tc>
        <w:tc>
          <w:tcPr>
            <w:tcW w:w="1152" w:type="dxa"/>
            <w:vMerge/>
            <w:shd w:val="clear" w:color="auto" w:fill="F8FAFC"/>
            <w:tcMar>
              <w:top w:w="20" w:type="dxa"/>
              <w:left w:w="20" w:type="dxa"/>
              <w:bottom w:w="20" w:type="dxa"/>
              <w:right w:w="20" w:type="dxa"/>
            </w:tcMar>
          </w:tcPr>
          <w:p w:rsidR="0082387A" w:rsidRPr="0078123B" w:rsidRDefault="0082387A" w:rsidP="008F4D09">
            <w:pPr>
              <w:spacing w:after="0" w:line="240" w:lineRule="auto"/>
              <w:rPr>
                <w:rFonts w:ascii="Calibri" w:hAnsi="Calibri"/>
                <w:sz w:val="12"/>
              </w:rPr>
            </w:pPr>
          </w:p>
        </w:tc>
        <w:tc>
          <w:tcPr>
            <w:tcW w:w="1008" w:type="dxa"/>
            <w:gridSpan w:val="2"/>
            <w:vMerge/>
            <w:shd w:val="clear" w:color="auto" w:fill="F8FAFC"/>
            <w:tcMar>
              <w:top w:w="20" w:type="dxa"/>
              <w:left w:w="20" w:type="dxa"/>
              <w:bottom w:w="20" w:type="dxa"/>
              <w:right w:w="20" w:type="dxa"/>
            </w:tcMar>
          </w:tcPr>
          <w:p w:rsidR="0082387A" w:rsidRPr="0078123B" w:rsidRDefault="0082387A" w:rsidP="004F40CF">
            <w:pPr>
              <w:spacing w:after="0" w:line="240" w:lineRule="auto"/>
              <w:rPr>
                <w:rFonts w:ascii="Calibri" w:hAnsi="Calibri"/>
                <w:sz w:val="12"/>
              </w:rPr>
            </w:pPr>
          </w:p>
        </w:tc>
        <w:tc>
          <w:tcPr>
            <w:tcW w:w="1298" w:type="dxa"/>
            <w:vMerge/>
            <w:shd w:val="clear" w:color="auto" w:fill="F8FAFC"/>
            <w:tcMar>
              <w:top w:w="20" w:type="dxa"/>
              <w:left w:w="20" w:type="dxa"/>
              <w:bottom w:w="20" w:type="dxa"/>
              <w:right w:w="20" w:type="dxa"/>
            </w:tcMar>
          </w:tcPr>
          <w:p w:rsidR="0082387A" w:rsidRPr="0078123B" w:rsidRDefault="0082387A" w:rsidP="004F40CF">
            <w:pPr>
              <w:spacing w:after="0" w:line="240" w:lineRule="auto"/>
            </w:pPr>
          </w:p>
        </w:tc>
        <w:tc>
          <w:tcPr>
            <w:tcW w:w="1224" w:type="dxa"/>
            <w:vMerge/>
            <w:shd w:val="clear" w:color="auto" w:fill="F8FAFC"/>
            <w:tcMar>
              <w:top w:w="20" w:type="dxa"/>
              <w:left w:w="20" w:type="dxa"/>
              <w:bottom w:w="20" w:type="dxa"/>
              <w:right w:w="20" w:type="dxa"/>
            </w:tcMar>
          </w:tcPr>
          <w:p w:rsidR="0082387A" w:rsidRPr="0078123B" w:rsidRDefault="0082387A" w:rsidP="004F40CF">
            <w:pPr>
              <w:spacing w:after="0" w:line="240" w:lineRule="auto"/>
            </w:pPr>
          </w:p>
        </w:tc>
      </w:tr>
      <w:tr w:rsidR="00F43081" w:rsidRPr="0078123B" w:rsidTr="00E33EC4">
        <w:tblPrEx>
          <w:tblCellMar>
            <w:left w:w="108" w:type="dxa"/>
            <w:right w:w="108" w:type="dxa"/>
          </w:tblCellMar>
          <w:tblLook w:val="04A0"/>
        </w:tblPrEx>
        <w:trPr>
          <w:gridAfter w:val="1"/>
          <w:wAfter w:w="10" w:type="dxa"/>
          <w:jc w:val="center"/>
        </w:trPr>
        <w:tc>
          <w:tcPr>
            <w:tcW w:w="792" w:type="dxa"/>
            <w:shd w:val="clear" w:color="auto" w:fill="FFFFFF"/>
            <w:tcMar>
              <w:top w:w="20" w:type="dxa"/>
              <w:left w:w="20" w:type="dxa"/>
              <w:bottom w:w="20" w:type="dxa"/>
              <w:right w:w="20" w:type="dxa"/>
            </w:tcMar>
          </w:tcPr>
          <w:p w:rsidR="00F43081" w:rsidRPr="0078123B" w:rsidRDefault="00F43081" w:rsidP="004F40CF">
            <w:pPr>
              <w:spacing w:after="0" w:line="240" w:lineRule="auto"/>
              <w:jc w:val="center"/>
            </w:pPr>
            <w:r>
              <w:rPr>
                <w:rFonts w:ascii="Calibri" w:hAnsi="Calibri"/>
                <w:sz w:val="12"/>
              </w:rPr>
              <w:t>KASIM</w:t>
            </w:r>
          </w:p>
        </w:tc>
        <w:tc>
          <w:tcPr>
            <w:tcW w:w="1008" w:type="dxa"/>
            <w:shd w:val="clear" w:color="auto" w:fill="FFFFFF"/>
            <w:tcMar>
              <w:top w:w="20" w:type="dxa"/>
              <w:left w:w="20" w:type="dxa"/>
              <w:bottom w:w="20" w:type="dxa"/>
              <w:right w:w="20" w:type="dxa"/>
            </w:tcMar>
          </w:tcPr>
          <w:p w:rsidR="00F43081" w:rsidRPr="0078123B" w:rsidRDefault="00BD6C67" w:rsidP="005F39F6">
            <w:pPr>
              <w:spacing w:after="0" w:line="240" w:lineRule="auto"/>
              <w:jc w:val="center"/>
            </w:pPr>
            <w:r>
              <w:rPr>
                <w:rFonts w:ascii="Calibri" w:hAnsi="Calibri"/>
                <w:sz w:val="12"/>
              </w:rPr>
              <w:t>8</w:t>
            </w:r>
            <w:r w:rsidR="00F43081" w:rsidRPr="0078123B">
              <w:rPr>
                <w:rFonts w:ascii="Calibri" w:hAnsi="Calibri"/>
                <w:sz w:val="12"/>
              </w:rPr>
              <w:t xml:space="preserve">. </w:t>
            </w:r>
            <w:proofErr w:type="spellStart"/>
            <w:r w:rsidR="00F43081" w:rsidRPr="0078123B">
              <w:rPr>
                <w:rFonts w:ascii="Calibri" w:hAnsi="Calibri"/>
                <w:sz w:val="12"/>
              </w:rPr>
              <w:t>Hafta</w:t>
            </w:r>
            <w:proofErr w:type="spellEnd"/>
            <w:r w:rsidR="00F43081" w:rsidRPr="0078123B">
              <w:rPr>
                <w:rFonts w:ascii="Calibri" w:hAnsi="Calibri"/>
                <w:sz w:val="12"/>
              </w:rPr>
              <w:t>:</w:t>
            </w:r>
            <w:r w:rsidR="00F43081" w:rsidRPr="0078123B">
              <w:rPr>
                <w:rFonts w:ascii="Calibri" w:hAnsi="Calibri"/>
                <w:sz w:val="12"/>
              </w:rPr>
              <w:br/>
              <w:t xml:space="preserve">2-6 </w:t>
            </w:r>
            <w:proofErr w:type="spellStart"/>
            <w:r w:rsidR="00F43081" w:rsidRPr="0078123B">
              <w:rPr>
                <w:rFonts w:ascii="Calibri" w:hAnsi="Calibri"/>
                <w:sz w:val="12"/>
              </w:rPr>
              <w:t>Kasım</w:t>
            </w:r>
            <w:proofErr w:type="spellEnd"/>
          </w:p>
        </w:tc>
        <w:tc>
          <w:tcPr>
            <w:tcW w:w="652" w:type="dxa"/>
            <w:shd w:val="clear" w:color="auto" w:fill="FFFFFF"/>
            <w:tcMar>
              <w:top w:w="20" w:type="dxa"/>
              <w:left w:w="20" w:type="dxa"/>
              <w:bottom w:w="20" w:type="dxa"/>
              <w:right w:w="20" w:type="dxa"/>
            </w:tcMar>
          </w:tcPr>
          <w:p w:rsidR="00F43081" w:rsidRPr="0078123B" w:rsidRDefault="00F43081" w:rsidP="004F40CF">
            <w:pPr>
              <w:spacing w:after="0" w:line="240" w:lineRule="auto"/>
              <w:jc w:val="center"/>
            </w:pPr>
            <w:r w:rsidRPr="0078123B">
              <w:rPr>
                <w:rFonts w:ascii="Calibri" w:hAnsi="Calibri"/>
                <w:sz w:val="12"/>
              </w:rPr>
              <w:t>3</w:t>
            </w:r>
          </w:p>
        </w:tc>
        <w:tc>
          <w:tcPr>
            <w:tcW w:w="1152" w:type="dxa"/>
            <w:shd w:val="clear" w:color="auto" w:fill="FFFFFF"/>
            <w:tcMar>
              <w:top w:w="20" w:type="dxa"/>
              <w:left w:w="20" w:type="dxa"/>
              <w:bottom w:w="20" w:type="dxa"/>
              <w:right w:w="20" w:type="dxa"/>
            </w:tcMar>
          </w:tcPr>
          <w:p w:rsidR="00F43081" w:rsidRPr="0078123B" w:rsidRDefault="00F43081" w:rsidP="004F40CF">
            <w:pPr>
              <w:spacing w:after="0" w:line="240" w:lineRule="auto"/>
            </w:pPr>
            <w:r w:rsidRPr="0078123B">
              <w:rPr>
                <w:rFonts w:ascii="Calibri" w:hAnsi="Calibri"/>
                <w:sz w:val="12"/>
              </w:rPr>
              <w:t>EVİMİZ DÜNYA</w:t>
            </w:r>
          </w:p>
        </w:tc>
        <w:tc>
          <w:tcPr>
            <w:tcW w:w="1224" w:type="dxa"/>
            <w:shd w:val="clear" w:color="auto" w:fill="FFFFFF"/>
            <w:tcMar>
              <w:top w:w="20" w:type="dxa"/>
              <w:left w:w="20" w:type="dxa"/>
              <w:bottom w:w="20" w:type="dxa"/>
              <w:right w:w="20" w:type="dxa"/>
            </w:tcMar>
          </w:tcPr>
          <w:p w:rsidR="00F43081" w:rsidRPr="0078123B" w:rsidRDefault="00F43081" w:rsidP="008F4D09">
            <w:pPr>
              <w:spacing w:after="0" w:line="240" w:lineRule="auto"/>
            </w:pPr>
            <w:proofErr w:type="spellStart"/>
            <w:r w:rsidRPr="0078123B">
              <w:rPr>
                <w:rFonts w:ascii="Calibri" w:hAnsi="Calibri"/>
                <w:sz w:val="12"/>
              </w:rPr>
              <w:t>Yaşadığı</w:t>
            </w:r>
            <w:proofErr w:type="spellEnd"/>
            <w:r w:rsidRPr="0078123B">
              <w:rPr>
                <w:rFonts w:ascii="Calibri" w:hAnsi="Calibri"/>
                <w:sz w:val="12"/>
              </w:rPr>
              <w:t xml:space="preserve"> </w:t>
            </w:r>
            <w:proofErr w:type="spellStart"/>
            <w:r w:rsidRPr="0078123B">
              <w:rPr>
                <w:rFonts w:ascii="Calibri" w:hAnsi="Calibri"/>
                <w:sz w:val="12"/>
              </w:rPr>
              <w:t>İlde</w:t>
            </w:r>
            <w:proofErr w:type="spellEnd"/>
            <w:r w:rsidRPr="0078123B">
              <w:rPr>
                <w:rFonts w:ascii="Calibri" w:hAnsi="Calibri"/>
                <w:sz w:val="12"/>
              </w:rPr>
              <w:t xml:space="preserve"> </w:t>
            </w:r>
            <w:proofErr w:type="spellStart"/>
            <w:r w:rsidRPr="0078123B">
              <w:rPr>
                <w:rFonts w:ascii="Calibri" w:hAnsi="Calibri"/>
                <w:sz w:val="12"/>
              </w:rPr>
              <w:t>Doğal</w:t>
            </w:r>
            <w:proofErr w:type="spellEnd"/>
            <w:r w:rsidRPr="0078123B">
              <w:rPr>
                <w:rFonts w:ascii="Calibri" w:hAnsi="Calibri"/>
                <w:sz w:val="12"/>
              </w:rPr>
              <w:t xml:space="preserve"> </w:t>
            </w:r>
            <w:proofErr w:type="spellStart"/>
            <w:r w:rsidRPr="0078123B">
              <w:rPr>
                <w:rFonts w:ascii="Calibri" w:hAnsi="Calibri"/>
                <w:sz w:val="12"/>
              </w:rPr>
              <w:t>ve</w:t>
            </w:r>
            <w:proofErr w:type="spellEnd"/>
            <w:r w:rsidRPr="0078123B">
              <w:rPr>
                <w:rFonts w:ascii="Calibri" w:hAnsi="Calibri"/>
                <w:sz w:val="12"/>
              </w:rPr>
              <w:t xml:space="preserve"> </w:t>
            </w:r>
            <w:proofErr w:type="spellStart"/>
            <w:r w:rsidRPr="0078123B">
              <w:rPr>
                <w:rFonts w:ascii="Calibri" w:hAnsi="Calibri"/>
                <w:sz w:val="12"/>
              </w:rPr>
              <w:t>Beşerî</w:t>
            </w:r>
            <w:proofErr w:type="spellEnd"/>
            <w:r w:rsidRPr="0078123B">
              <w:rPr>
                <w:rFonts w:ascii="Calibri" w:hAnsi="Calibri"/>
                <w:sz w:val="12"/>
              </w:rPr>
              <w:t xml:space="preserve"> </w:t>
            </w:r>
            <w:proofErr w:type="spellStart"/>
            <w:r w:rsidRPr="0078123B">
              <w:rPr>
                <w:rFonts w:ascii="Calibri" w:hAnsi="Calibri"/>
                <w:sz w:val="12"/>
              </w:rPr>
              <w:t>Çevredeki</w:t>
            </w:r>
            <w:proofErr w:type="spellEnd"/>
            <w:r w:rsidRPr="0078123B">
              <w:rPr>
                <w:rFonts w:ascii="Calibri" w:hAnsi="Calibri"/>
                <w:sz w:val="12"/>
              </w:rPr>
              <w:t xml:space="preserve"> </w:t>
            </w:r>
            <w:proofErr w:type="spellStart"/>
            <w:r w:rsidRPr="0078123B">
              <w:rPr>
                <w:rFonts w:ascii="Calibri" w:hAnsi="Calibri"/>
                <w:sz w:val="12"/>
              </w:rPr>
              <w:t>Değişim</w:t>
            </w:r>
            <w:proofErr w:type="spellEnd"/>
          </w:p>
        </w:tc>
        <w:tc>
          <w:tcPr>
            <w:tcW w:w="1512" w:type="dxa"/>
            <w:gridSpan w:val="2"/>
            <w:shd w:val="clear" w:color="auto" w:fill="FFFFFF"/>
            <w:tcMar>
              <w:top w:w="20" w:type="dxa"/>
              <w:left w:w="20" w:type="dxa"/>
              <w:bottom w:w="20" w:type="dxa"/>
              <w:right w:w="20" w:type="dxa"/>
            </w:tcMar>
          </w:tcPr>
          <w:p w:rsidR="00F43081" w:rsidRPr="0078123B" w:rsidRDefault="00F43081" w:rsidP="008F4D09">
            <w:pPr>
              <w:spacing w:after="0" w:line="240" w:lineRule="auto"/>
            </w:pPr>
            <w:r w:rsidRPr="0078123B">
              <w:rPr>
                <w:rFonts w:ascii="Calibri" w:hAnsi="Calibri"/>
                <w:sz w:val="12"/>
              </w:rPr>
              <w:t xml:space="preserve">SB.5.2.2. </w:t>
            </w:r>
            <w:proofErr w:type="spellStart"/>
            <w:r w:rsidRPr="0078123B">
              <w:rPr>
                <w:rFonts w:ascii="Calibri" w:hAnsi="Calibri"/>
                <w:sz w:val="12"/>
              </w:rPr>
              <w:t>Yaşadığı</w:t>
            </w:r>
            <w:proofErr w:type="spellEnd"/>
            <w:r w:rsidRPr="0078123B">
              <w:rPr>
                <w:rFonts w:ascii="Calibri" w:hAnsi="Calibri"/>
                <w:sz w:val="12"/>
              </w:rPr>
              <w:t xml:space="preserve"> </w:t>
            </w:r>
            <w:proofErr w:type="spellStart"/>
            <w:r w:rsidRPr="0078123B">
              <w:rPr>
                <w:rFonts w:ascii="Calibri" w:hAnsi="Calibri"/>
                <w:sz w:val="12"/>
              </w:rPr>
              <w:t>ilde</w:t>
            </w:r>
            <w:proofErr w:type="spellEnd"/>
            <w:r w:rsidRPr="0078123B">
              <w:rPr>
                <w:rFonts w:ascii="Calibri" w:hAnsi="Calibri"/>
                <w:sz w:val="12"/>
              </w:rPr>
              <w:t xml:space="preserve"> </w:t>
            </w:r>
            <w:proofErr w:type="spellStart"/>
            <w:r w:rsidRPr="0078123B">
              <w:rPr>
                <w:rFonts w:ascii="Calibri" w:hAnsi="Calibri"/>
                <w:sz w:val="12"/>
              </w:rPr>
              <w:t>doğal</w:t>
            </w:r>
            <w:proofErr w:type="spellEnd"/>
            <w:r w:rsidRPr="0078123B">
              <w:rPr>
                <w:rFonts w:ascii="Calibri" w:hAnsi="Calibri"/>
                <w:sz w:val="12"/>
              </w:rPr>
              <w:t xml:space="preserve"> </w:t>
            </w:r>
            <w:proofErr w:type="spellStart"/>
            <w:r w:rsidRPr="0078123B">
              <w:rPr>
                <w:rFonts w:ascii="Calibri" w:hAnsi="Calibri"/>
                <w:sz w:val="12"/>
              </w:rPr>
              <w:t>ve</w:t>
            </w:r>
            <w:proofErr w:type="spellEnd"/>
            <w:r w:rsidRPr="0078123B">
              <w:rPr>
                <w:rFonts w:ascii="Calibri" w:hAnsi="Calibri"/>
                <w:sz w:val="12"/>
              </w:rPr>
              <w:t xml:space="preserve"> </w:t>
            </w:r>
            <w:proofErr w:type="spellStart"/>
            <w:r w:rsidRPr="0078123B">
              <w:rPr>
                <w:rFonts w:ascii="Calibri" w:hAnsi="Calibri"/>
                <w:sz w:val="12"/>
              </w:rPr>
              <w:t>beşerî</w:t>
            </w:r>
            <w:proofErr w:type="spellEnd"/>
            <w:r w:rsidRPr="0078123B">
              <w:rPr>
                <w:rFonts w:ascii="Calibri" w:hAnsi="Calibri"/>
                <w:sz w:val="12"/>
              </w:rPr>
              <w:t xml:space="preserve"> </w:t>
            </w:r>
            <w:proofErr w:type="spellStart"/>
            <w:r w:rsidRPr="0078123B">
              <w:rPr>
                <w:rFonts w:ascii="Calibri" w:hAnsi="Calibri"/>
                <w:sz w:val="12"/>
              </w:rPr>
              <w:t>çevredeki</w:t>
            </w:r>
            <w:proofErr w:type="spellEnd"/>
            <w:r w:rsidRPr="0078123B">
              <w:rPr>
                <w:rFonts w:ascii="Calibri" w:hAnsi="Calibri"/>
                <w:sz w:val="12"/>
              </w:rPr>
              <w:t xml:space="preserve"> </w:t>
            </w:r>
            <w:proofErr w:type="spellStart"/>
            <w:r w:rsidRPr="0078123B">
              <w:rPr>
                <w:rFonts w:ascii="Calibri" w:hAnsi="Calibri"/>
                <w:sz w:val="12"/>
              </w:rPr>
              <w:t>değişimi</w:t>
            </w:r>
            <w:proofErr w:type="spellEnd"/>
            <w:r w:rsidRPr="0078123B">
              <w:rPr>
                <w:rFonts w:ascii="Calibri" w:hAnsi="Calibri"/>
                <w:sz w:val="12"/>
              </w:rPr>
              <w:t xml:space="preserve"> </w:t>
            </w:r>
            <w:proofErr w:type="spellStart"/>
            <w:r w:rsidRPr="0078123B">
              <w:rPr>
                <w:rFonts w:ascii="Calibri" w:hAnsi="Calibri"/>
                <w:sz w:val="12"/>
              </w:rPr>
              <w:t>neden</w:t>
            </w:r>
            <w:proofErr w:type="spellEnd"/>
            <w:r w:rsidRPr="0078123B">
              <w:rPr>
                <w:rFonts w:ascii="Calibri" w:hAnsi="Calibri"/>
                <w:sz w:val="12"/>
              </w:rPr>
              <w:t xml:space="preserve"> </w:t>
            </w:r>
            <w:proofErr w:type="spellStart"/>
            <w:r w:rsidRPr="0078123B">
              <w:rPr>
                <w:rFonts w:ascii="Calibri" w:hAnsi="Calibri"/>
                <w:sz w:val="12"/>
              </w:rPr>
              <w:t>ve</w:t>
            </w:r>
            <w:proofErr w:type="spellEnd"/>
            <w:r w:rsidRPr="0078123B">
              <w:rPr>
                <w:rFonts w:ascii="Calibri" w:hAnsi="Calibri"/>
                <w:sz w:val="12"/>
              </w:rPr>
              <w:t xml:space="preserve"> </w:t>
            </w:r>
            <w:proofErr w:type="spellStart"/>
            <w:r w:rsidRPr="0078123B">
              <w:rPr>
                <w:rFonts w:ascii="Calibri" w:hAnsi="Calibri"/>
                <w:sz w:val="12"/>
              </w:rPr>
              <w:t>sonuçlarıyla</w:t>
            </w:r>
            <w:proofErr w:type="spellEnd"/>
            <w:r w:rsidRPr="0078123B">
              <w:rPr>
                <w:rFonts w:ascii="Calibri" w:hAnsi="Calibri"/>
                <w:sz w:val="12"/>
              </w:rPr>
              <w:t xml:space="preserve"> </w:t>
            </w:r>
            <w:proofErr w:type="spellStart"/>
            <w:r w:rsidRPr="0078123B">
              <w:rPr>
                <w:rFonts w:ascii="Calibri" w:hAnsi="Calibri"/>
                <w:sz w:val="12"/>
              </w:rPr>
              <w:t>yorumlayabilme</w:t>
            </w:r>
            <w:proofErr w:type="spellEnd"/>
          </w:p>
        </w:tc>
        <w:tc>
          <w:tcPr>
            <w:tcW w:w="1656" w:type="dxa"/>
            <w:shd w:val="clear" w:color="auto" w:fill="FFFFFF"/>
            <w:tcMar>
              <w:top w:w="20" w:type="dxa"/>
              <w:left w:w="20" w:type="dxa"/>
              <w:bottom w:w="20" w:type="dxa"/>
              <w:right w:w="20" w:type="dxa"/>
            </w:tcMar>
          </w:tcPr>
          <w:p w:rsidR="00F43081" w:rsidRPr="0078123B" w:rsidRDefault="00F43081" w:rsidP="008F4D09">
            <w:pPr>
              <w:spacing w:after="0" w:line="240" w:lineRule="auto"/>
            </w:pPr>
            <w:r w:rsidRPr="0078123B">
              <w:rPr>
                <w:rFonts w:ascii="Calibri" w:hAnsi="Calibri"/>
                <w:sz w:val="12"/>
              </w:rPr>
              <w:t xml:space="preserve">a) </w:t>
            </w:r>
            <w:proofErr w:type="spellStart"/>
            <w:r w:rsidRPr="0078123B">
              <w:rPr>
                <w:rFonts w:ascii="Calibri" w:hAnsi="Calibri"/>
                <w:sz w:val="12"/>
              </w:rPr>
              <w:t>Yaşadığı</w:t>
            </w:r>
            <w:proofErr w:type="spellEnd"/>
            <w:r w:rsidRPr="0078123B">
              <w:rPr>
                <w:rFonts w:ascii="Calibri" w:hAnsi="Calibri"/>
                <w:sz w:val="12"/>
              </w:rPr>
              <w:t xml:space="preserve"> </w:t>
            </w:r>
            <w:proofErr w:type="spellStart"/>
            <w:r w:rsidRPr="0078123B">
              <w:rPr>
                <w:rFonts w:ascii="Calibri" w:hAnsi="Calibri"/>
                <w:sz w:val="12"/>
              </w:rPr>
              <w:t>ilde</w:t>
            </w:r>
            <w:proofErr w:type="spellEnd"/>
            <w:r w:rsidRPr="0078123B">
              <w:rPr>
                <w:rFonts w:ascii="Calibri" w:hAnsi="Calibri"/>
                <w:sz w:val="12"/>
              </w:rPr>
              <w:t xml:space="preserve"> </w:t>
            </w:r>
            <w:proofErr w:type="spellStart"/>
            <w:r w:rsidRPr="0078123B">
              <w:rPr>
                <w:rFonts w:ascii="Calibri" w:hAnsi="Calibri"/>
                <w:sz w:val="12"/>
              </w:rPr>
              <w:t>doğal</w:t>
            </w:r>
            <w:proofErr w:type="spellEnd"/>
            <w:r w:rsidRPr="0078123B">
              <w:rPr>
                <w:rFonts w:ascii="Calibri" w:hAnsi="Calibri"/>
                <w:sz w:val="12"/>
              </w:rPr>
              <w:t xml:space="preserve"> </w:t>
            </w:r>
            <w:proofErr w:type="spellStart"/>
            <w:r w:rsidRPr="0078123B">
              <w:rPr>
                <w:rFonts w:ascii="Calibri" w:hAnsi="Calibri"/>
                <w:sz w:val="12"/>
              </w:rPr>
              <w:t>ve</w:t>
            </w:r>
            <w:proofErr w:type="spellEnd"/>
            <w:r w:rsidRPr="0078123B">
              <w:rPr>
                <w:rFonts w:ascii="Calibri" w:hAnsi="Calibri"/>
                <w:sz w:val="12"/>
              </w:rPr>
              <w:t xml:space="preserve"> </w:t>
            </w:r>
            <w:proofErr w:type="spellStart"/>
            <w:r w:rsidRPr="0078123B">
              <w:rPr>
                <w:rFonts w:ascii="Calibri" w:hAnsi="Calibri"/>
                <w:sz w:val="12"/>
              </w:rPr>
              <w:t>beşerî</w:t>
            </w:r>
            <w:proofErr w:type="spellEnd"/>
            <w:r w:rsidRPr="0078123B">
              <w:rPr>
                <w:rFonts w:ascii="Calibri" w:hAnsi="Calibri"/>
                <w:sz w:val="12"/>
              </w:rPr>
              <w:t xml:space="preserve"> </w:t>
            </w:r>
            <w:proofErr w:type="spellStart"/>
            <w:r w:rsidRPr="0078123B">
              <w:rPr>
                <w:rFonts w:ascii="Calibri" w:hAnsi="Calibri"/>
                <w:sz w:val="12"/>
              </w:rPr>
              <w:t>çevrenin</w:t>
            </w:r>
            <w:proofErr w:type="spellEnd"/>
            <w:r w:rsidRPr="0078123B">
              <w:rPr>
                <w:rFonts w:ascii="Calibri" w:hAnsi="Calibri"/>
                <w:sz w:val="12"/>
              </w:rPr>
              <w:t xml:space="preserve"> </w:t>
            </w:r>
            <w:proofErr w:type="spellStart"/>
            <w:r w:rsidRPr="0078123B">
              <w:rPr>
                <w:rFonts w:ascii="Calibri" w:hAnsi="Calibri"/>
                <w:sz w:val="12"/>
              </w:rPr>
              <w:t>değişimine</w:t>
            </w:r>
            <w:proofErr w:type="spellEnd"/>
            <w:r w:rsidRPr="0078123B">
              <w:rPr>
                <w:rFonts w:ascii="Calibri" w:hAnsi="Calibri"/>
                <w:sz w:val="12"/>
              </w:rPr>
              <w:t xml:space="preserve"> </w:t>
            </w:r>
            <w:proofErr w:type="spellStart"/>
            <w:r w:rsidRPr="0078123B">
              <w:rPr>
                <w:rFonts w:ascii="Calibri" w:hAnsi="Calibri"/>
                <w:sz w:val="12"/>
              </w:rPr>
              <w:t>neden</w:t>
            </w:r>
            <w:proofErr w:type="spellEnd"/>
            <w:r w:rsidRPr="0078123B">
              <w:rPr>
                <w:rFonts w:ascii="Calibri" w:hAnsi="Calibri"/>
                <w:sz w:val="12"/>
              </w:rPr>
              <w:t xml:space="preserve"> </w:t>
            </w:r>
            <w:proofErr w:type="spellStart"/>
            <w:r w:rsidRPr="0078123B">
              <w:rPr>
                <w:rFonts w:ascii="Calibri" w:hAnsi="Calibri"/>
                <w:sz w:val="12"/>
              </w:rPr>
              <w:t>olan</w:t>
            </w:r>
            <w:proofErr w:type="spellEnd"/>
            <w:r w:rsidRPr="0078123B">
              <w:rPr>
                <w:rFonts w:ascii="Calibri" w:hAnsi="Calibri"/>
                <w:sz w:val="12"/>
              </w:rPr>
              <w:t xml:space="preserve"> </w:t>
            </w:r>
            <w:proofErr w:type="spellStart"/>
            <w:r w:rsidRPr="0078123B">
              <w:rPr>
                <w:rFonts w:ascii="Calibri" w:hAnsi="Calibri"/>
                <w:sz w:val="12"/>
              </w:rPr>
              <w:t>unsurları</w:t>
            </w:r>
            <w:proofErr w:type="spellEnd"/>
            <w:r w:rsidRPr="0078123B">
              <w:rPr>
                <w:rFonts w:ascii="Calibri" w:hAnsi="Calibri"/>
                <w:sz w:val="12"/>
              </w:rPr>
              <w:t xml:space="preserve"> </w:t>
            </w:r>
            <w:proofErr w:type="spellStart"/>
            <w:r w:rsidRPr="0078123B">
              <w:rPr>
                <w:rFonts w:ascii="Calibri" w:hAnsi="Calibri"/>
                <w:sz w:val="12"/>
              </w:rPr>
              <w:t>inceler</w:t>
            </w:r>
            <w:proofErr w:type="spellEnd"/>
            <w:r w:rsidRPr="0078123B">
              <w:rPr>
                <w:rFonts w:ascii="Calibri" w:hAnsi="Calibri"/>
                <w:sz w:val="12"/>
              </w:rPr>
              <w:t>.</w:t>
            </w:r>
            <w:r w:rsidRPr="0078123B">
              <w:rPr>
                <w:rFonts w:ascii="Calibri" w:hAnsi="Calibri"/>
                <w:sz w:val="12"/>
              </w:rPr>
              <w:br/>
              <w:t xml:space="preserve">b) </w:t>
            </w:r>
            <w:proofErr w:type="spellStart"/>
            <w:r w:rsidRPr="0078123B">
              <w:rPr>
                <w:rFonts w:ascii="Calibri" w:hAnsi="Calibri"/>
                <w:sz w:val="12"/>
              </w:rPr>
              <w:t>Yaşadığı</w:t>
            </w:r>
            <w:proofErr w:type="spellEnd"/>
            <w:r w:rsidRPr="0078123B">
              <w:rPr>
                <w:rFonts w:ascii="Calibri" w:hAnsi="Calibri"/>
                <w:sz w:val="12"/>
              </w:rPr>
              <w:t xml:space="preserve"> </w:t>
            </w:r>
            <w:proofErr w:type="spellStart"/>
            <w:r w:rsidRPr="0078123B">
              <w:rPr>
                <w:rFonts w:ascii="Calibri" w:hAnsi="Calibri"/>
                <w:sz w:val="12"/>
              </w:rPr>
              <w:t>ilde</w:t>
            </w:r>
            <w:proofErr w:type="spellEnd"/>
            <w:r w:rsidRPr="0078123B">
              <w:rPr>
                <w:rFonts w:ascii="Calibri" w:hAnsi="Calibri"/>
                <w:sz w:val="12"/>
              </w:rPr>
              <w:t xml:space="preserve"> </w:t>
            </w:r>
            <w:proofErr w:type="spellStart"/>
            <w:r w:rsidRPr="0078123B">
              <w:rPr>
                <w:rFonts w:ascii="Calibri" w:hAnsi="Calibri"/>
                <w:sz w:val="12"/>
              </w:rPr>
              <w:t>doğal</w:t>
            </w:r>
            <w:proofErr w:type="spellEnd"/>
            <w:r w:rsidRPr="0078123B">
              <w:rPr>
                <w:rFonts w:ascii="Calibri" w:hAnsi="Calibri"/>
                <w:sz w:val="12"/>
              </w:rPr>
              <w:t xml:space="preserve"> </w:t>
            </w:r>
            <w:proofErr w:type="spellStart"/>
            <w:r w:rsidRPr="0078123B">
              <w:rPr>
                <w:rFonts w:ascii="Calibri" w:hAnsi="Calibri"/>
                <w:sz w:val="12"/>
              </w:rPr>
              <w:t>ve</w:t>
            </w:r>
            <w:proofErr w:type="spellEnd"/>
            <w:r w:rsidRPr="0078123B">
              <w:rPr>
                <w:rFonts w:ascii="Calibri" w:hAnsi="Calibri"/>
                <w:sz w:val="12"/>
              </w:rPr>
              <w:t xml:space="preserve"> </w:t>
            </w:r>
            <w:proofErr w:type="spellStart"/>
            <w:r w:rsidRPr="0078123B">
              <w:rPr>
                <w:rFonts w:ascii="Calibri" w:hAnsi="Calibri"/>
                <w:sz w:val="12"/>
              </w:rPr>
              <w:t>beşerî</w:t>
            </w:r>
            <w:proofErr w:type="spellEnd"/>
            <w:r w:rsidRPr="0078123B">
              <w:rPr>
                <w:rFonts w:ascii="Calibri" w:hAnsi="Calibri"/>
                <w:sz w:val="12"/>
              </w:rPr>
              <w:t xml:space="preserve"> </w:t>
            </w:r>
            <w:proofErr w:type="spellStart"/>
            <w:r w:rsidRPr="0078123B">
              <w:rPr>
                <w:rFonts w:ascii="Calibri" w:hAnsi="Calibri"/>
                <w:sz w:val="12"/>
              </w:rPr>
              <w:t>çevrenin</w:t>
            </w:r>
            <w:proofErr w:type="spellEnd"/>
            <w:r w:rsidRPr="0078123B">
              <w:rPr>
                <w:rFonts w:ascii="Calibri" w:hAnsi="Calibri"/>
                <w:sz w:val="12"/>
              </w:rPr>
              <w:t xml:space="preserve"> </w:t>
            </w:r>
            <w:proofErr w:type="spellStart"/>
            <w:r w:rsidRPr="0078123B">
              <w:rPr>
                <w:rFonts w:ascii="Calibri" w:hAnsi="Calibri"/>
                <w:sz w:val="12"/>
              </w:rPr>
              <w:t>değişiminden</w:t>
            </w:r>
            <w:proofErr w:type="spellEnd"/>
            <w:r w:rsidRPr="0078123B">
              <w:rPr>
                <w:rFonts w:ascii="Calibri" w:hAnsi="Calibri"/>
                <w:sz w:val="12"/>
              </w:rPr>
              <w:t xml:space="preserve"> </w:t>
            </w:r>
            <w:proofErr w:type="spellStart"/>
            <w:r w:rsidRPr="0078123B">
              <w:rPr>
                <w:rFonts w:ascii="Calibri" w:hAnsi="Calibri"/>
                <w:sz w:val="12"/>
              </w:rPr>
              <w:t>etkilenen</w:t>
            </w:r>
            <w:proofErr w:type="spellEnd"/>
            <w:r w:rsidRPr="0078123B">
              <w:rPr>
                <w:rFonts w:ascii="Calibri" w:hAnsi="Calibri"/>
                <w:sz w:val="12"/>
              </w:rPr>
              <w:t xml:space="preserve"> </w:t>
            </w:r>
            <w:proofErr w:type="spellStart"/>
            <w:r w:rsidRPr="0078123B">
              <w:rPr>
                <w:rFonts w:ascii="Calibri" w:hAnsi="Calibri"/>
                <w:sz w:val="12"/>
              </w:rPr>
              <w:t>unsurları</w:t>
            </w:r>
            <w:proofErr w:type="spellEnd"/>
            <w:r w:rsidRPr="0078123B">
              <w:rPr>
                <w:rFonts w:ascii="Calibri" w:hAnsi="Calibri"/>
                <w:sz w:val="12"/>
              </w:rPr>
              <w:t xml:space="preserve"> </w:t>
            </w:r>
            <w:proofErr w:type="spellStart"/>
            <w:r w:rsidRPr="0078123B">
              <w:rPr>
                <w:rFonts w:ascii="Calibri" w:hAnsi="Calibri"/>
                <w:sz w:val="12"/>
              </w:rPr>
              <w:t>inceler</w:t>
            </w:r>
            <w:proofErr w:type="spellEnd"/>
            <w:r w:rsidRPr="0078123B">
              <w:rPr>
                <w:rFonts w:ascii="Calibri" w:hAnsi="Calibri"/>
                <w:sz w:val="12"/>
              </w:rPr>
              <w:t>.</w:t>
            </w:r>
            <w:r w:rsidRPr="0078123B">
              <w:rPr>
                <w:rFonts w:ascii="Calibri" w:hAnsi="Calibri"/>
                <w:sz w:val="12"/>
              </w:rPr>
              <w:br/>
              <w:t xml:space="preserve">c) </w:t>
            </w:r>
            <w:proofErr w:type="spellStart"/>
            <w:r w:rsidRPr="0078123B">
              <w:rPr>
                <w:rFonts w:ascii="Calibri" w:hAnsi="Calibri"/>
                <w:sz w:val="12"/>
              </w:rPr>
              <w:t>Yaşadığı</w:t>
            </w:r>
            <w:proofErr w:type="spellEnd"/>
            <w:r w:rsidRPr="0078123B">
              <w:rPr>
                <w:rFonts w:ascii="Calibri" w:hAnsi="Calibri"/>
                <w:sz w:val="12"/>
              </w:rPr>
              <w:t xml:space="preserve"> </w:t>
            </w:r>
            <w:proofErr w:type="spellStart"/>
            <w:r w:rsidRPr="0078123B">
              <w:rPr>
                <w:rFonts w:ascii="Calibri" w:hAnsi="Calibri"/>
                <w:sz w:val="12"/>
              </w:rPr>
              <w:t>ilde</w:t>
            </w:r>
            <w:proofErr w:type="spellEnd"/>
            <w:r w:rsidRPr="0078123B">
              <w:rPr>
                <w:rFonts w:ascii="Calibri" w:hAnsi="Calibri"/>
                <w:sz w:val="12"/>
              </w:rPr>
              <w:t xml:space="preserve"> </w:t>
            </w:r>
            <w:proofErr w:type="spellStart"/>
            <w:r w:rsidRPr="0078123B">
              <w:rPr>
                <w:rFonts w:ascii="Calibri" w:hAnsi="Calibri"/>
                <w:sz w:val="12"/>
              </w:rPr>
              <w:t>doğal</w:t>
            </w:r>
            <w:proofErr w:type="spellEnd"/>
            <w:r w:rsidRPr="0078123B">
              <w:rPr>
                <w:rFonts w:ascii="Calibri" w:hAnsi="Calibri"/>
                <w:sz w:val="12"/>
              </w:rPr>
              <w:t xml:space="preserve"> </w:t>
            </w:r>
            <w:proofErr w:type="spellStart"/>
            <w:r w:rsidRPr="0078123B">
              <w:rPr>
                <w:rFonts w:ascii="Calibri" w:hAnsi="Calibri"/>
                <w:sz w:val="12"/>
              </w:rPr>
              <w:t>ve</w:t>
            </w:r>
            <w:proofErr w:type="spellEnd"/>
            <w:r w:rsidRPr="0078123B">
              <w:rPr>
                <w:rFonts w:ascii="Calibri" w:hAnsi="Calibri"/>
                <w:sz w:val="12"/>
              </w:rPr>
              <w:t xml:space="preserve"> </w:t>
            </w:r>
            <w:proofErr w:type="spellStart"/>
            <w:r w:rsidRPr="0078123B">
              <w:rPr>
                <w:rFonts w:ascii="Calibri" w:hAnsi="Calibri"/>
                <w:sz w:val="12"/>
              </w:rPr>
              <w:t>beşerî</w:t>
            </w:r>
            <w:proofErr w:type="spellEnd"/>
            <w:r w:rsidRPr="0078123B">
              <w:rPr>
                <w:rFonts w:ascii="Calibri" w:hAnsi="Calibri"/>
                <w:sz w:val="12"/>
              </w:rPr>
              <w:t xml:space="preserve"> </w:t>
            </w:r>
            <w:proofErr w:type="spellStart"/>
            <w:r w:rsidRPr="0078123B">
              <w:rPr>
                <w:rFonts w:ascii="Calibri" w:hAnsi="Calibri"/>
                <w:sz w:val="12"/>
              </w:rPr>
              <w:t>çevrede</w:t>
            </w:r>
            <w:proofErr w:type="spellEnd"/>
            <w:r w:rsidRPr="0078123B">
              <w:rPr>
                <w:rFonts w:ascii="Calibri" w:hAnsi="Calibri"/>
                <w:sz w:val="12"/>
              </w:rPr>
              <w:t xml:space="preserve"> </w:t>
            </w:r>
            <w:proofErr w:type="spellStart"/>
            <w:r w:rsidRPr="0078123B">
              <w:rPr>
                <w:rFonts w:ascii="Calibri" w:hAnsi="Calibri"/>
                <w:sz w:val="12"/>
              </w:rPr>
              <w:t>meydana</w:t>
            </w:r>
            <w:proofErr w:type="spellEnd"/>
            <w:r w:rsidRPr="0078123B">
              <w:rPr>
                <w:rFonts w:ascii="Calibri" w:hAnsi="Calibri"/>
                <w:sz w:val="12"/>
              </w:rPr>
              <w:t xml:space="preserve"> </w:t>
            </w:r>
            <w:proofErr w:type="spellStart"/>
            <w:r w:rsidRPr="0078123B">
              <w:rPr>
                <w:rFonts w:ascii="Calibri" w:hAnsi="Calibri"/>
                <w:sz w:val="12"/>
              </w:rPr>
              <w:t>gelen</w:t>
            </w:r>
            <w:proofErr w:type="spellEnd"/>
            <w:r w:rsidRPr="0078123B">
              <w:rPr>
                <w:rFonts w:ascii="Calibri" w:hAnsi="Calibri"/>
                <w:sz w:val="12"/>
              </w:rPr>
              <w:t xml:space="preserve"> </w:t>
            </w:r>
            <w:proofErr w:type="spellStart"/>
            <w:r w:rsidRPr="0078123B">
              <w:rPr>
                <w:rFonts w:ascii="Calibri" w:hAnsi="Calibri"/>
                <w:sz w:val="12"/>
              </w:rPr>
              <w:t>değişimin</w:t>
            </w:r>
            <w:proofErr w:type="spellEnd"/>
            <w:r w:rsidRPr="0078123B">
              <w:rPr>
                <w:rFonts w:ascii="Calibri" w:hAnsi="Calibri"/>
                <w:sz w:val="12"/>
              </w:rPr>
              <w:t xml:space="preserve"> </w:t>
            </w:r>
            <w:proofErr w:type="spellStart"/>
            <w:r w:rsidRPr="0078123B">
              <w:rPr>
                <w:rFonts w:ascii="Calibri" w:hAnsi="Calibri"/>
                <w:sz w:val="12"/>
              </w:rPr>
              <w:t>etkilerini</w:t>
            </w:r>
            <w:proofErr w:type="spellEnd"/>
            <w:r w:rsidRPr="0078123B">
              <w:rPr>
                <w:rFonts w:ascii="Calibri" w:hAnsi="Calibri"/>
                <w:sz w:val="12"/>
              </w:rPr>
              <w:t xml:space="preserve"> </w:t>
            </w:r>
            <w:proofErr w:type="spellStart"/>
            <w:r w:rsidRPr="0078123B">
              <w:rPr>
                <w:rFonts w:ascii="Calibri" w:hAnsi="Calibri"/>
                <w:sz w:val="12"/>
              </w:rPr>
              <w:t>sorgular</w:t>
            </w:r>
            <w:proofErr w:type="spellEnd"/>
            <w:r w:rsidRPr="0078123B">
              <w:rPr>
                <w:rFonts w:ascii="Calibri" w:hAnsi="Calibri"/>
                <w:sz w:val="12"/>
              </w:rPr>
              <w:t>.</w:t>
            </w:r>
            <w:r w:rsidRPr="0078123B">
              <w:rPr>
                <w:rFonts w:ascii="Calibri" w:hAnsi="Calibri"/>
                <w:sz w:val="12"/>
              </w:rPr>
              <w:br/>
              <w:t xml:space="preserve">ç) </w:t>
            </w:r>
            <w:proofErr w:type="spellStart"/>
            <w:r w:rsidRPr="0078123B">
              <w:rPr>
                <w:rFonts w:ascii="Calibri" w:hAnsi="Calibri"/>
                <w:sz w:val="12"/>
              </w:rPr>
              <w:t>Yaşadığı</w:t>
            </w:r>
            <w:proofErr w:type="spellEnd"/>
            <w:r w:rsidRPr="0078123B">
              <w:rPr>
                <w:rFonts w:ascii="Calibri" w:hAnsi="Calibri"/>
                <w:sz w:val="12"/>
              </w:rPr>
              <w:t xml:space="preserve"> </w:t>
            </w:r>
            <w:proofErr w:type="spellStart"/>
            <w:r w:rsidRPr="0078123B">
              <w:rPr>
                <w:rFonts w:ascii="Calibri" w:hAnsi="Calibri"/>
                <w:sz w:val="12"/>
              </w:rPr>
              <w:t>ilde</w:t>
            </w:r>
            <w:proofErr w:type="spellEnd"/>
            <w:r w:rsidRPr="0078123B">
              <w:rPr>
                <w:rFonts w:ascii="Calibri" w:hAnsi="Calibri"/>
                <w:sz w:val="12"/>
              </w:rPr>
              <w:t xml:space="preserve"> </w:t>
            </w:r>
            <w:proofErr w:type="spellStart"/>
            <w:r w:rsidRPr="0078123B">
              <w:rPr>
                <w:rFonts w:ascii="Calibri" w:hAnsi="Calibri"/>
                <w:sz w:val="12"/>
              </w:rPr>
              <w:t>doğal</w:t>
            </w:r>
            <w:proofErr w:type="spellEnd"/>
            <w:r w:rsidRPr="0078123B">
              <w:rPr>
                <w:rFonts w:ascii="Calibri" w:hAnsi="Calibri"/>
                <w:sz w:val="12"/>
              </w:rPr>
              <w:t xml:space="preserve"> </w:t>
            </w:r>
            <w:proofErr w:type="spellStart"/>
            <w:r w:rsidRPr="0078123B">
              <w:rPr>
                <w:rFonts w:ascii="Calibri" w:hAnsi="Calibri"/>
                <w:sz w:val="12"/>
              </w:rPr>
              <w:t>ve</w:t>
            </w:r>
            <w:proofErr w:type="spellEnd"/>
            <w:r w:rsidRPr="0078123B">
              <w:rPr>
                <w:rFonts w:ascii="Calibri" w:hAnsi="Calibri"/>
                <w:sz w:val="12"/>
              </w:rPr>
              <w:t xml:space="preserve"> </w:t>
            </w:r>
            <w:proofErr w:type="spellStart"/>
            <w:r w:rsidRPr="0078123B">
              <w:rPr>
                <w:rFonts w:ascii="Calibri" w:hAnsi="Calibri"/>
                <w:sz w:val="12"/>
              </w:rPr>
              <w:t>beşerî</w:t>
            </w:r>
            <w:proofErr w:type="spellEnd"/>
            <w:r w:rsidRPr="0078123B">
              <w:rPr>
                <w:rFonts w:ascii="Calibri" w:hAnsi="Calibri"/>
                <w:sz w:val="12"/>
              </w:rPr>
              <w:t xml:space="preserve"> </w:t>
            </w:r>
            <w:proofErr w:type="spellStart"/>
            <w:r w:rsidRPr="0078123B">
              <w:rPr>
                <w:rFonts w:ascii="Calibri" w:hAnsi="Calibri"/>
                <w:sz w:val="12"/>
              </w:rPr>
              <w:t>çevrede</w:t>
            </w:r>
            <w:proofErr w:type="spellEnd"/>
            <w:r w:rsidRPr="0078123B">
              <w:rPr>
                <w:rFonts w:ascii="Calibri" w:hAnsi="Calibri"/>
                <w:sz w:val="12"/>
              </w:rPr>
              <w:t xml:space="preserve"> </w:t>
            </w:r>
            <w:proofErr w:type="spellStart"/>
            <w:r w:rsidRPr="0078123B">
              <w:rPr>
                <w:rFonts w:ascii="Calibri" w:hAnsi="Calibri"/>
                <w:sz w:val="12"/>
              </w:rPr>
              <w:t>meydana</w:t>
            </w:r>
            <w:proofErr w:type="spellEnd"/>
            <w:r w:rsidRPr="0078123B">
              <w:rPr>
                <w:rFonts w:ascii="Calibri" w:hAnsi="Calibri"/>
                <w:sz w:val="12"/>
              </w:rPr>
              <w:t xml:space="preserve"> </w:t>
            </w:r>
            <w:proofErr w:type="spellStart"/>
            <w:r w:rsidRPr="0078123B">
              <w:rPr>
                <w:rFonts w:ascii="Calibri" w:hAnsi="Calibri"/>
                <w:sz w:val="12"/>
              </w:rPr>
              <w:t>gelen</w:t>
            </w:r>
            <w:proofErr w:type="spellEnd"/>
            <w:r w:rsidRPr="0078123B">
              <w:rPr>
                <w:rFonts w:ascii="Calibri" w:hAnsi="Calibri"/>
                <w:sz w:val="12"/>
              </w:rPr>
              <w:t xml:space="preserve"> </w:t>
            </w:r>
            <w:proofErr w:type="spellStart"/>
            <w:r w:rsidRPr="0078123B">
              <w:rPr>
                <w:rFonts w:ascii="Calibri" w:hAnsi="Calibri"/>
                <w:sz w:val="12"/>
              </w:rPr>
              <w:t>değişimin</w:t>
            </w:r>
            <w:proofErr w:type="spellEnd"/>
            <w:r w:rsidRPr="0078123B">
              <w:rPr>
                <w:rFonts w:ascii="Calibri" w:hAnsi="Calibri"/>
                <w:sz w:val="12"/>
              </w:rPr>
              <w:t xml:space="preserve"> </w:t>
            </w:r>
            <w:proofErr w:type="spellStart"/>
            <w:r w:rsidRPr="0078123B">
              <w:rPr>
                <w:rFonts w:ascii="Calibri" w:hAnsi="Calibri"/>
                <w:sz w:val="12"/>
              </w:rPr>
              <w:t>neden</w:t>
            </w:r>
            <w:proofErr w:type="spellEnd"/>
            <w:r w:rsidRPr="0078123B">
              <w:rPr>
                <w:rFonts w:ascii="Calibri" w:hAnsi="Calibri"/>
                <w:sz w:val="12"/>
              </w:rPr>
              <w:t xml:space="preserve"> </w:t>
            </w:r>
            <w:proofErr w:type="spellStart"/>
            <w:r w:rsidRPr="0078123B">
              <w:rPr>
                <w:rFonts w:ascii="Calibri" w:hAnsi="Calibri"/>
                <w:sz w:val="12"/>
              </w:rPr>
              <w:t>ve</w:t>
            </w:r>
            <w:proofErr w:type="spellEnd"/>
            <w:r w:rsidRPr="0078123B">
              <w:rPr>
                <w:rFonts w:ascii="Calibri" w:hAnsi="Calibri"/>
                <w:sz w:val="12"/>
              </w:rPr>
              <w:t xml:space="preserve"> </w:t>
            </w:r>
            <w:proofErr w:type="spellStart"/>
            <w:r w:rsidRPr="0078123B">
              <w:rPr>
                <w:rFonts w:ascii="Calibri" w:hAnsi="Calibri"/>
                <w:sz w:val="12"/>
              </w:rPr>
              <w:t>sonuçlarını</w:t>
            </w:r>
            <w:proofErr w:type="spellEnd"/>
            <w:r w:rsidRPr="0078123B">
              <w:rPr>
                <w:rFonts w:ascii="Calibri" w:hAnsi="Calibri"/>
                <w:sz w:val="12"/>
              </w:rPr>
              <w:t xml:space="preserve"> </w:t>
            </w:r>
            <w:proofErr w:type="spellStart"/>
            <w:r w:rsidRPr="0078123B">
              <w:rPr>
                <w:rFonts w:ascii="Calibri" w:hAnsi="Calibri"/>
                <w:sz w:val="12"/>
              </w:rPr>
              <w:t>elde</w:t>
            </w:r>
            <w:proofErr w:type="spellEnd"/>
            <w:r w:rsidRPr="0078123B">
              <w:rPr>
                <w:rFonts w:ascii="Calibri" w:hAnsi="Calibri"/>
                <w:sz w:val="12"/>
              </w:rPr>
              <w:t xml:space="preserve"> </w:t>
            </w:r>
            <w:proofErr w:type="spellStart"/>
            <w:r w:rsidRPr="0078123B">
              <w:rPr>
                <w:rFonts w:ascii="Calibri" w:hAnsi="Calibri"/>
                <w:sz w:val="12"/>
              </w:rPr>
              <w:t>ettiği</w:t>
            </w:r>
            <w:proofErr w:type="spellEnd"/>
            <w:r w:rsidRPr="0078123B">
              <w:rPr>
                <w:rFonts w:ascii="Calibri" w:hAnsi="Calibri"/>
                <w:sz w:val="12"/>
              </w:rPr>
              <w:t xml:space="preserve"> </w:t>
            </w:r>
            <w:proofErr w:type="spellStart"/>
            <w:r w:rsidRPr="0078123B">
              <w:rPr>
                <w:rFonts w:ascii="Calibri" w:hAnsi="Calibri"/>
                <w:sz w:val="12"/>
              </w:rPr>
              <w:t>bilgilere</w:t>
            </w:r>
            <w:proofErr w:type="spellEnd"/>
            <w:r w:rsidRPr="0078123B">
              <w:rPr>
                <w:rFonts w:ascii="Calibri" w:hAnsi="Calibri"/>
                <w:sz w:val="12"/>
              </w:rPr>
              <w:t xml:space="preserve"> </w:t>
            </w:r>
            <w:proofErr w:type="spellStart"/>
            <w:r w:rsidRPr="0078123B">
              <w:rPr>
                <w:rFonts w:ascii="Calibri" w:hAnsi="Calibri"/>
                <w:sz w:val="12"/>
              </w:rPr>
              <w:t>dayanarak</w:t>
            </w:r>
            <w:proofErr w:type="spellEnd"/>
            <w:r w:rsidRPr="0078123B">
              <w:rPr>
                <w:rFonts w:ascii="Calibri" w:hAnsi="Calibri"/>
                <w:sz w:val="12"/>
              </w:rPr>
              <w:t xml:space="preserve"> </w:t>
            </w:r>
            <w:proofErr w:type="spellStart"/>
            <w:r w:rsidRPr="0078123B">
              <w:rPr>
                <w:rFonts w:ascii="Calibri" w:hAnsi="Calibri"/>
                <w:sz w:val="12"/>
              </w:rPr>
              <w:t>ifade</w:t>
            </w:r>
            <w:proofErr w:type="spellEnd"/>
            <w:r w:rsidRPr="0078123B">
              <w:rPr>
                <w:rFonts w:ascii="Calibri" w:hAnsi="Calibri"/>
                <w:sz w:val="12"/>
              </w:rPr>
              <w:t xml:space="preserve"> </w:t>
            </w:r>
            <w:proofErr w:type="spellStart"/>
            <w:r w:rsidRPr="0078123B">
              <w:rPr>
                <w:rFonts w:ascii="Calibri" w:hAnsi="Calibri"/>
                <w:sz w:val="12"/>
              </w:rPr>
              <w:t>eder</w:t>
            </w:r>
            <w:proofErr w:type="spellEnd"/>
            <w:r w:rsidRPr="0078123B">
              <w:rPr>
                <w:rFonts w:ascii="Calibri" w:hAnsi="Calibri"/>
                <w:sz w:val="12"/>
              </w:rPr>
              <w:t>.</w:t>
            </w:r>
          </w:p>
        </w:tc>
        <w:tc>
          <w:tcPr>
            <w:tcW w:w="1228" w:type="dxa"/>
            <w:gridSpan w:val="2"/>
            <w:shd w:val="clear" w:color="auto" w:fill="FFFF99"/>
            <w:tcMar>
              <w:top w:w="20" w:type="dxa"/>
              <w:left w:w="20" w:type="dxa"/>
              <w:bottom w:w="20" w:type="dxa"/>
              <w:right w:w="20" w:type="dxa"/>
            </w:tcMar>
          </w:tcPr>
          <w:p w:rsidR="00F43081" w:rsidRPr="0078123B" w:rsidRDefault="00F43081" w:rsidP="00E33EC4">
            <w:pPr>
              <w:spacing w:after="0" w:line="240" w:lineRule="auto"/>
              <w:jc w:val="center"/>
            </w:pPr>
            <w:r w:rsidRPr="00E33EC4">
              <w:rPr>
                <w:rFonts w:ascii="Calibri" w:hAnsi="Calibri"/>
                <w:b/>
                <w:sz w:val="12"/>
              </w:rPr>
              <w:t>SINAV HAFTASI</w:t>
            </w:r>
            <w:r w:rsidRPr="00E33EC4">
              <w:rPr>
                <w:rFonts w:ascii="Calibri" w:hAnsi="Calibri"/>
                <w:b/>
                <w:sz w:val="12"/>
              </w:rPr>
              <w:br/>
            </w:r>
            <w:r w:rsidRPr="0078123B">
              <w:rPr>
                <w:rFonts w:ascii="Calibri" w:hAnsi="Calibri"/>
                <w:sz w:val="12"/>
              </w:rPr>
              <w:t xml:space="preserve">(26 Ekim-06 </w:t>
            </w:r>
            <w:proofErr w:type="spellStart"/>
            <w:r w:rsidRPr="0078123B">
              <w:rPr>
                <w:rFonts w:ascii="Calibri" w:hAnsi="Calibri"/>
                <w:sz w:val="12"/>
              </w:rPr>
              <w:t>Kasım</w:t>
            </w:r>
            <w:proofErr w:type="spellEnd"/>
            <w:r w:rsidRPr="0078123B">
              <w:rPr>
                <w:rFonts w:ascii="Calibri" w:hAnsi="Calibri"/>
                <w:sz w:val="12"/>
              </w:rPr>
              <w:t xml:space="preserve"> 2026)</w:t>
            </w:r>
            <w:r w:rsidRPr="0078123B">
              <w:rPr>
                <w:rFonts w:ascii="Calibri" w:hAnsi="Calibri"/>
                <w:sz w:val="12"/>
              </w:rPr>
              <w:br/>
            </w:r>
          </w:p>
        </w:tc>
        <w:tc>
          <w:tcPr>
            <w:tcW w:w="1152" w:type="dxa"/>
            <w:shd w:val="clear" w:color="auto" w:fill="FFFFFF"/>
            <w:tcMar>
              <w:top w:w="20" w:type="dxa"/>
              <w:left w:w="20" w:type="dxa"/>
              <w:bottom w:w="20" w:type="dxa"/>
              <w:right w:w="20" w:type="dxa"/>
            </w:tcMar>
          </w:tcPr>
          <w:p w:rsidR="00F43081" w:rsidRPr="0078123B" w:rsidRDefault="00F43081" w:rsidP="008F4D09">
            <w:pPr>
              <w:spacing w:after="0" w:line="240" w:lineRule="auto"/>
            </w:pPr>
            <w:r w:rsidRPr="0078123B">
              <w:rPr>
                <w:rFonts w:ascii="Calibri" w:hAnsi="Calibri"/>
                <w:sz w:val="12"/>
              </w:rPr>
              <w:t xml:space="preserve">SDB2.1. </w:t>
            </w:r>
            <w:proofErr w:type="spellStart"/>
            <w:r w:rsidRPr="0078123B">
              <w:rPr>
                <w:rFonts w:ascii="Calibri" w:hAnsi="Calibri"/>
                <w:sz w:val="12"/>
              </w:rPr>
              <w:t>İletişim</w:t>
            </w:r>
            <w:proofErr w:type="spellEnd"/>
            <w:proofErr w:type="gramStart"/>
            <w:r w:rsidRPr="0078123B">
              <w:rPr>
                <w:rFonts w:ascii="Calibri" w:hAnsi="Calibri"/>
                <w:sz w:val="12"/>
              </w:rPr>
              <w:t>,</w:t>
            </w:r>
            <w:proofErr w:type="gramEnd"/>
            <w:r w:rsidRPr="0078123B">
              <w:rPr>
                <w:rFonts w:ascii="Calibri" w:hAnsi="Calibri"/>
                <w:sz w:val="12"/>
              </w:rPr>
              <w:br/>
              <w:t xml:space="preserve">SDB2.2. </w:t>
            </w:r>
            <w:proofErr w:type="spellStart"/>
            <w:r w:rsidRPr="0078123B">
              <w:rPr>
                <w:rFonts w:ascii="Calibri" w:hAnsi="Calibri"/>
                <w:sz w:val="12"/>
              </w:rPr>
              <w:t>İş</w:t>
            </w:r>
            <w:proofErr w:type="spellEnd"/>
            <w:r w:rsidRPr="0078123B">
              <w:rPr>
                <w:rFonts w:ascii="Calibri" w:hAnsi="Calibri"/>
                <w:sz w:val="12"/>
              </w:rPr>
              <w:t xml:space="preserve"> </w:t>
            </w:r>
            <w:proofErr w:type="spellStart"/>
            <w:r w:rsidRPr="0078123B">
              <w:rPr>
                <w:rFonts w:ascii="Calibri" w:hAnsi="Calibri"/>
                <w:sz w:val="12"/>
              </w:rPr>
              <w:t>Birliği</w:t>
            </w:r>
            <w:proofErr w:type="spellEnd"/>
            <w:r w:rsidRPr="0078123B">
              <w:rPr>
                <w:rFonts w:ascii="Calibri" w:hAnsi="Calibri"/>
                <w:sz w:val="12"/>
              </w:rPr>
              <w:t xml:space="preserve">, </w:t>
            </w:r>
            <w:r w:rsidRPr="0078123B">
              <w:rPr>
                <w:rFonts w:ascii="Calibri" w:hAnsi="Calibri"/>
                <w:sz w:val="12"/>
              </w:rPr>
              <w:br/>
              <w:t xml:space="preserve">SDB3.3. </w:t>
            </w:r>
            <w:proofErr w:type="spellStart"/>
            <w:r w:rsidRPr="0078123B">
              <w:rPr>
                <w:rFonts w:ascii="Calibri" w:hAnsi="Calibri"/>
                <w:sz w:val="12"/>
              </w:rPr>
              <w:t>Sorumlu</w:t>
            </w:r>
            <w:proofErr w:type="spellEnd"/>
            <w:r w:rsidRPr="0078123B">
              <w:rPr>
                <w:rFonts w:ascii="Calibri" w:hAnsi="Calibri"/>
                <w:sz w:val="12"/>
              </w:rPr>
              <w:t xml:space="preserve"> </w:t>
            </w:r>
            <w:proofErr w:type="spellStart"/>
            <w:r w:rsidRPr="0078123B">
              <w:rPr>
                <w:rFonts w:ascii="Calibri" w:hAnsi="Calibri"/>
                <w:sz w:val="12"/>
              </w:rPr>
              <w:t>Karar</w:t>
            </w:r>
            <w:proofErr w:type="spellEnd"/>
            <w:r w:rsidRPr="0078123B">
              <w:rPr>
                <w:rFonts w:ascii="Calibri" w:hAnsi="Calibri"/>
                <w:sz w:val="12"/>
              </w:rPr>
              <w:t xml:space="preserve"> </w:t>
            </w:r>
            <w:proofErr w:type="spellStart"/>
            <w:r w:rsidRPr="0078123B">
              <w:rPr>
                <w:rFonts w:ascii="Calibri" w:hAnsi="Calibri"/>
                <w:sz w:val="12"/>
              </w:rPr>
              <w:t>Verme</w:t>
            </w:r>
            <w:proofErr w:type="spellEnd"/>
          </w:p>
        </w:tc>
        <w:tc>
          <w:tcPr>
            <w:tcW w:w="1008" w:type="dxa"/>
            <w:shd w:val="clear" w:color="auto" w:fill="FFFFFF"/>
            <w:tcMar>
              <w:top w:w="20" w:type="dxa"/>
              <w:left w:w="20" w:type="dxa"/>
              <w:bottom w:w="20" w:type="dxa"/>
              <w:right w:w="20" w:type="dxa"/>
            </w:tcMar>
          </w:tcPr>
          <w:p w:rsidR="00F43081" w:rsidRPr="0078123B" w:rsidRDefault="00F43081" w:rsidP="008F4D09">
            <w:pPr>
              <w:spacing w:after="0" w:line="240" w:lineRule="auto"/>
            </w:pPr>
            <w:r w:rsidRPr="0078123B">
              <w:rPr>
                <w:rFonts w:ascii="Calibri" w:hAnsi="Calibri"/>
                <w:sz w:val="12"/>
              </w:rPr>
              <w:t xml:space="preserve">D5. </w:t>
            </w:r>
            <w:proofErr w:type="spellStart"/>
            <w:r w:rsidRPr="0078123B">
              <w:rPr>
                <w:rFonts w:ascii="Calibri" w:hAnsi="Calibri"/>
                <w:sz w:val="12"/>
              </w:rPr>
              <w:t>Duyarlılık</w:t>
            </w:r>
            <w:proofErr w:type="spellEnd"/>
            <w:proofErr w:type="gramStart"/>
            <w:r w:rsidRPr="0078123B">
              <w:rPr>
                <w:rFonts w:ascii="Calibri" w:hAnsi="Calibri"/>
                <w:sz w:val="12"/>
              </w:rPr>
              <w:t>,</w:t>
            </w:r>
            <w:proofErr w:type="gramEnd"/>
            <w:r w:rsidRPr="0078123B">
              <w:rPr>
                <w:rFonts w:ascii="Calibri" w:hAnsi="Calibri"/>
                <w:sz w:val="12"/>
              </w:rPr>
              <w:br/>
              <w:t xml:space="preserve">D18. </w:t>
            </w:r>
            <w:proofErr w:type="spellStart"/>
            <w:r w:rsidRPr="0078123B">
              <w:rPr>
                <w:rFonts w:ascii="Calibri" w:hAnsi="Calibri"/>
                <w:sz w:val="12"/>
              </w:rPr>
              <w:t>Temizlik</w:t>
            </w:r>
            <w:proofErr w:type="spellEnd"/>
            <w:proofErr w:type="gramStart"/>
            <w:r w:rsidRPr="0078123B">
              <w:rPr>
                <w:rFonts w:ascii="Calibri" w:hAnsi="Calibri"/>
                <w:sz w:val="12"/>
              </w:rPr>
              <w:t>,</w:t>
            </w:r>
            <w:proofErr w:type="gramEnd"/>
            <w:r w:rsidRPr="0078123B">
              <w:rPr>
                <w:rFonts w:ascii="Calibri" w:hAnsi="Calibri"/>
                <w:sz w:val="12"/>
              </w:rPr>
              <w:br/>
              <w:t xml:space="preserve">D19. </w:t>
            </w:r>
            <w:proofErr w:type="spellStart"/>
            <w:r w:rsidRPr="0078123B">
              <w:rPr>
                <w:rFonts w:ascii="Calibri" w:hAnsi="Calibri"/>
                <w:sz w:val="12"/>
              </w:rPr>
              <w:t>Vatanseverlik</w:t>
            </w:r>
            <w:proofErr w:type="spellEnd"/>
          </w:p>
        </w:tc>
        <w:tc>
          <w:tcPr>
            <w:tcW w:w="1152" w:type="dxa"/>
            <w:shd w:val="clear" w:color="auto" w:fill="FFFFFF"/>
            <w:tcMar>
              <w:top w:w="20" w:type="dxa"/>
              <w:left w:w="20" w:type="dxa"/>
              <w:bottom w:w="20" w:type="dxa"/>
              <w:right w:w="20" w:type="dxa"/>
            </w:tcMar>
          </w:tcPr>
          <w:p w:rsidR="00F43081" w:rsidRPr="0078123B" w:rsidRDefault="00F43081" w:rsidP="008F4D09">
            <w:pPr>
              <w:spacing w:after="0" w:line="240" w:lineRule="auto"/>
            </w:pPr>
            <w:r w:rsidRPr="0078123B">
              <w:rPr>
                <w:rFonts w:ascii="Calibri" w:hAnsi="Calibri"/>
                <w:sz w:val="12"/>
              </w:rPr>
              <w:t xml:space="preserve">OB1. </w:t>
            </w:r>
            <w:proofErr w:type="spellStart"/>
            <w:r w:rsidRPr="0078123B">
              <w:rPr>
                <w:rFonts w:ascii="Calibri" w:hAnsi="Calibri"/>
                <w:sz w:val="12"/>
              </w:rPr>
              <w:t>Bilgi</w:t>
            </w:r>
            <w:proofErr w:type="spellEnd"/>
            <w:r w:rsidRPr="0078123B">
              <w:rPr>
                <w:rFonts w:ascii="Calibri" w:hAnsi="Calibri"/>
                <w:sz w:val="12"/>
              </w:rPr>
              <w:t xml:space="preserve"> </w:t>
            </w:r>
            <w:proofErr w:type="spellStart"/>
            <w:r w:rsidRPr="0078123B">
              <w:rPr>
                <w:rFonts w:ascii="Calibri" w:hAnsi="Calibri"/>
                <w:sz w:val="12"/>
              </w:rPr>
              <w:t>Okuryazarlığı</w:t>
            </w:r>
            <w:proofErr w:type="spellEnd"/>
            <w:r w:rsidRPr="0078123B">
              <w:rPr>
                <w:rFonts w:ascii="Calibri" w:hAnsi="Calibri"/>
                <w:sz w:val="12"/>
              </w:rPr>
              <w:t xml:space="preserve">, </w:t>
            </w:r>
            <w:r w:rsidRPr="0078123B">
              <w:rPr>
                <w:rFonts w:ascii="Calibri" w:hAnsi="Calibri"/>
                <w:sz w:val="12"/>
              </w:rPr>
              <w:br/>
              <w:t xml:space="preserve">OB2. </w:t>
            </w:r>
            <w:proofErr w:type="spellStart"/>
            <w:r w:rsidRPr="0078123B">
              <w:rPr>
                <w:rFonts w:ascii="Calibri" w:hAnsi="Calibri"/>
                <w:sz w:val="12"/>
              </w:rPr>
              <w:t>Dijital</w:t>
            </w:r>
            <w:proofErr w:type="spellEnd"/>
            <w:r w:rsidRPr="0078123B">
              <w:rPr>
                <w:rFonts w:ascii="Calibri" w:hAnsi="Calibri"/>
                <w:sz w:val="12"/>
              </w:rPr>
              <w:t xml:space="preserve"> </w:t>
            </w:r>
            <w:proofErr w:type="spellStart"/>
            <w:r w:rsidRPr="0078123B">
              <w:rPr>
                <w:rFonts w:ascii="Calibri" w:hAnsi="Calibri"/>
                <w:sz w:val="12"/>
              </w:rPr>
              <w:t>Okuryazarlık</w:t>
            </w:r>
            <w:proofErr w:type="spellEnd"/>
            <w:proofErr w:type="gramStart"/>
            <w:r w:rsidRPr="0078123B">
              <w:rPr>
                <w:rFonts w:ascii="Calibri" w:hAnsi="Calibri"/>
                <w:sz w:val="12"/>
              </w:rPr>
              <w:t>,</w:t>
            </w:r>
            <w:proofErr w:type="gramEnd"/>
            <w:r w:rsidRPr="0078123B">
              <w:rPr>
                <w:rFonts w:ascii="Calibri" w:hAnsi="Calibri"/>
                <w:sz w:val="12"/>
              </w:rPr>
              <w:br/>
              <w:t xml:space="preserve">OB4. </w:t>
            </w:r>
            <w:proofErr w:type="spellStart"/>
            <w:r w:rsidRPr="0078123B">
              <w:rPr>
                <w:rFonts w:ascii="Calibri" w:hAnsi="Calibri"/>
                <w:sz w:val="12"/>
              </w:rPr>
              <w:t>Görsel</w:t>
            </w:r>
            <w:proofErr w:type="spellEnd"/>
            <w:r w:rsidRPr="0078123B">
              <w:rPr>
                <w:rFonts w:ascii="Calibri" w:hAnsi="Calibri"/>
                <w:sz w:val="12"/>
              </w:rPr>
              <w:t xml:space="preserve"> </w:t>
            </w:r>
            <w:proofErr w:type="spellStart"/>
            <w:r w:rsidRPr="0078123B">
              <w:rPr>
                <w:rFonts w:ascii="Calibri" w:hAnsi="Calibri"/>
                <w:sz w:val="12"/>
              </w:rPr>
              <w:t>Okuryazarlık</w:t>
            </w:r>
            <w:proofErr w:type="spellEnd"/>
            <w:proofErr w:type="gramStart"/>
            <w:r w:rsidRPr="0078123B">
              <w:rPr>
                <w:rFonts w:ascii="Calibri" w:hAnsi="Calibri"/>
                <w:sz w:val="12"/>
              </w:rPr>
              <w:t>,</w:t>
            </w:r>
            <w:proofErr w:type="gramEnd"/>
            <w:r w:rsidRPr="0078123B">
              <w:rPr>
                <w:rFonts w:ascii="Calibri" w:hAnsi="Calibri"/>
                <w:sz w:val="12"/>
              </w:rPr>
              <w:br/>
              <w:t xml:space="preserve">OB8. </w:t>
            </w:r>
            <w:proofErr w:type="spellStart"/>
            <w:r w:rsidRPr="0078123B">
              <w:rPr>
                <w:rFonts w:ascii="Calibri" w:hAnsi="Calibri"/>
                <w:sz w:val="12"/>
              </w:rPr>
              <w:t>Sürdürülebilirlik</w:t>
            </w:r>
            <w:proofErr w:type="spellEnd"/>
            <w:r w:rsidRPr="0078123B">
              <w:rPr>
                <w:rFonts w:ascii="Calibri" w:hAnsi="Calibri"/>
                <w:sz w:val="12"/>
              </w:rPr>
              <w:t xml:space="preserve"> </w:t>
            </w:r>
            <w:proofErr w:type="spellStart"/>
            <w:r w:rsidRPr="0078123B">
              <w:rPr>
                <w:rFonts w:ascii="Calibri" w:hAnsi="Calibri"/>
                <w:sz w:val="12"/>
              </w:rPr>
              <w:t>Okuryazarlığı</w:t>
            </w:r>
            <w:proofErr w:type="spellEnd"/>
          </w:p>
        </w:tc>
        <w:tc>
          <w:tcPr>
            <w:tcW w:w="1008" w:type="dxa"/>
            <w:gridSpan w:val="2"/>
            <w:shd w:val="clear" w:color="auto" w:fill="FFFFFF"/>
            <w:tcMar>
              <w:top w:w="20" w:type="dxa"/>
              <w:left w:w="20" w:type="dxa"/>
              <w:bottom w:w="20" w:type="dxa"/>
              <w:right w:w="20" w:type="dxa"/>
            </w:tcMar>
          </w:tcPr>
          <w:p w:rsidR="00F43081" w:rsidRPr="0078123B" w:rsidRDefault="00F43081" w:rsidP="004F40CF">
            <w:pPr>
              <w:spacing w:after="0" w:line="240" w:lineRule="auto"/>
            </w:pPr>
          </w:p>
        </w:tc>
        <w:tc>
          <w:tcPr>
            <w:tcW w:w="1298" w:type="dxa"/>
            <w:shd w:val="clear" w:color="auto" w:fill="FFFFFF"/>
            <w:tcMar>
              <w:top w:w="20" w:type="dxa"/>
              <w:left w:w="20" w:type="dxa"/>
              <w:bottom w:w="20" w:type="dxa"/>
              <w:right w:w="20" w:type="dxa"/>
            </w:tcMar>
          </w:tcPr>
          <w:p w:rsidR="00F43081" w:rsidRPr="0078123B" w:rsidRDefault="00F43081" w:rsidP="004F40CF">
            <w:pPr>
              <w:spacing w:after="0" w:line="240" w:lineRule="auto"/>
            </w:pPr>
          </w:p>
        </w:tc>
        <w:tc>
          <w:tcPr>
            <w:tcW w:w="1224" w:type="dxa"/>
            <w:shd w:val="clear" w:color="auto" w:fill="FFFFFF"/>
            <w:tcMar>
              <w:top w:w="20" w:type="dxa"/>
              <w:left w:w="20" w:type="dxa"/>
              <w:bottom w:w="20" w:type="dxa"/>
              <w:right w:w="20" w:type="dxa"/>
            </w:tcMar>
          </w:tcPr>
          <w:p w:rsidR="00F43081" w:rsidRPr="0078123B" w:rsidRDefault="00F43081" w:rsidP="004F40CF">
            <w:pPr>
              <w:spacing w:after="0" w:line="240" w:lineRule="auto"/>
            </w:pPr>
          </w:p>
        </w:tc>
      </w:tr>
      <w:tr w:rsidR="00EE39D7" w:rsidRPr="0078123B" w:rsidTr="008E6D36">
        <w:tblPrEx>
          <w:tblCellMar>
            <w:left w:w="108" w:type="dxa"/>
            <w:right w:w="108" w:type="dxa"/>
          </w:tblCellMar>
          <w:tblLook w:val="04A0"/>
        </w:tblPrEx>
        <w:trPr>
          <w:gridAfter w:val="1"/>
          <w:wAfter w:w="10" w:type="dxa"/>
          <w:jc w:val="center"/>
        </w:trPr>
        <w:tc>
          <w:tcPr>
            <w:tcW w:w="792" w:type="dxa"/>
            <w:shd w:val="clear" w:color="auto" w:fill="F8FAFC"/>
            <w:tcMar>
              <w:top w:w="20" w:type="dxa"/>
              <w:left w:w="20" w:type="dxa"/>
              <w:bottom w:w="20" w:type="dxa"/>
              <w:right w:w="20" w:type="dxa"/>
            </w:tcMar>
          </w:tcPr>
          <w:p w:rsidR="00EE39D7" w:rsidRPr="0078123B" w:rsidRDefault="00EE39D7" w:rsidP="004F40CF">
            <w:pPr>
              <w:spacing w:after="0" w:line="240" w:lineRule="auto"/>
              <w:jc w:val="center"/>
            </w:pPr>
            <w:r>
              <w:rPr>
                <w:rFonts w:ascii="Calibri" w:hAnsi="Calibri"/>
                <w:sz w:val="12"/>
              </w:rPr>
              <w:t>KASIM</w:t>
            </w:r>
          </w:p>
        </w:tc>
        <w:tc>
          <w:tcPr>
            <w:tcW w:w="1008" w:type="dxa"/>
            <w:shd w:val="clear" w:color="auto" w:fill="F8FAFC"/>
            <w:tcMar>
              <w:top w:w="20" w:type="dxa"/>
              <w:left w:w="20" w:type="dxa"/>
              <w:bottom w:w="20" w:type="dxa"/>
              <w:right w:w="20" w:type="dxa"/>
            </w:tcMar>
          </w:tcPr>
          <w:p w:rsidR="00EE39D7" w:rsidRPr="0078123B" w:rsidRDefault="00BD6C67" w:rsidP="005F39F6">
            <w:pPr>
              <w:spacing w:after="0" w:line="240" w:lineRule="auto"/>
              <w:jc w:val="center"/>
            </w:pPr>
            <w:r>
              <w:rPr>
                <w:rFonts w:ascii="Calibri" w:hAnsi="Calibri"/>
                <w:sz w:val="12"/>
              </w:rPr>
              <w:t>9</w:t>
            </w:r>
            <w:r w:rsidR="00EE39D7" w:rsidRPr="0078123B">
              <w:rPr>
                <w:rFonts w:ascii="Calibri" w:hAnsi="Calibri"/>
                <w:sz w:val="12"/>
              </w:rPr>
              <w:t xml:space="preserve">. </w:t>
            </w:r>
            <w:proofErr w:type="spellStart"/>
            <w:r w:rsidR="00EE39D7" w:rsidRPr="0078123B">
              <w:rPr>
                <w:rFonts w:ascii="Calibri" w:hAnsi="Calibri"/>
                <w:sz w:val="12"/>
              </w:rPr>
              <w:t>Hafta</w:t>
            </w:r>
            <w:proofErr w:type="spellEnd"/>
            <w:r w:rsidR="00EE39D7" w:rsidRPr="0078123B">
              <w:rPr>
                <w:rFonts w:ascii="Calibri" w:hAnsi="Calibri"/>
                <w:sz w:val="12"/>
              </w:rPr>
              <w:t>:</w:t>
            </w:r>
            <w:r w:rsidR="00EE39D7" w:rsidRPr="0078123B">
              <w:rPr>
                <w:rFonts w:ascii="Calibri" w:hAnsi="Calibri"/>
                <w:sz w:val="12"/>
              </w:rPr>
              <w:br/>
              <w:t xml:space="preserve">9-13 </w:t>
            </w:r>
            <w:proofErr w:type="spellStart"/>
            <w:r w:rsidR="00EE39D7" w:rsidRPr="0078123B">
              <w:rPr>
                <w:rFonts w:ascii="Calibri" w:hAnsi="Calibri"/>
                <w:sz w:val="12"/>
              </w:rPr>
              <w:t>Kasım</w:t>
            </w:r>
            <w:proofErr w:type="spellEnd"/>
          </w:p>
        </w:tc>
        <w:tc>
          <w:tcPr>
            <w:tcW w:w="652" w:type="dxa"/>
            <w:shd w:val="clear" w:color="auto" w:fill="F8FAFC"/>
            <w:tcMar>
              <w:top w:w="20" w:type="dxa"/>
              <w:left w:w="20" w:type="dxa"/>
              <w:bottom w:w="20" w:type="dxa"/>
              <w:right w:w="20" w:type="dxa"/>
            </w:tcMar>
          </w:tcPr>
          <w:p w:rsidR="00EE39D7" w:rsidRPr="0078123B" w:rsidRDefault="00EE39D7" w:rsidP="004F40CF">
            <w:pPr>
              <w:spacing w:after="0" w:line="240" w:lineRule="auto"/>
              <w:jc w:val="center"/>
            </w:pPr>
            <w:r w:rsidRPr="0078123B">
              <w:rPr>
                <w:rFonts w:ascii="Calibri" w:hAnsi="Calibri"/>
                <w:sz w:val="12"/>
              </w:rPr>
              <w:t>3</w:t>
            </w:r>
          </w:p>
        </w:tc>
        <w:tc>
          <w:tcPr>
            <w:tcW w:w="1152" w:type="dxa"/>
            <w:shd w:val="clear" w:color="auto" w:fill="F8FAFC"/>
            <w:tcMar>
              <w:top w:w="20" w:type="dxa"/>
              <w:left w:w="20" w:type="dxa"/>
              <w:bottom w:w="20" w:type="dxa"/>
              <w:right w:w="20" w:type="dxa"/>
            </w:tcMar>
          </w:tcPr>
          <w:p w:rsidR="00EE39D7" w:rsidRPr="0078123B" w:rsidRDefault="00EE39D7" w:rsidP="004F40CF">
            <w:pPr>
              <w:spacing w:after="0" w:line="240" w:lineRule="auto"/>
            </w:pPr>
            <w:r w:rsidRPr="0078123B">
              <w:rPr>
                <w:rFonts w:ascii="Calibri" w:hAnsi="Calibri"/>
                <w:sz w:val="12"/>
              </w:rPr>
              <w:t>EVİMİZ DÜNYA</w:t>
            </w:r>
          </w:p>
        </w:tc>
        <w:tc>
          <w:tcPr>
            <w:tcW w:w="1224" w:type="dxa"/>
            <w:shd w:val="clear" w:color="auto" w:fill="F8FAFC"/>
            <w:tcMar>
              <w:top w:w="20" w:type="dxa"/>
              <w:left w:w="20" w:type="dxa"/>
              <w:bottom w:w="20" w:type="dxa"/>
              <w:right w:w="20" w:type="dxa"/>
            </w:tcMar>
          </w:tcPr>
          <w:p w:rsidR="00EE39D7" w:rsidRPr="0078123B" w:rsidRDefault="00EE39D7" w:rsidP="008F4D09">
            <w:pPr>
              <w:spacing w:after="0" w:line="240" w:lineRule="auto"/>
            </w:pPr>
            <w:proofErr w:type="spellStart"/>
            <w:r w:rsidRPr="0078123B">
              <w:rPr>
                <w:rFonts w:ascii="Calibri" w:hAnsi="Calibri"/>
                <w:sz w:val="12"/>
              </w:rPr>
              <w:t>Yaşadığı</w:t>
            </w:r>
            <w:proofErr w:type="spellEnd"/>
            <w:r w:rsidRPr="0078123B">
              <w:rPr>
                <w:rFonts w:ascii="Calibri" w:hAnsi="Calibri"/>
                <w:sz w:val="12"/>
              </w:rPr>
              <w:t xml:space="preserve"> </w:t>
            </w:r>
            <w:proofErr w:type="spellStart"/>
            <w:r w:rsidRPr="0078123B">
              <w:rPr>
                <w:rFonts w:ascii="Calibri" w:hAnsi="Calibri"/>
                <w:sz w:val="12"/>
              </w:rPr>
              <w:t>İlde</w:t>
            </w:r>
            <w:proofErr w:type="spellEnd"/>
            <w:r w:rsidRPr="0078123B">
              <w:rPr>
                <w:rFonts w:ascii="Calibri" w:hAnsi="Calibri"/>
                <w:sz w:val="12"/>
              </w:rPr>
              <w:t xml:space="preserve"> </w:t>
            </w:r>
            <w:proofErr w:type="spellStart"/>
            <w:r w:rsidRPr="0078123B">
              <w:rPr>
                <w:rFonts w:ascii="Calibri" w:hAnsi="Calibri"/>
                <w:sz w:val="12"/>
              </w:rPr>
              <w:t>Doğal</w:t>
            </w:r>
            <w:proofErr w:type="spellEnd"/>
            <w:r w:rsidRPr="0078123B">
              <w:rPr>
                <w:rFonts w:ascii="Calibri" w:hAnsi="Calibri"/>
                <w:sz w:val="12"/>
              </w:rPr>
              <w:t xml:space="preserve"> </w:t>
            </w:r>
            <w:proofErr w:type="spellStart"/>
            <w:r w:rsidRPr="0078123B">
              <w:rPr>
                <w:rFonts w:ascii="Calibri" w:hAnsi="Calibri"/>
                <w:sz w:val="12"/>
              </w:rPr>
              <w:t>ve</w:t>
            </w:r>
            <w:proofErr w:type="spellEnd"/>
            <w:r w:rsidRPr="0078123B">
              <w:rPr>
                <w:rFonts w:ascii="Calibri" w:hAnsi="Calibri"/>
                <w:sz w:val="12"/>
              </w:rPr>
              <w:t xml:space="preserve"> </w:t>
            </w:r>
            <w:proofErr w:type="spellStart"/>
            <w:r w:rsidRPr="0078123B">
              <w:rPr>
                <w:rFonts w:ascii="Calibri" w:hAnsi="Calibri"/>
                <w:sz w:val="12"/>
              </w:rPr>
              <w:t>Beşerî</w:t>
            </w:r>
            <w:proofErr w:type="spellEnd"/>
            <w:r w:rsidRPr="0078123B">
              <w:rPr>
                <w:rFonts w:ascii="Calibri" w:hAnsi="Calibri"/>
                <w:sz w:val="12"/>
              </w:rPr>
              <w:t xml:space="preserve"> </w:t>
            </w:r>
            <w:proofErr w:type="spellStart"/>
            <w:r w:rsidRPr="0078123B">
              <w:rPr>
                <w:rFonts w:ascii="Calibri" w:hAnsi="Calibri"/>
                <w:sz w:val="12"/>
              </w:rPr>
              <w:t>Çevredeki</w:t>
            </w:r>
            <w:proofErr w:type="spellEnd"/>
            <w:r w:rsidRPr="0078123B">
              <w:rPr>
                <w:rFonts w:ascii="Calibri" w:hAnsi="Calibri"/>
                <w:sz w:val="12"/>
              </w:rPr>
              <w:t xml:space="preserve"> </w:t>
            </w:r>
            <w:proofErr w:type="spellStart"/>
            <w:r w:rsidRPr="0078123B">
              <w:rPr>
                <w:rFonts w:ascii="Calibri" w:hAnsi="Calibri"/>
                <w:sz w:val="12"/>
              </w:rPr>
              <w:t>Değişim</w:t>
            </w:r>
            <w:proofErr w:type="spellEnd"/>
          </w:p>
        </w:tc>
        <w:tc>
          <w:tcPr>
            <w:tcW w:w="1512" w:type="dxa"/>
            <w:gridSpan w:val="2"/>
            <w:shd w:val="clear" w:color="auto" w:fill="F8FAFC"/>
            <w:tcMar>
              <w:top w:w="20" w:type="dxa"/>
              <w:left w:w="20" w:type="dxa"/>
              <w:bottom w:w="20" w:type="dxa"/>
              <w:right w:w="20" w:type="dxa"/>
            </w:tcMar>
          </w:tcPr>
          <w:p w:rsidR="00EE39D7" w:rsidRPr="0078123B" w:rsidRDefault="00EE39D7" w:rsidP="008F4D09">
            <w:pPr>
              <w:spacing w:after="0" w:line="240" w:lineRule="auto"/>
            </w:pPr>
            <w:r w:rsidRPr="0078123B">
              <w:rPr>
                <w:rFonts w:ascii="Calibri" w:hAnsi="Calibri"/>
                <w:sz w:val="12"/>
              </w:rPr>
              <w:t xml:space="preserve">SB.5.2.2. </w:t>
            </w:r>
            <w:proofErr w:type="spellStart"/>
            <w:r w:rsidRPr="0078123B">
              <w:rPr>
                <w:rFonts w:ascii="Calibri" w:hAnsi="Calibri"/>
                <w:sz w:val="12"/>
              </w:rPr>
              <w:t>Yaşadığı</w:t>
            </w:r>
            <w:proofErr w:type="spellEnd"/>
            <w:r w:rsidRPr="0078123B">
              <w:rPr>
                <w:rFonts w:ascii="Calibri" w:hAnsi="Calibri"/>
                <w:sz w:val="12"/>
              </w:rPr>
              <w:t xml:space="preserve"> </w:t>
            </w:r>
            <w:proofErr w:type="spellStart"/>
            <w:r w:rsidRPr="0078123B">
              <w:rPr>
                <w:rFonts w:ascii="Calibri" w:hAnsi="Calibri"/>
                <w:sz w:val="12"/>
              </w:rPr>
              <w:t>ilde</w:t>
            </w:r>
            <w:proofErr w:type="spellEnd"/>
            <w:r w:rsidRPr="0078123B">
              <w:rPr>
                <w:rFonts w:ascii="Calibri" w:hAnsi="Calibri"/>
                <w:sz w:val="12"/>
              </w:rPr>
              <w:t xml:space="preserve"> </w:t>
            </w:r>
            <w:proofErr w:type="spellStart"/>
            <w:r w:rsidRPr="0078123B">
              <w:rPr>
                <w:rFonts w:ascii="Calibri" w:hAnsi="Calibri"/>
                <w:sz w:val="12"/>
              </w:rPr>
              <w:t>doğal</w:t>
            </w:r>
            <w:proofErr w:type="spellEnd"/>
            <w:r w:rsidRPr="0078123B">
              <w:rPr>
                <w:rFonts w:ascii="Calibri" w:hAnsi="Calibri"/>
                <w:sz w:val="12"/>
              </w:rPr>
              <w:t xml:space="preserve"> </w:t>
            </w:r>
            <w:proofErr w:type="spellStart"/>
            <w:r w:rsidRPr="0078123B">
              <w:rPr>
                <w:rFonts w:ascii="Calibri" w:hAnsi="Calibri"/>
                <w:sz w:val="12"/>
              </w:rPr>
              <w:t>ve</w:t>
            </w:r>
            <w:proofErr w:type="spellEnd"/>
            <w:r w:rsidRPr="0078123B">
              <w:rPr>
                <w:rFonts w:ascii="Calibri" w:hAnsi="Calibri"/>
                <w:sz w:val="12"/>
              </w:rPr>
              <w:t xml:space="preserve"> </w:t>
            </w:r>
            <w:proofErr w:type="spellStart"/>
            <w:r w:rsidRPr="0078123B">
              <w:rPr>
                <w:rFonts w:ascii="Calibri" w:hAnsi="Calibri"/>
                <w:sz w:val="12"/>
              </w:rPr>
              <w:t>beşerî</w:t>
            </w:r>
            <w:proofErr w:type="spellEnd"/>
            <w:r w:rsidRPr="0078123B">
              <w:rPr>
                <w:rFonts w:ascii="Calibri" w:hAnsi="Calibri"/>
                <w:sz w:val="12"/>
              </w:rPr>
              <w:t xml:space="preserve"> </w:t>
            </w:r>
            <w:proofErr w:type="spellStart"/>
            <w:r w:rsidRPr="0078123B">
              <w:rPr>
                <w:rFonts w:ascii="Calibri" w:hAnsi="Calibri"/>
                <w:sz w:val="12"/>
              </w:rPr>
              <w:t>çevredeki</w:t>
            </w:r>
            <w:proofErr w:type="spellEnd"/>
            <w:r w:rsidRPr="0078123B">
              <w:rPr>
                <w:rFonts w:ascii="Calibri" w:hAnsi="Calibri"/>
                <w:sz w:val="12"/>
              </w:rPr>
              <w:t xml:space="preserve"> </w:t>
            </w:r>
            <w:proofErr w:type="spellStart"/>
            <w:r w:rsidRPr="0078123B">
              <w:rPr>
                <w:rFonts w:ascii="Calibri" w:hAnsi="Calibri"/>
                <w:sz w:val="12"/>
              </w:rPr>
              <w:t>değişimi</w:t>
            </w:r>
            <w:proofErr w:type="spellEnd"/>
            <w:r w:rsidRPr="0078123B">
              <w:rPr>
                <w:rFonts w:ascii="Calibri" w:hAnsi="Calibri"/>
                <w:sz w:val="12"/>
              </w:rPr>
              <w:t xml:space="preserve"> </w:t>
            </w:r>
            <w:proofErr w:type="spellStart"/>
            <w:r w:rsidRPr="0078123B">
              <w:rPr>
                <w:rFonts w:ascii="Calibri" w:hAnsi="Calibri"/>
                <w:sz w:val="12"/>
              </w:rPr>
              <w:t>neden</w:t>
            </w:r>
            <w:proofErr w:type="spellEnd"/>
            <w:r w:rsidRPr="0078123B">
              <w:rPr>
                <w:rFonts w:ascii="Calibri" w:hAnsi="Calibri"/>
                <w:sz w:val="12"/>
              </w:rPr>
              <w:t xml:space="preserve"> </w:t>
            </w:r>
            <w:proofErr w:type="spellStart"/>
            <w:r w:rsidRPr="0078123B">
              <w:rPr>
                <w:rFonts w:ascii="Calibri" w:hAnsi="Calibri"/>
                <w:sz w:val="12"/>
              </w:rPr>
              <w:t>ve</w:t>
            </w:r>
            <w:proofErr w:type="spellEnd"/>
            <w:r w:rsidRPr="0078123B">
              <w:rPr>
                <w:rFonts w:ascii="Calibri" w:hAnsi="Calibri"/>
                <w:sz w:val="12"/>
              </w:rPr>
              <w:t xml:space="preserve"> </w:t>
            </w:r>
            <w:proofErr w:type="spellStart"/>
            <w:r w:rsidRPr="0078123B">
              <w:rPr>
                <w:rFonts w:ascii="Calibri" w:hAnsi="Calibri"/>
                <w:sz w:val="12"/>
              </w:rPr>
              <w:t>sonuçlarıyla</w:t>
            </w:r>
            <w:proofErr w:type="spellEnd"/>
            <w:r w:rsidRPr="0078123B">
              <w:rPr>
                <w:rFonts w:ascii="Calibri" w:hAnsi="Calibri"/>
                <w:sz w:val="12"/>
              </w:rPr>
              <w:t xml:space="preserve"> </w:t>
            </w:r>
            <w:proofErr w:type="spellStart"/>
            <w:r w:rsidRPr="0078123B">
              <w:rPr>
                <w:rFonts w:ascii="Calibri" w:hAnsi="Calibri"/>
                <w:sz w:val="12"/>
              </w:rPr>
              <w:t>yorumlayabilme</w:t>
            </w:r>
            <w:proofErr w:type="spellEnd"/>
          </w:p>
        </w:tc>
        <w:tc>
          <w:tcPr>
            <w:tcW w:w="1656" w:type="dxa"/>
            <w:shd w:val="clear" w:color="auto" w:fill="F8FAFC"/>
            <w:tcMar>
              <w:top w:w="20" w:type="dxa"/>
              <w:left w:w="20" w:type="dxa"/>
              <w:bottom w:w="20" w:type="dxa"/>
              <w:right w:w="20" w:type="dxa"/>
            </w:tcMar>
          </w:tcPr>
          <w:p w:rsidR="00EE39D7" w:rsidRPr="0078123B" w:rsidRDefault="00EE39D7" w:rsidP="008F4D09">
            <w:pPr>
              <w:spacing w:after="0" w:line="240" w:lineRule="auto"/>
            </w:pPr>
            <w:r w:rsidRPr="0078123B">
              <w:rPr>
                <w:rFonts w:ascii="Calibri" w:hAnsi="Calibri"/>
                <w:sz w:val="12"/>
              </w:rPr>
              <w:t xml:space="preserve">a) </w:t>
            </w:r>
            <w:proofErr w:type="spellStart"/>
            <w:r w:rsidRPr="0078123B">
              <w:rPr>
                <w:rFonts w:ascii="Calibri" w:hAnsi="Calibri"/>
                <w:sz w:val="12"/>
              </w:rPr>
              <w:t>Yaşadığı</w:t>
            </w:r>
            <w:proofErr w:type="spellEnd"/>
            <w:r w:rsidRPr="0078123B">
              <w:rPr>
                <w:rFonts w:ascii="Calibri" w:hAnsi="Calibri"/>
                <w:sz w:val="12"/>
              </w:rPr>
              <w:t xml:space="preserve"> </w:t>
            </w:r>
            <w:proofErr w:type="spellStart"/>
            <w:r w:rsidRPr="0078123B">
              <w:rPr>
                <w:rFonts w:ascii="Calibri" w:hAnsi="Calibri"/>
                <w:sz w:val="12"/>
              </w:rPr>
              <w:t>ilde</w:t>
            </w:r>
            <w:proofErr w:type="spellEnd"/>
            <w:r w:rsidRPr="0078123B">
              <w:rPr>
                <w:rFonts w:ascii="Calibri" w:hAnsi="Calibri"/>
                <w:sz w:val="12"/>
              </w:rPr>
              <w:t xml:space="preserve"> </w:t>
            </w:r>
            <w:proofErr w:type="spellStart"/>
            <w:r w:rsidRPr="0078123B">
              <w:rPr>
                <w:rFonts w:ascii="Calibri" w:hAnsi="Calibri"/>
                <w:sz w:val="12"/>
              </w:rPr>
              <w:t>doğal</w:t>
            </w:r>
            <w:proofErr w:type="spellEnd"/>
            <w:r w:rsidRPr="0078123B">
              <w:rPr>
                <w:rFonts w:ascii="Calibri" w:hAnsi="Calibri"/>
                <w:sz w:val="12"/>
              </w:rPr>
              <w:t xml:space="preserve"> </w:t>
            </w:r>
            <w:proofErr w:type="spellStart"/>
            <w:r w:rsidRPr="0078123B">
              <w:rPr>
                <w:rFonts w:ascii="Calibri" w:hAnsi="Calibri"/>
                <w:sz w:val="12"/>
              </w:rPr>
              <w:t>ve</w:t>
            </w:r>
            <w:proofErr w:type="spellEnd"/>
            <w:r w:rsidRPr="0078123B">
              <w:rPr>
                <w:rFonts w:ascii="Calibri" w:hAnsi="Calibri"/>
                <w:sz w:val="12"/>
              </w:rPr>
              <w:t xml:space="preserve"> </w:t>
            </w:r>
            <w:proofErr w:type="spellStart"/>
            <w:r w:rsidRPr="0078123B">
              <w:rPr>
                <w:rFonts w:ascii="Calibri" w:hAnsi="Calibri"/>
                <w:sz w:val="12"/>
              </w:rPr>
              <w:t>beşerî</w:t>
            </w:r>
            <w:proofErr w:type="spellEnd"/>
            <w:r w:rsidRPr="0078123B">
              <w:rPr>
                <w:rFonts w:ascii="Calibri" w:hAnsi="Calibri"/>
                <w:sz w:val="12"/>
              </w:rPr>
              <w:t xml:space="preserve"> </w:t>
            </w:r>
            <w:proofErr w:type="spellStart"/>
            <w:r w:rsidRPr="0078123B">
              <w:rPr>
                <w:rFonts w:ascii="Calibri" w:hAnsi="Calibri"/>
                <w:sz w:val="12"/>
              </w:rPr>
              <w:t>çevrenin</w:t>
            </w:r>
            <w:proofErr w:type="spellEnd"/>
            <w:r w:rsidRPr="0078123B">
              <w:rPr>
                <w:rFonts w:ascii="Calibri" w:hAnsi="Calibri"/>
                <w:sz w:val="12"/>
              </w:rPr>
              <w:t xml:space="preserve"> </w:t>
            </w:r>
            <w:proofErr w:type="spellStart"/>
            <w:r w:rsidRPr="0078123B">
              <w:rPr>
                <w:rFonts w:ascii="Calibri" w:hAnsi="Calibri"/>
                <w:sz w:val="12"/>
              </w:rPr>
              <w:t>değişimine</w:t>
            </w:r>
            <w:proofErr w:type="spellEnd"/>
            <w:r w:rsidRPr="0078123B">
              <w:rPr>
                <w:rFonts w:ascii="Calibri" w:hAnsi="Calibri"/>
                <w:sz w:val="12"/>
              </w:rPr>
              <w:t xml:space="preserve"> </w:t>
            </w:r>
            <w:proofErr w:type="spellStart"/>
            <w:r w:rsidRPr="0078123B">
              <w:rPr>
                <w:rFonts w:ascii="Calibri" w:hAnsi="Calibri"/>
                <w:sz w:val="12"/>
              </w:rPr>
              <w:t>neden</w:t>
            </w:r>
            <w:proofErr w:type="spellEnd"/>
            <w:r w:rsidRPr="0078123B">
              <w:rPr>
                <w:rFonts w:ascii="Calibri" w:hAnsi="Calibri"/>
                <w:sz w:val="12"/>
              </w:rPr>
              <w:t xml:space="preserve"> </w:t>
            </w:r>
            <w:proofErr w:type="spellStart"/>
            <w:r w:rsidRPr="0078123B">
              <w:rPr>
                <w:rFonts w:ascii="Calibri" w:hAnsi="Calibri"/>
                <w:sz w:val="12"/>
              </w:rPr>
              <w:t>olan</w:t>
            </w:r>
            <w:proofErr w:type="spellEnd"/>
            <w:r w:rsidRPr="0078123B">
              <w:rPr>
                <w:rFonts w:ascii="Calibri" w:hAnsi="Calibri"/>
                <w:sz w:val="12"/>
              </w:rPr>
              <w:t xml:space="preserve"> </w:t>
            </w:r>
            <w:proofErr w:type="spellStart"/>
            <w:r w:rsidRPr="0078123B">
              <w:rPr>
                <w:rFonts w:ascii="Calibri" w:hAnsi="Calibri"/>
                <w:sz w:val="12"/>
              </w:rPr>
              <w:t>unsurları</w:t>
            </w:r>
            <w:proofErr w:type="spellEnd"/>
            <w:r w:rsidRPr="0078123B">
              <w:rPr>
                <w:rFonts w:ascii="Calibri" w:hAnsi="Calibri"/>
                <w:sz w:val="12"/>
              </w:rPr>
              <w:t xml:space="preserve"> </w:t>
            </w:r>
            <w:proofErr w:type="spellStart"/>
            <w:r w:rsidRPr="0078123B">
              <w:rPr>
                <w:rFonts w:ascii="Calibri" w:hAnsi="Calibri"/>
                <w:sz w:val="12"/>
              </w:rPr>
              <w:t>inceler</w:t>
            </w:r>
            <w:proofErr w:type="spellEnd"/>
            <w:r w:rsidRPr="0078123B">
              <w:rPr>
                <w:rFonts w:ascii="Calibri" w:hAnsi="Calibri"/>
                <w:sz w:val="12"/>
              </w:rPr>
              <w:t>.</w:t>
            </w:r>
            <w:r w:rsidRPr="0078123B">
              <w:rPr>
                <w:rFonts w:ascii="Calibri" w:hAnsi="Calibri"/>
                <w:sz w:val="12"/>
              </w:rPr>
              <w:br/>
              <w:t xml:space="preserve">b) </w:t>
            </w:r>
            <w:proofErr w:type="spellStart"/>
            <w:r w:rsidRPr="0078123B">
              <w:rPr>
                <w:rFonts w:ascii="Calibri" w:hAnsi="Calibri"/>
                <w:sz w:val="12"/>
              </w:rPr>
              <w:t>Yaşadığı</w:t>
            </w:r>
            <w:proofErr w:type="spellEnd"/>
            <w:r w:rsidRPr="0078123B">
              <w:rPr>
                <w:rFonts w:ascii="Calibri" w:hAnsi="Calibri"/>
                <w:sz w:val="12"/>
              </w:rPr>
              <w:t xml:space="preserve"> </w:t>
            </w:r>
            <w:proofErr w:type="spellStart"/>
            <w:r w:rsidRPr="0078123B">
              <w:rPr>
                <w:rFonts w:ascii="Calibri" w:hAnsi="Calibri"/>
                <w:sz w:val="12"/>
              </w:rPr>
              <w:t>ilde</w:t>
            </w:r>
            <w:proofErr w:type="spellEnd"/>
            <w:r w:rsidRPr="0078123B">
              <w:rPr>
                <w:rFonts w:ascii="Calibri" w:hAnsi="Calibri"/>
                <w:sz w:val="12"/>
              </w:rPr>
              <w:t xml:space="preserve"> </w:t>
            </w:r>
            <w:proofErr w:type="spellStart"/>
            <w:r w:rsidRPr="0078123B">
              <w:rPr>
                <w:rFonts w:ascii="Calibri" w:hAnsi="Calibri"/>
                <w:sz w:val="12"/>
              </w:rPr>
              <w:t>doğal</w:t>
            </w:r>
            <w:proofErr w:type="spellEnd"/>
            <w:r w:rsidRPr="0078123B">
              <w:rPr>
                <w:rFonts w:ascii="Calibri" w:hAnsi="Calibri"/>
                <w:sz w:val="12"/>
              </w:rPr>
              <w:t xml:space="preserve"> </w:t>
            </w:r>
            <w:proofErr w:type="spellStart"/>
            <w:r w:rsidRPr="0078123B">
              <w:rPr>
                <w:rFonts w:ascii="Calibri" w:hAnsi="Calibri"/>
                <w:sz w:val="12"/>
              </w:rPr>
              <w:t>ve</w:t>
            </w:r>
            <w:proofErr w:type="spellEnd"/>
            <w:r w:rsidRPr="0078123B">
              <w:rPr>
                <w:rFonts w:ascii="Calibri" w:hAnsi="Calibri"/>
                <w:sz w:val="12"/>
              </w:rPr>
              <w:t xml:space="preserve"> </w:t>
            </w:r>
            <w:proofErr w:type="spellStart"/>
            <w:r w:rsidRPr="0078123B">
              <w:rPr>
                <w:rFonts w:ascii="Calibri" w:hAnsi="Calibri"/>
                <w:sz w:val="12"/>
              </w:rPr>
              <w:t>beşerî</w:t>
            </w:r>
            <w:proofErr w:type="spellEnd"/>
            <w:r w:rsidRPr="0078123B">
              <w:rPr>
                <w:rFonts w:ascii="Calibri" w:hAnsi="Calibri"/>
                <w:sz w:val="12"/>
              </w:rPr>
              <w:t xml:space="preserve"> </w:t>
            </w:r>
            <w:proofErr w:type="spellStart"/>
            <w:r w:rsidRPr="0078123B">
              <w:rPr>
                <w:rFonts w:ascii="Calibri" w:hAnsi="Calibri"/>
                <w:sz w:val="12"/>
              </w:rPr>
              <w:t>çevrenin</w:t>
            </w:r>
            <w:proofErr w:type="spellEnd"/>
            <w:r w:rsidRPr="0078123B">
              <w:rPr>
                <w:rFonts w:ascii="Calibri" w:hAnsi="Calibri"/>
                <w:sz w:val="12"/>
              </w:rPr>
              <w:t xml:space="preserve"> </w:t>
            </w:r>
            <w:proofErr w:type="spellStart"/>
            <w:r w:rsidRPr="0078123B">
              <w:rPr>
                <w:rFonts w:ascii="Calibri" w:hAnsi="Calibri"/>
                <w:sz w:val="12"/>
              </w:rPr>
              <w:t>değişiminden</w:t>
            </w:r>
            <w:proofErr w:type="spellEnd"/>
            <w:r w:rsidRPr="0078123B">
              <w:rPr>
                <w:rFonts w:ascii="Calibri" w:hAnsi="Calibri"/>
                <w:sz w:val="12"/>
              </w:rPr>
              <w:t xml:space="preserve"> </w:t>
            </w:r>
            <w:proofErr w:type="spellStart"/>
            <w:r w:rsidRPr="0078123B">
              <w:rPr>
                <w:rFonts w:ascii="Calibri" w:hAnsi="Calibri"/>
                <w:sz w:val="12"/>
              </w:rPr>
              <w:t>etkilenen</w:t>
            </w:r>
            <w:proofErr w:type="spellEnd"/>
            <w:r w:rsidRPr="0078123B">
              <w:rPr>
                <w:rFonts w:ascii="Calibri" w:hAnsi="Calibri"/>
                <w:sz w:val="12"/>
              </w:rPr>
              <w:t xml:space="preserve"> </w:t>
            </w:r>
            <w:proofErr w:type="spellStart"/>
            <w:r w:rsidRPr="0078123B">
              <w:rPr>
                <w:rFonts w:ascii="Calibri" w:hAnsi="Calibri"/>
                <w:sz w:val="12"/>
              </w:rPr>
              <w:t>unsurları</w:t>
            </w:r>
            <w:proofErr w:type="spellEnd"/>
            <w:r w:rsidRPr="0078123B">
              <w:rPr>
                <w:rFonts w:ascii="Calibri" w:hAnsi="Calibri"/>
                <w:sz w:val="12"/>
              </w:rPr>
              <w:t xml:space="preserve"> </w:t>
            </w:r>
            <w:proofErr w:type="spellStart"/>
            <w:r w:rsidRPr="0078123B">
              <w:rPr>
                <w:rFonts w:ascii="Calibri" w:hAnsi="Calibri"/>
                <w:sz w:val="12"/>
              </w:rPr>
              <w:t>inceler</w:t>
            </w:r>
            <w:proofErr w:type="spellEnd"/>
            <w:r w:rsidRPr="0078123B">
              <w:rPr>
                <w:rFonts w:ascii="Calibri" w:hAnsi="Calibri"/>
                <w:sz w:val="12"/>
              </w:rPr>
              <w:t>.</w:t>
            </w:r>
            <w:r w:rsidRPr="0078123B">
              <w:rPr>
                <w:rFonts w:ascii="Calibri" w:hAnsi="Calibri"/>
                <w:sz w:val="12"/>
              </w:rPr>
              <w:br/>
              <w:t xml:space="preserve">c) </w:t>
            </w:r>
            <w:proofErr w:type="spellStart"/>
            <w:r w:rsidRPr="0078123B">
              <w:rPr>
                <w:rFonts w:ascii="Calibri" w:hAnsi="Calibri"/>
                <w:sz w:val="12"/>
              </w:rPr>
              <w:t>Yaşadığı</w:t>
            </w:r>
            <w:proofErr w:type="spellEnd"/>
            <w:r w:rsidRPr="0078123B">
              <w:rPr>
                <w:rFonts w:ascii="Calibri" w:hAnsi="Calibri"/>
                <w:sz w:val="12"/>
              </w:rPr>
              <w:t xml:space="preserve"> </w:t>
            </w:r>
            <w:proofErr w:type="spellStart"/>
            <w:r w:rsidRPr="0078123B">
              <w:rPr>
                <w:rFonts w:ascii="Calibri" w:hAnsi="Calibri"/>
                <w:sz w:val="12"/>
              </w:rPr>
              <w:t>ilde</w:t>
            </w:r>
            <w:proofErr w:type="spellEnd"/>
            <w:r w:rsidRPr="0078123B">
              <w:rPr>
                <w:rFonts w:ascii="Calibri" w:hAnsi="Calibri"/>
                <w:sz w:val="12"/>
              </w:rPr>
              <w:t xml:space="preserve"> </w:t>
            </w:r>
            <w:proofErr w:type="spellStart"/>
            <w:r w:rsidRPr="0078123B">
              <w:rPr>
                <w:rFonts w:ascii="Calibri" w:hAnsi="Calibri"/>
                <w:sz w:val="12"/>
              </w:rPr>
              <w:t>doğal</w:t>
            </w:r>
            <w:proofErr w:type="spellEnd"/>
            <w:r w:rsidRPr="0078123B">
              <w:rPr>
                <w:rFonts w:ascii="Calibri" w:hAnsi="Calibri"/>
                <w:sz w:val="12"/>
              </w:rPr>
              <w:t xml:space="preserve"> </w:t>
            </w:r>
            <w:proofErr w:type="spellStart"/>
            <w:r w:rsidRPr="0078123B">
              <w:rPr>
                <w:rFonts w:ascii="Calibri" w:hAnsi="Calibri"/>
                <w:sz w:val="12"/>
              </w:rPr>
              <w:t>ve</w:t>
            </w:r>
            <w:proofErr w:type="spellEnd"/>
            <w:r w:rsidRPr="0078123B">
              <w:rPr>
                <w:rFonts w:ascii="Calibri" w:hAnsi="Calibri"/>
                <w:sz w:val="12"/>
              </w:rPr>
              <w:t xml:space="preserve"> </w:t>
            </w:r>
            <w:proofErr w:type="spellStart"/>
            <w:r w:rsidRPr="0078123B">
              <w:rPr>
                <w:rFonts w:ascii="Calibri" w:hAnsi="Calibri"/>
                <w:sz w:val="12"/>
              </w:rPr>
              <w:t>beşerî</w:t>
            </w:r>
            <w:proofErr w:type="spellEnd"/>
            <w:r w:rsidRPr="0078123B">
              <w:rPr>
                <w:rFonts w:ascii="Calibri" w:hAnsi="Calibri"/>
                <w:sz w:val="12"/>
              </w:rPr>
              <w:t xml:space="preserve"> </w:t>
            </w:r>
            <w:proofErr w:type="spellStart"/>
            <w:r w:rsidRPr="0078123B">
              <w:rPr>
                <w:rFonts w:ascii="Calibri" w:hAnsi="Calibri"/>
                <w:sz w:val="12"/>
              </w:rPr>
              <w:t>çevrede</w:t>
            </w:r>
            <w:proofErr w:type="spellEnd"/>
            <w:r w:rsidRPr="0078123B">
              <w:rPr>
                <w:rFonts w:ascii="Calibri" w:hAnsi="Calibri"/>
                <w:sz w:val="12"/>
              </w:rPr>
              <w:t xml:space="preserve"> </w:t>
            </w:r>
            <w:proofErr w:type="spellStart"/>
            <w:r w:rsidRPr="0078123B">
              <w:rPr>
                <w:rFonts w:ascii="Calibri" w:hAnsi="Calibri"/>
                <w:sz w:val="12"/>
              </w:rPr>
              <w:t>meydana</w:t>
            </w:r>
            <w:proofErr w:type="spellEnd"/>
            <w:r w:rsidRPr="0078123B">
              <w:rPr>
                <w:rFonts w:ascii="Calibri" w:hAnsi="Calibri"/>
                <w:sz w:val="12"/>
              </w:rPr>
              <w:t xml:space="preserve"> </w:t>
            </w:r>
            <w:proofErr w:type="spellStart"/>
            <w:r w:rsidRPr="0078123B">
              <w:rPr>
                <w:rFonts w:ascii="Calibri" w:hAnsi="Calibri"/>
                <w:sz w:val="12"/>
              </w:rPr>
              <w:t>gelen</w:t>
            </w:r>
            <w:proofErr w:type="spellEnd"/>
            <w:r w:rsidRPr="0078123B">
              <w:rPr>
                <w:rFonts w:ascii="Calibri" w:hAnsi="Calibri"/>
                <w:sz w:val="12"/>
              </w:rPr>
              <w:t xml:space="preserve"> </w:t>
            </w:r>
            <w:proofErr w:type="spellStart"/>
            <w:r w:rsidRPr="0078123B">
              <w:rPr>
                <w:rFonts w:ascii="Calibri" w:hAnsi="Calibri"/>
                <w:sz w:val="12"/>
              </w:rPr>
              <w:t>değişimin</w:t>
            </w:r>
            <w:proofErr w:type="spellEnd"/>
            <w:r w:rsidRPr="0078123B">
              <w:rPr>
                <w:rFonts w:ascii="Calibri" w:hAnsi="Calibri"/>
                <w:sz w:val="12"/>
              </w:rPr>
              <w:t xml:space="preserve"> </w:t>
            </w:r>
            <w:proofErr w:type="spellStart"/>
            <w:r w:rsidRPr="0078123B">
              <w:rPr>
                <w:rFonts w:ascii="Calibri" w:hAnsi="Calibri"/>
                <w:sz w:val="12"/>
              </w:rPr>
              <w:t>etkilerini</w:t>
            </w:r>
            <w:proofErr w:type="spellEnd"/>
            <w:r w:rsidRPr="0078123B">
              <w:rPr>
                <w:rFonts w:ascii="Calibri" w:hAnsi="Calibri"/>
                <w:sz w:val="12"/>
              </w:rPr>
              <w:t xml:space="preserve"> </w:t>
            </w:r>
            <w:proofErr w:type="spellStart"/>
            <w:r w:rsidRPr="0078123B">
              <w:rPr>
                <w:rFonts w:ascii="Calibri" w:hAnsi="Calibri"/>
                <w:sz w:val="12"/>
              </w:rPr>
              <w:t>sorgular</w:t>
            </w:r>
            <w:proofErr w:type="spellEnd"/>
            <w:r w:rsidRPr="0078123B">
              <w:rPr>
                <w:rFonts w:ascii="Calibri" w:hAnsi="Calibri"/>
                <w:sz w:val="12"/>
              </w:rPr>
              <w:t>.</w:t>
            </w:r>
            <w:r w:rsidRPr="0078123B">
              <w:rPr>
                <w:rFonts w:ascii="Calibri" w:hAnsi="Calibri"/>
                <w:sz w:val="12"/>
              </w:rPr>
              <w:br/>
              <w:t xml:space="preserve">ç) </w:t>
            </w:r>
            <w:proofErr w:type="spellStart"/>
            <w:r w:rsidRPr="0078123B">
              <w:rPr>
                <w:rFonts w:ascii="Calibri" w:hAnsi="Calibri"/>
                <w:sz w:val="12"/>
              </w:rPr>
              <w:t>Yaşadığı</w:t>
            </w:r>
            <w:proofErr w:type="spellEnd"/>
            <w:r w:rsidRPr="0078123B">
              <w:rPr>
                <w:rFonts w:ascii="Calibri" w:hAnsi="Calibri"/>
                <w:sz w:val="12"/>
              </w:rPr>
              <w:t xml:space="preserve"> </w:t>
            </w:r>
            <w:proofErr w:type="spellStart"/>
            <w:r w:rsidRPr="0078123B">
              <w:rPr>
                <w:rFonts w:ascii="Calibri" w:hAnsi="Calibri"/>
                <w:sz w:val="12"/>
              </w:rPr>
              <w:t>ilde</w:t>
            </w:r>
            <w:proofErr w:type="spellEnd"/>
            <w:r w:rsidRPr="0078123B">
              <w:rPr>
                <w:rFonts w:ascii="Calibri" w:hAnsi="Calibri"/>
                <w:sz w:val="12"/>
              </w:rPr>
              <w:t xml:space="preserve"> </w:t>
            </w:r>
            <w:proofErr w:type="spellStart"/>
            <w:r w:rsidRPr="0078123B">
              <w:rPr>
                <w:rFonts w:ascii="Calibri" w:hAnsi="Calibri"/>
                <w:sz w:val="12"/>
              </w:rPr>
              <w:t>doğal</w:t>
            </w:r>
            <w:proofErr w:type="spellEnd"/>
            <w:r w:rsidRPr="0078123B">
              <w:rPr>
                <w:rFonts w:ascii="Calibri" w:hAnsi="Calibri"/>
                <w:sz w:val="12"/>
              </w:rPr>
              <w:t xml:space="preserve"> </w:t>
            </w:r>
            <w:proofErr w:type="spellStart"/>
            <w:r w:rsidRPr="0078123B">
              <w:rPr>
                <w:rFonts w:ascii="Calibri" w:hAnsi="Calibri"/>
                <w:sz w:val="12"/>
              </w:rPr>
              <w:t>ve</w:t>
            </w:r>
            <w:proofErr w:type="spellEnd"/>
            <w:r w:rsidRPr="0078123B">
              <w:rPr>
                <w:rFonts w:ascii="Calibri" w:hAnsi="Calibri"/>
                <w:sz w:val="12"/>
              </w:rPr>
              <w:t xml:space="preserve"> </w:t>
            </w:r>
            <w:proofErr w:type="spellStart"/>
            <w:r w:rsidRPr="0078123B">
              <w:rPr>
                <w:rFonts w:ascii="Calibri" w:hAnsi="Calibri"/>
                <w:sz w:val="12"/>
              </w:rPr>
              <w:t>beşerî</w:t>
            </w:r>
            <w:proofErr w:type="spellEnd"/>
            <w:r w:rsidRPr="0078123B">
              <w:rPr>
                <w:rFonts w:ascii="Calibri" w:hAnsi="Calibri"/>
                <w:sz w:val="12"/>
              </w:rPr>
              <w:t xml:space="preserve"> </w:t>
            </w:r>
            <w:proofErr w:type="spellStart"/>
            <w:r w:rsidRPr="0078123B">
              <w:rPr>
                <w:rFonts w:ascii="Calibri" w:hAnsi="Calibri"/>
                <w:sz w:val="12"/>
              </w:rPr>
              <w:t>çevrede</w:t>
            </w:r>
            <w:proofErr w:type="spellEnd"/>
            <w:r w:rsidRPr="0078123B">
              <w:rPr>
                <w:rFonts w:ascii="Calibri" w:hAnsi="Calibri"/>
                <w:sz w:val="12"/>
              </w:rPr>
              <w:t xml:space="preserve"> </w:t>
            </w:r>
            <w:proofErr w:type="spellStart"/>
            <w:r w:rsidRPr="0078123B">
              <w:rPr>
                <w:rFonts w:ascii="Calibri" w:hAnsi="Calibri"/>
                <w:sz w:val="12"/>
              </w:rPr>
              <w:t>meydana</w:t>
            </w:r>
            <w:proofErr w:type="spellEnd"/>
            <w:r w:rsidRPr="0078123B">
              <w:rPr>
                <w:rFonts w:ascii="Calibri" w:hAnsi="Calibri"/>
                <w:sz w:val="12"/>
              </w:rPr>
              <w:t xml:space="preserve"> </w:t>
            </w:r>
            <w:proofErr w:type="spellStart"/>
            <w:r w:rsidRPr="0078123B">
              <w:rPr>
                <w:rFonts w:ascii="Calibri" w:hAnsi="Calibri"/>
                <w:sz w:val="12"/>
              </w:rPr>
              <w:t>gelen</w:t>
            </w:r>
            <w:proofErr w:type="spellEnd"/>
            <w:r w:rsidRPr="0078123B">
              <w:rPr>
                <w:rFonts w:ascii="Calibri" w:hAnsi="Calibri"/>
                <w:sz w:val="12"/>
              </w:rPr>
              <w:t xml:space="preserve"> </w:t>
            </w:r>
            <w:proofErr w:type="spellStart"/>
            <w:r w:rsidRPr="0078123B">
              <w:rPr>
                <w:rFonts w:ascii="Calibri" w:hAnsi="Calibri"/>
                <w:sz w:val="12"/>
              </w:rPr>
              <w:t>değişimin</w:t>
            </w:r>
            <w:proofErr w:type="spellEnd"/>
            <w:r w:rsidRPr="0078123B">
              <w:rPr>
                <w:rFonts w:ascii="Calibri" w:hAnsi="Calibri"/>
                <w:sz w:val="12"/>
              </w:rPr>
              <w:t xml:space="preserve"> </w:t>
            </w:r>
            <w:proofErr w:type="spellStart"/>
            <w:r w:rsidRPr="0078123B">
              <w:rPr>
                <w:rFonts w:ascii="Calibri" w:hAnsi="Calibri"/>
                <w:sz w:val="12"/>
              </w:rPr>
              <w:t>neden</w:t>
            </w:r>
            <w:proofErr w:type="spellEnd"/>
            <w:r w:rsidRPr="0078123B">
              <w:rPr>
                <w:rFonts w:ascii="Calibri" w:hAnsi="Calibri"/>
                <w:sz w:val="12"/>
              </w:rPr>
              <w:t xml:space="preserve"> </w:t>
            </w:r>
            <w:proofErr w:type="spellStart"/>
            <w:r w:rsidRPr="0078123B">
              <w:rPr>
                <w:rFonts w:ascii="Calibri" w:hAnsi="Calibri"/>
                <w:sz w:val="12"/>
              </w:rPr>
              <w:t>ve</w:t>
            </w:r>
            <w:proofErr w:type="spellEnd"/>
            <w:r w:rsidRPr="0078123B">
              <w:rPr>
                <w:rFonts w:ascii="Calibri" w:hAnsi="Calibri"/>
                <w:sz w:val="12"/>
              </w:rPr>
              <w:t xml:space="preserve"> </w:t>
            </w:r>
            <w:proofErr w:type="spellStart"/>
            <w:r w:rsidRPr="0078123B">
              <w:rPr>
                <w:rFonts w:ascii="Calibri" w:hAnsi="Calibri"/>
                <w:sz w:val="12"/>
              </w:rPr>
              <w:t>sonuçlarını</w:t>
            </w:r>
            <w:proofErr w:type="spellEnd"/>
            <w:r w:rsidRPr="0078123B">
              <w:rPr>
                <w:rFonts w:ascii="Calibri" w:hAnsi="Calibri"/>
                <w:sz w:val="12"/>
              </w:rPr>
              <w:t xml:space="preserve"> </w:t>
            </w:r>
            <w:proofErr w:type="spellStart"/>
            <w:r w:rsidRPr="0078123B">
              <w:rPr>
                <w:rFonts w:ascii="Calibri" w:hAnsi="Calibri"/>
                <w:sz w:val="12"/>
              </w:rPr>
              <w:t>elde</w:t>
            </w:r>
            <w:proofErr w:type="spellEnd"/>
            <w:r w:rsidRPr="0078123B">
              <w:rPr>
                <w:rFonts w:ascii="Calibri" w:hAnsi="Calibri"/>
                <w:sz w:val="12"/>
              </w:rPr>
              <w:t xml:space="preserve"> </w:t>
            </w:r>
            <w:proofErr w:type="spellStart"/>
            <w:r w:rsidRPr="0078123B">
              <w:rPr>
                <w:rFonts w:ascii="Calibri" w:hAnsi="Calibri"/>
                <w:sz w:val="12"/>
              </w:rPr>
              <w:t>ettiği</w:t>
            </w:r>
            <w:proofErr w:type="spellEnd"/>
            <w:r w:rsidRPr="0078123B">
              <w:rPr>
                <w:rFonts w:ascii="Calibri" w:hAnsi="Calibri"/>
                <w:sz w:val="12"/>
              </w:rPr>
              <w:t xml:space="preserve"> </w:t>
            </w:r>
            <w:proofErr w:type="spellStart"/>
            <w:r w:rsidRPr="0078123B">
              <w:rPr>
                <w:rFonts w:ascii="Calibri" w:hAnsi="Calibri"/>
                <w:sz w:val="12"/>
              </w:rPr>
              <w:t>bilgilere</w:t>
            </w:r>
            <w:proofErr w:type="spellEnd"/>
            <w:r w:rsidRPr="0078123B">
              <w:rPr>
                <w:rFonts w:ascii="Calibri" w:hAnsi="Calibri"/>
                <w:sz w:val="12"/>
              </w:rPr>
              <w:t xml:space="preserve"> </w:t>
            </w:r>
            <w:proofErr w:type="spellStart"/>
            <w:r w:rsidRPr="0078123B">
              <w:rPr>
                <w:rFonts w:ascii="Calibri" w:hAnsi="Calibri"/>
                <w:sz w:val="12"/>
              </w:rPr>
              <w:t>dayanarak</w:t>
            </w:r>
            <w:proofErr w:type="spellEnd"/>
            <w:r w:rsidRPr="0078123B">
              <w:rPr>
                <w:rFonts w:ascii="Calibri" w:hAnsi="Calibri"/>
                <w:sz w:val="12"/>
              </w:rPr>
              <w:t xml:space="preserve"> </w:t>
            </w:r>
            <w:proofErr w:type="spellStart"/>
            <w:r w:rsidRPr="0078123B">
              <w:rPr>
                <w:rFonts w:ascii="Calibri" w:hAnsi="Calibri"/>
                <w:sz w:val="12"/>
              </w:rPr>
              <w:t>ifade</w:t>
            </w:r>
            <w:proofErr w:type="spellEnd"/>
            <w:r w:rsidRPr="0078123B">
              <w:rPr>
                <w:rFonts w:ascii="Calibri" w:hAnsi="Calibri"/>
                <w:sz w:val="12"/>
              </w:rPr>
              <w:t xml:space="preserve"> </w:t>
            </w:r>
            <w:proofErr w:type="spellStart"/>
            <w:r w:rsidRPr="0078123B">
              <w:rPr>
                <w:rFonts w:ascii="Calibri" w:hAnsi="Calibri"/>
                <w:sz w:val="12"/>
              </w:rPr>
              <w:t>eder</w:t>
            </w:r>
            <w:proofErr w:type="spellEnd"/>
            <w:r w:rsidRPr="0078123B">
              <w:rPr>
                <w:rFonts w:ascii="Calibri" w:hAnsi="Calibri"/>
                <w:sz w:val="12"/>
              </w:rPr>
              <w:t>.</w:t>
            </w:r>
          </w:p>
        </w:tc>
        <w:tc>
          <w:tcPr>
            <w:tcW w:w="1228" w:type="dxa"/>
            <w:gridSpan w:val="2"/>
            <w:shd w:val="clear" w:color="auto" w:fill="F8FAFC"/>
            <w:tcMar>
              <w:top w:w="20" w:type="dxa"/>
              <w:left w:w="20" w:type="dxa"/>
              <w:bottom w:w="20" w:type="dxa"/>
              <w:right w:w="20" w:type="dxa"/>
            </w:tcMar>
          </w:tcPr>
          <w:p w:rsidR="00EE39D7" w:rsidRPr="0078123B" w:rsidRDefault="00EE39D7" w:rsidP="008F4D09">
            <w:pPr>
              <w:spacing w:after="0" w:line="240" w:lineRule="auto"/>
            </w:pPr>
            <w:proofErr w:type="spellStart"/>
            <w:r w:rsidRPr="0078123B">
              <w:rPr>
                <w:rFonts w:ascii="Calibri" w:hAnsi="Calibri"/>
                <w:sz w:val="12"/>
              </w:rPr>
              <w:t>Gözlem</w:t>
            </w:r>
            <w:proofErr w:type="spellEnd"/>
            <w:r w:rsidRPr="0078123B">
              <w:rPr>
                <w:rFonts w:ascii="Calibri" w:hAnsi="Calibri"/>
                <w:sz w:val="12"/>
              </w:rPr>
              <w:t xml:space="preserve"> </w:t>
            </w:r>
            <w:proofErr w:type="spellStart"/>
            <w:r w:rsidRPr="0078123B">
              <w:rPr>
                <w:rFonts w:ascii="Calibri" w:hAnsi="Calibri"/>
                <w:sz w:val="12"/>
              </w:rPr>
              <w:t>formu</w:t>
            </w:r>
            <w:proofErr w:type="spellEnd"/>
            <w:r w:rsidRPr="0078123B">
              <w:rPr>
                <w:rFonts w:ascii="Calibri" w:hAnsi="Calibri"/>
                <w:sz w:val="12"/>
              </w:rPr>
              <w:t>,</w:t>
            </w:r>
            <w:r w:rsidRPr="0078123B">
              <w:rPr>
                <w:rFonts w:ascii="Calibri" w:hAnsi="Calibri"/>
                <w:sz w:val="12"/>
              </w:rPr>
              <w:br/>
            </w:r>
            <w:proofErr w:type="spellStart"/>
            <w:r w:rsidRPr="0078123B">
              <w:rPr>
                <w:rFonts w:ascii="Calibri" w:hAnsi="Calibri"/>
                <w:sz w:val="12"/>
              </w:rPr>
              <w:t>Kontrol</w:t>
            </w:r>
            <w:proofErr w:type="spellEnd"/>
            <w:r w:rsidRPr="0078123B">
              <w:rPr>
                <w:rFonts w:ascii="Calibri" w:hAnsi="Calibri"/>
                <w:sz w:val="12"/>
              </w:rPr>
              <w:t xml:space="preserve"> </w:t>
            </w:r>
            <w:proofErr w:type="spellStart"/>
            <w:r w:rsidRPr="0078123B">
              <w:rPr>
                <w:rFonts w:ascii="Calibri" w:hAnsi="Calibri"/>
                <w:sz w:val="12"/>
              </w:rPr>
              <w:t>listesi</w:t>
            </w:r>
            <w:proofErr w:type="spellEnd"/>
            <w:r w:rsidRPr="0078123B">
              <w:rPr>
                <w:rFonts w:ascii="Calibri" w:hAnsi="Calibri"/>
                <w:sz w:val="12"/>
              </w:rPr>
              <w:t xml:space="preserve">, </w:t>
            </w:r>
            <w:r w:rsidRPr="0078123B">
              <w:rPr>
                <w:rFonts w:ascii="Calibri" w:hAnsi="Calibri"/>
                <w:sz w:val="12"/>
              </w:rPr>
              <w:br/>
            </w:r>
            <w:proofErr w:type="spellStart"/>
            <w:r w:rsidRPr="0078123B">
              <w:rPr>
                <w:rFonts w:ascii="Calibri" w:hAnsi="Calibri"/>
                <w:sz w:val="12"/>
              </w:rPr>
              <w:t>Derecelendirme</w:t>
            </w:r>
            <w:proofErr w:type="spellEnd"/>
            <w:r w:rsidRPr="0078123B">
              <w:rPr>
                <w:rFonts w:ascii="Calibri" w:hAnsi="Calibri"/>
                <w:sz w:val="12"/>
              </w:rPr>
              <w:t xml:space="preserve"> </w:t>
            </w:r>
            <w:proofErr w:type="spellStart"/>
            <w:r w:rsidRPr="0078123B">
              <w:rPr>
                <w:rFonts w:ascii="Calibri" w:hAnsi="Calibri"/>
                <w:sz w:val="12"/>
              </w:rPr>
              <w:t>ölçeği</w:t>
            </w:r>
            <w:proofErr w:type="spellEnd"/>
            <w:r w:rsidRPr="0078123B">
              <w:rPr>
                <w:rFonts w:ascii="Calibri" w:hAnsi="Calibri"/>
                <w:sz w:val="12"/>
              </w:rPr>
              <w:t xml:space="preserve">, </w:t>
            </w:r>
            <w:r w:rsidRPr="0078123B">
              <w:rPr>
                <w:rFonts w:ascii="Calibri" w:hAnsi="Calibri"/>
                <w:sz w:val="12"/>
              </w:rPr>
              <w:br/>
            </w:r>
            <w:proofErr w:type="spellStart"/>
            <w:r w:rsidRPr="0078123B">
              <w:rPr>
                <w:rFonts w:ascii="Calibri" w:hAnsi="Calibri"/>
                <w:sz w:val="12"/>
              </w:rPr>
              <w:t>Karşılaştırma</w:t>
            </w:r>
            <w:proofErr w:type="spellEnd"/>
            <w:r w:rsidRPr="0078123B">
              <w:rPr>
                <w:rFonts w:ascii="Calibri" w:hAnsi="Calibri"/>
                <w:sz w:val="12"/>
              </w:rPr>
              <w:t xml:space="preserve"> </w:t>
            </w:r>
            <w:proofErr w:type="spellStart"/>
            <w:r w:rsidRPr="0078123B">
              <w:rPr>
                <w:rFonts w:ascii="Calibri" w:hAnsi="Calibri"/>
                <w:sz w:val="12"/>
              </w:rPr>
              <w:t>tablosu</w:t>
            </w:r>
            <w:proofErr w:type="spellEnd"/>
            <w:r w:rsidRPr="0078123B">
              <w:rPr>
                <w:rFonts w:ascii="Calibri" w:hAnsi="Calibri"/>
                <w:sz w:val="12"/>
              </w:rPr>
              <w:t xml:space="preserve">, </w:t>
            </w:r>
            <w:r w:rsidRPr="0078123B">
              <w:rPr>
                <w:rFonts w:ascii="Calibri" w:hAnsi="Calibri"/>
                <w:sz w:val="12"/>
              </w:rPr>
              <w:br/>
            </w:r>
            <w:proofErr w:type="spellStart"/>
            <w:r w:rsidRPr="0078123B">
              <w:rPr>
                <w:rFonts w:ascii="Calibri" w:hAnsi="Calibri"/>
                <w:sz w:val="12"/>
              </w:rPr>
              <w:t>Balık</w:t>
            </w:r>
            <w:proofErr w:type="spellEnd"/>
            <w:r w:rsidRPr="0078123B">
              <w:rPr>
                <w:rFonts w:ascii="Calibri" w:hAnsi="Calibri"/>
                <w:sz w:val="12"/>
              </w:rPr>
              <w:t xml:space="preserve"> </w:t>
            </w:r>
            <w:proofErr w:type="spellStart"/>
            <w:r w:rsidRPr="0078123B">
              <w:rPr>
                <w:rFonts w:ascii="Calibri" w:hAnsi="Calibri"/>
                <w:sz w:val="12"/>
              </w:rPr>
              <w:t>kılçığı</w:t>
            </w:r>
            <w:proofErr w:type="spellEnd"/>
            <w:r w:rsidRPr="0078123B">
              <w:rPr>
                <w:rFonts w:ascii="Calibri" w:hAnsi="Calibri"/>
                <w:sz w:val="12"/>
              </w:rPr>
              <w:t>,</w:t>
            </w:r>
            <w:r w:rsidRPr="0078123B">
              <w:rPr>
                <w:rFonts w:ascii="Calibri" w:hAnsi="Calibri"/>
                <w:sz w:val="12"/>
              </w:rPr>
              <w:br/>
            </w:r>
            <w:proofErr w:type="spellStart"/>
            <w:r w:rsidRPr="0078123B">
              <w:rPr>
                <w:rFonts w:ascii="Calibri" w:hAnsi="Calibri"/>
                <w:sz w:val="12"/>
              </w:rPr>
              <w:t>Bütüncül</w:t>
            </w:r>
            <w:proofErr w:type="spellEnd"/>
            <w:r w:rsidRPr="0078123B">
              <w:rPr>
                <w:rFonts w:ascii="Calibri" w:hAnsi="Calibri"/>
                <w:sz w:val="12"/>
              </w:rPr>
              <w:t xml:space="preserve"> </w:t>
            </w:r>
            <w:proofErr w:type="spellStart"/>
            <w:r w:rsidRPr="0078123B">
              <w:rPr>
                <w:rFonts w:ascii="Calibri" w:hAnsi="Calibri"/>
                <w:sz w:val="12"/>
              </w:rPr>
              <w:t>dereceli</w:t>
            </w:r>
            <w:proofErr w:type="spellEnd"/>
            <w:r w:rsidRPr="0078123B">
              <w:rPr>
                <w:rFonts w:ascii="Calibri" w:hAnsi="Calibri"/>
                <w:sz w:val="12"/>
              </w:rPr>
              <w:t xml:space="preserve"> </w:t>
            </w:r>
            <w:proofErr w:type="spellStart"/>
            <w:r w:rsidRPr="0078123B">
              <w:rPr>
                <w:rFonts w:ascii="Calibri" w:hAnsi="Calibri"/>
                <w:sz w:val="12"/>
              </w:rPr>
              <w:t>puanlama</w:t>
            </w:r>
            <w:proofErr w:type="spellEnd"/>
            <w:r w:rsidRPr="0078123B">
              <w:rPr>
                <w:rFonts w:ascii="Calibri" w:hAnsi="Calibri"/>
                <w:sz w:val="12"/>
              </w:rPr>
              <w:t xml:space="preserve"> </w:t>
            </w:r>
            <w:proofErr w:type="spellStart"/>
            <w:r w:rsidRPr="0078123B">
              <w:rPr>
                <w:rFonts w:ascii="Calibri" w:hAnsi="Calibri"/>
                <w:sz w:val="12"/>
              </w:rPr>
              <w:t>anahtarı</w:t>
            </w:r>
            <w:proofErr w:type="spellEnd"/>
            <w:r w:rsidRPr="0078123B">
              <w:rPr>
                <w:rFonts w:ascii="Calibri" w:hAnsi="Calibri"/>
                <w:sz w:val="12"/>
              </w:rPr>
              <w:t xml:space="preserve"> </w:t>
            </w:r>
            <w:proofErr w:type="spellStart"/>
            <w:r w:rsidRPr="0078123B">
              <w:rPr>
                <w:rFonts w:ascii="Calibri" w:hAnsi="Calibri"/>
                <w:sz w:val="12"/>
              </w:rPr>
              <w:t>ve</w:t>
            </w:r>
            <w:proofErr w:type="spellEnd"/>
            <w:r w:rsidRPr="0078123B">
              <w:rPr>
                <w:rFonts w:ascii="Calibri" w:hAnsi="Calibri"/>
                <w:sz w:val="12"/>
              </w:rPr>
              <w:t xml:space="preserve"> </w:t>
            </w:r>
            <w:r w:rsidRPr="0078123B">
              <w:rPr>
                <w:rFonts w:ascii="Calibri" w:hAnsi="Calibri"/>
                <w:sz w:val="12"/>
              </w:rPr>
              <w:br/>
            </w:r>
            <w:proofErr w:type="spellStart"/>
            <w:r w:rsidRPr="0078123B">
              <w:rPr>
                <w:rFonts w:ascii="Calibri" w:hAnsi="Calibri"/>
                <w:sz w:val="12"/>
              </w:rPr>
              <w:t>performans</w:t>
            </w:r>
            <w:proofErr w:type="spellEnd"/>
            <w:r w:rsidRPr="0078123B">
              <w:rPr>
                <w:rFonts w:ascii="Calibri" w:hAnsi="Calibri"/>
                <w:sz w:val="12"/>
              </w:rPr>
              <w:t xml:space="preserve"> </w:t>
            </w:r>
            <w:proofErr w:type="spellStart"/>
            <w:r w:rsidRPr="0078123B">
              <w:rPr>
                <w:rFonts w:ascii="Calibri" w:hAnsi="Calibri"/>
                <w:sz w:val="12"/>
              </w:rPr>
              <w:t>görevi</w:t>
            </w:r>
            <w:proofErr w:type="spellEnd"/>
          </w:p>
        </w:tc>
        <w:tc>
          <w:tcPr>
            <w:tcW w:w="1152" w:type="dxa"/>
            <w:shd w:val="clear" w:color="auto" w:fill="F8FAFC"/>
            <w:tcMar>
              <w:top w:w="20" w:type="dxa"/>
              <w:left w:w="20" w:type="dxa"/>
              <w:bottom w:w="20" w:type="dxa"/>
              <w:right w:w="20" w:type="dxa"/>
            </w:tcMar>
          </w:tcPr>
          <w:p w:rsidR="00EE39D7" w:rsidRPr="0078123B" w:rsidRDefault="00EE39D7" w:rsidP="008F4D09">
            <w:pPr>
              <w:spacing w:after="0" w:line="240" w:lineRule="auto"/>
            </w:pPr>
            <w:r w:rsidRPr="0078123B">
              <w:rPr>
                <w:rFonts w:ascii="Calibri" w:hAnsi="Calibri"/>
                <w:sz w:val="12"/>
              </w:rPr>
              <w:t xml:space="preserve">SDB2.1. </w:t>
            </w:r>
            <w:proofErr w:type="spellStart"/>
            <w:r w:rsidRPr="0078123B">
              <w:rPr>
                <w:rFonts w:ascii="Calibri" w:hAnsi="Calibri"/>
                <w:sz w:val="12"/>
              </w:rPr>
              <w:t>İletişim</w:t>
            </w:r>
            <w:proofErr w:type="spellEnd"/>
            <w:proofErr w:type="gramStart"/>
            <w:r w:rsidRPr="0078123B">
              <w:rPr>
                <w:rFonts w:ascii="Calibri" w:hAnsi="Calibri"/>
                <w:sz w:val="12"/>
              </w:rPr>
              <w:t>,</w:t>
            </w:r>
            <w:proofErr w:type="gramEnd"/>
            <w:r w:rsidRPr="0078123B">
              <w:rPr>
                <w:rFonts w:ascii="Calibri" w:hAnsi="Calibri"/>
                <w:sz w:val="12"/>
              </w:rPr>
              <w:br/>
              <w:t xml:space="preserve">SDB2.2. </w:t>
            </w:r>
            <w:proofErr w:type="spellStart"/>
            <w:r w:rsidRPr="0078123B">
              <w:rPr>
                <w:rFonts w:ascii="Calibri" w:hAnsi="Calibri"/>
                <w:sz w:val="12"/>
              </w:rPr>
              <w:t>İş</w:t>
            </w:r>
            <w:proofErr w:type="spellEnd"/>
            <w:r w:rsidRPr="0078123B">
              <w:rPr>
                <w:rFonts w:ascii="Calibri" w:hAnsi="Calibri"/>
                <w:sz w:val="12"/>
              </w:rPr>
              <w:t xml:space="preserve"> </w:t>
            </w:r>
            <w:proofErr w:type="spellStart"/>
            <w:r w:rsidRPr="0078123B">
              <w:rPr>
                <w:rFonts w:ascii="Calibri" w:hAnsi="Calibri"/>
                <w:sz w:val="12"/>
              </w:rPr>
              <w:t>Birliği</w:t>
            </w:r>
            <w:proofErr w:type="spellEnd"/>
            <w:r w:rsidRPr="0078123B">
              <w:rPr>
                <w:rFonts w:ascii="Calibri" w:hAnsi="Calibri"/>
                <w:sz w:val="12"/>
              </w:rPr>
              <w:t xml:space="preserve">, </w:t>
            </w:r>
            <w:r w:rsidRPr="0078123B">
              <w:rPr>
                <w:rFonts w:ascii="Calibri" w:hAnsi="Calibri"/>
                <w:sz w:val="12"/>
              </w:rPr>
              <w:br/>
              <w:t xml:space="preserve">SDB3.3. </w:t>
            </w:r>
            <w:proofErr w:type="spellStart"/>
            <w:r w:rsidRPr="0078123B">
              <w:rPr>
                <w:rFonts w:ascii="Calibri" w:hAnsi="Calibri"/>
                <w:sz w:val="12"/>
              </w:rPr>
              <w:t>Sorumlu</w:t>
            </w:r>
            <w:proofErr w:type="spellEnd"/>
            <w:r w:rsidRPr="0078123B">
              <w:rPr>
                <w:rFonts w:ascii="Calibri" w:hAnsi="Calibri"/>
                <w:sz w:val="12"/>
              </w:rPr>
              <w:t xml:space="preserve"> </w:t>
            </w:r>
            <w:proofErr w:type="spellStart"/>
            <w:r w:rsidRPr="0078123B">
              <w:rPr>
                <w:rFonts w:ascii="Calibri" w:hAnsi="Calibri"/>
                <w:sz w:val="12"/>
              </w:rPr>
              <w:t>Karar</w:t>
            </w:r>
            <w:proofErr w:type="spellEnd"/>
            <w:r w:rsidRPr="0078123B">
              <w:rPr>
                <w:rFonts w:ascii="Calibri" w:hAnsi="Calibri"/>
                <w:sz w:val="12"/>
              </w:rPr>
              <w:t xml:space="preserve"> </w:t>
            </w:r>
            <w:proofErr w:type="spellStart"/>
            <w:r w:rsidRPr="0078123B">
              <w:rPr>
                <w:rFonts w:ascii="Calibri" w:hAnsi="Calibri"/>
                <w:sz w:val="12"/>
              </w:rPr>
              <w:t>Verme</w:t>
            </w:r>
            <w:proofErr w:type="spellEnd"/>
          </w:p>
        </w:tc>
        <w:tc>
          <w:tcPr>
            <w:tcW w:w="1008" w:type="dxa"/>
            <w:shd w:val="clear" w:color="auto" w:fill="F8FAFC"/>
            <w:tcMar>
              <w:top w:w="20" w:type="dxa"/>
              <w:left w:w="20" w:type="dxa"/>
              <w:bottom w:w="20" w:type="dxa"/>
              <w:right w:w="20" w:type="dxa"/>
            </w:tcMar>
          </w:tcPr>
          <w:p w:rsidR="00EE39D7" w:rsidRPr="0078123B" w:rsidRDefault="00EE39D7" w:rsidP="008F4D09">
            <w:pPr>
              <w:spacing w:after="0" w:line="240" w:lineRule="auto"/>
            </w:pPr>
            <w:r w:rsidRPr="0078123B">
              <w:rPr>
                <w:rFonts w:ascii="Calibri" w:hAnsi="Calibri"/>
                <w:sz w:val="12"/>
              </w:rPr>
              <w:t xml:space="preserve">D5. </w:t>
            </w:r>
            <w:proofErr w:type="spellStart"/>
            <w:r w:rsidRPr="0078123B">
              <w:rPr>
                <w:rFonts w:ascii="Calibri" w:hAnsi="Calibri"/>
                <w:sz w:val="12"/>
              </w:rPr>
              <w:t>Duyarlılık</w:t>
            </w:r>
            <w:proofErr w:type="spellEnd"/>
            <w:proofErr w:type="gramStart"/>
            <w:r w:rsidRPr="0078123B">
              <w:rPr>
                <w:rFonts w:ascii="Calibri" w:hAnsi="Calibri"/>
                <w:sz w:val="12"/>
              </w:rPr>
              <w:t>,</w:t>
            </w:r>
            <w:proofErr w:type="gramEnd"/>
            <w:r w:rsidRPr="0078123B">
              <w:rPr>
                <w:rFonts w:ascii="Calibri" w:hAnsi="Calibri"/>
                <w:sz w:val="12"/>
              </w:rPr>
              <w:br/>
              <w:t xml:space="preserve">D18. </w:t>
            </w:r>
            <w:proofErr w:type="spellStart"/>
            <w:r w:rsidRPr="0078123B">
              <w:rPr>
                <w:rFonts w:ascii="Calibri" w:hAnsi="Calibri"/>
                <w:sz w:val="12"/>
              </w:rPr>
              <w:t>Temizlik</w:t>
            </w:r>
            <w:proofErr w:type="spellEnd"/>
            <w:proofErr w:type="gramStart"/>
            <w:r w:rsidRPr="0078123B">
              <w:rPr>
                <w:rFonts w:ascii="Calibri" w:hAnsi="Calibri"/>
                <w:sz w:val="12"/>
              </w:rPr>
              <w:t>,</w:t>
            </w:r>
            <w:proofErr w:type="gramEnd"/>
            <w:r w:rsidRPr="0078123B">
              <w:rPr>
                <w:rFonts w:ascii="Calibri" w:hAnsi="Calibri"/>
                <w:sz w:val="12"/>
              </w:rPr>
              <w:br/>
              <w:t xml:space="preserve">D19. </w:t>
            </w:r>
            <w:proofErr w:type="spellStart"/>
            <w:r w:rsidRPr="0078123B">
              <w:rPr>
                <w:rFonts w:ascii="Calibri" w:hAnsi="Calibri"/>
                <w:sz w:val="12"/>
              </w:rPr>
              <w:t>Vatanseverlik</w:t>
            </w:r>
            <w:proofErr w:type="spellEnd"/>
          </w:p>
        </w:tc>
        <w:tc>
          <w:tcPr>
            <w:tcW w:w="1152" w:type="dxa"/>
            <w:shd w:val="clear" w:color="auto" w:fill="F8FAFC"/>
            <w:tcMar>
              <w:top w:w="20" w:type="dxa"/>
              <w:left w:w="20" w:type="dxa"/>
              <w:bottom w:w="20" w:type="dxa"/>
              <w:right w:w="20" w:type="dxa"/>
            </w:tcMar>
          </w:tcPr>
          <w:p w:rsidR="00EE39D7" w:rsidRPr="0078123B" w:rsidRDefault="00EE39D7" w:rsidP="008F4D09">
            <w:pPr>
              <w:spacing w:after="0" w:line="240" w:lineRule="auto"/>
            </w:pPr>
            <w:r w:rsidRPr="0078123B">
              <w:rPr>
                <w:rFonts w:ascii="Calibri" w:hAnsi="Calibri"/>
                <w:sz w:val="12"/>
              </w:rPr>
              <w:t xml:space="preserve">OB1. </w:t>
            </w:r>
            <w:proofErr w:type="spellStart"/>
            <w:r w:rsidRPr="0078123B">
              <w:rPr>
                <w:rFonts w:ascii="Calibri" w:hAnsi="Calibri"/>
                <w:sz w:val="12"/>
              </w:rPr>
              <w:t>Bilgi</w:t>
            </w:r>
            <w:proofErr w:type="spellEnd"/>
            <w:r w:rsidRPr="0078123B">
              <w:rPr>
                <w:rFonts w:ascii="Calibri" w:hAnsi="Calibri"/>
                <w:sz w:val="12"/>
              </w:rPr>
              <w:t xml:space="preserve"> </w:t>
            </w:r>
            <w:proofErr w:type="spellStart"/>
            <w:r w:rsidRPr="0078123B">
              <w:rPr>
                <w:rFonts w:ascii="Calibri" w:hAnsi="Calibri"/>
                <w:sz w:val="12"/>
              </w:rPr>
              <w:t>Okuryazarlığı</w:t>
            </w:r>
            <w:proofErr w:type="spellEnd"/>
            <w:r w:rsidRPr="0078123B">
              <w:rPr>
                <w:rFonts w:ascii="Calibri" w:hAnsi="Calibri"/>
                <w:sz w:val="12"/>
              </w:rPr>
              <w:t xml:space="preserve">, </w:t>
            </w:r>
            <w:r w:rsidRPr="0078123B">
              <w:rPr>
                <w:rFonts w:ascii="Calibri" w:hAnsi="Calibri"/>
                <w:sz w:val="12"/>
              </w:rPr>
              <w:br/>
              <w:t xml:space="preserve">OB2. </w:t>
            </w:r>
            <w:proofErr w:type="spellStart"/>
            <w:r w:rsidRPr="0078123B">
              <w:rPr>
                <w:rFonts w:ascii="Calibri" w:hAnsi="Calibri"/>
                <w:sz w:val="12"/>
              </w:rPr>
              <w:t>Dijital</w:t>
            </w:r>
            <w:proofErr w:type="spellEnd"/>
            <w:r w:rsidRPr="0078123B">
              <w:rPr>
                <w:rFonts w:ascii="Calibri" w:hAnsi="Calibri"/>
                <w:sz w:val="12"/>
              </w:rPr>
              <w:t xml:space="preserve"> </w:t>
            </w:r>
            <w:proofErr w:type="spellStart"/>
            <w:r w:rsidRPr="0078123B">
              <w:rPr>
                <w:rFonts w:ascii="Calibri" w:hAnsi="Calibri"/>
                <w:sz w:val="12"/>
              </w:rPr>
              <w:t>Okuryazarlık</w:t>
            </w:r>
            <w:proofErr w:type="spellEnd"/>
            <w:proofErr w:type="gramStart"/>
            <w:r w:rsidRPr="0078123B">
              <w:rPr>
                <w:rFonts w:ascii="Calibri" w:hAnsi="Calibri"/>
                <w:sz w:val="12"/>
              </w:rPr>
              <w:t>,</w:t>
            </w:r>
            <w:proofErr w:type="gramEnd"/>
            <w:r w:rsidRPr="0078123B">
              <w:rPr>
                <w:rFonts w:ascii="Calibri" w:hAnsi="Calibri"/>
                <w:sz w:val="12"/>
              </w:rPr>
              <w:br/>
              <w:t xml:space="preserve">OB4. </w:t>
            </w:r>
            <w:proofErr w:type="spellStart"/>
            <w:r w:rsidRPr="0078123B">
              <w:rPr>
                <w:rFonts w:ascii="Calibri" w:hAnsi="Calibri"/>
                <w:sz w:val="12"/>
              </w:rPr>
              <w:t>Görsel</w:t>
            </w:r>
            <w:proofErr w:type="spellEnd"/>
            <w:r w:rsidRPr="0078123B">
              <w:rPr>
                <w:rFonts w:ascii="Calibri" w:hAnsi="Calibri"/>
                <w:sz w:val="12"/>
              </w:rPr>
              <w:t xml:space="preserve"> </w:t>
            </w:r>
            <w:proofErr w:type="spellStart"/>
            <w:r w:rsidRPr="0078123B">
              <w:rPr>
                <w:rFonts w:ascii="Calibri" w:hAnsi="Calibri"/>
                <w:sz w:val="12"/>
              </w:rPr>
              <w:t>Okuryazarlık</w:t>
            </w:r>
            <w:proofErr w:type="spellEnd"/>
            <w:proofErr w:type="gramStart"/>
            <w:r w:rsidRPr="0078123B">
              <w:rPr>
                <w:rFonts w:ascii="Calibri" w:hAnsi="Calibri"/>
                <w:sz w:val="12"/>
              </w:rPr>
              <w:t>,</w:t>
            </w:r>
            <w:proofErr w:type="gramEnd"/>
            <w:r w:rsidRPr="0078123B">
              <w:rPr>
                <w:rFonts w:ascii="Calibri" w:hAnsi="Calibri"/>
                <w:sz w:val="12"/>
              </w:rPr>
              <w:br/>
              <w:t xml:space="preserve">OB8. </w:t>
            </w:r>
            <w:proofErr w:type="spellStart"/>
            <w:r w:rsidRPr="0078123B">
              <w:rPr>
                <w:rFonts w:ascii="Calibri" w:hAnsi="Calibri"/>
                <w:sz w:val="12"/>
              </w:rPr>
              <w:t>Sürdürülebilirlik</w:t>
            </w:r>
            <w:proofErr w:type="spellEnd"/>
            <w:r w:rsidRPr="0078123B">
              <w:rPr>
                <w:rFonts w:ascii="Calibri" w:hAnsi="Calibri"/>
                <w:sz w:val="12"/>
              </w:rPr>
              <w:t xml:space="preserve"> </w:t>
            </w:r>
            <w:proofErr w:type="spellStart"/>
            <w:r w:rsidRPr="0078123B">
              <w:rPr>
                <w:rFonts w:ascii="Calibri" w:hAnsi="Calibri"/>
                <w:sz w:val="12"/>
              </w:rPr>
              <w:t>Okuryazarlığı</w:t>
            </w:r>
            <w:proofErr w:type="spellEnd"/>
          </w:p>
        </w:tc>
        <w:tc>
          <w:tcPr>
            <w:tcW w:w="1008" w:type="dxa"/>
            <w:gridSpan w:val="2"/>
            <w:shd w:val="clear" w:color="auto" w:fill="F8FAFC"/>
            <w:tcMar>
              <w:top w:w="20" w:type="dxa"/>
              <w:left w:w="20" w:type="dxa"/>
              <w:bottom w:w="20" w:type="dxa"/>
              <w:right w:w="20" w:type="dxa"/>
            </w:tcMar>
          </w:tcPr>
          <w:p w:rsidR="00EE39D7" w:rsidRPr="00EE39D7" w:rsidRDefault="00EE39D7" w:rsidP="004F40CF">
            <w:pPr>
              <w:spacing w:after="0" w:line="240" w:lineRule="auto"/>
              <w:rPr>
                <w:rFonts w:asciiTheme="majorHAnsi" w:hAnsiTheme="majorHAnsi"/>
                <w:sz w:val="14"/>
                <w:szCs w:val="14"/>
              </w:rPr>
            </w:pPr>
            <w:proofErr w:type="spellStart"/>
            <w:r w:rsidRPr="00EE39D7">
              <w:rPr>
                <w:rFonts w:asciiTheme="majorHAnsi" w:hAnsiTheme="majorHAnsi"/>
                <w:sz w:val="14"/>
                <w:szCs w:val="14"/>
              </w:rPr>
              <w:t>Atatürk</w:t>
            </w:r>
            <w:proofErr w:type="spellEnd"/>
            <w:r w:rsidRPr="00EE39D7">
              <w:rPr>
                <w:rFonts w:asciiTheme="majorHAnsi" w:hAnsiTheme="majorHAnsi"/>
                <w:sz w:val="14"/>
                <w:szCs w:val="14"/>
              </w:rPr>
              <w:t xml:space="preserve"> </w:t>
            </w:r>
            <w:proofErr w:type="spellStart"/>
            <w:r w:rsidRPr="00EE39D7">
              <w:rPr>
                <w:rFonts w:asciiTheme="majorHAnsi" w:hAnsiTheme="majorHAnsi"/>
                <w:sz w:val="14"/>
                <w:szCs w:val="14"/>
              </w:rPr>
              <w:t>Haftası</w:t>
            </w:r>
            <w:proofErr w:type="spellEnd"/>
            <w:r w:rsidRPr="00EE39D7">
              <w:rPr>
                <w:rFonts w:asciiTheme="majorHAnsi" w:hAnsiTheme="majorHAnsi"/>
                <w:sz w:val="14"/>
                <w:szCs w:val="14"/>
              </w:rPr>
              <w:t xml:space="preserve"> (10-16</w:t>
            </w:r>
            <w:r>
              <w:rPr>
                <w:rFonts w:asciiTheme="majorHAnsi" w:hAnsiTheme="majorHAnsi"/>
                <w:sz w:val="14"/>
                <w:szCs w:val="14"/>
              </w:rPr>
              <w:t xml:space="preserve"> </w:t>
            </w:r>
            <w:proofErr w:type="spellStart"/>
            <w:r w:rsidRPr="00EE39D7">
              <w:rPr>
                <w:rFonts w:asciiTheme="majorHAnsi" w:hAnsiTheme="majorHAnsi"/>
                <w:sz w:val="14"/>
                <w:szCs w:val="14"/>
              </w:rPr>
              <w:t>Kasım</w:t>
            </w:r>
            <w:proofErr w:type="spellEnd"/>
            <w:r w:rsidRPr="00EE39D7">
              <w:rPr>
                <w:rFonts w:asciiTheme="majorHAnsi" w:hAnsiTheme="majorHAnsi"/>
                <w:sz w:val="14"/>
                <w:szCs w:val="14"/>
              </w:rPr>
              <w:t>)</w:t>
            </w:r>
          </w:p>
        </w:tc>
        <w:tc>
          <w:tcPr>
            <w:tcW w:w="1298" w:type="dxa"/>
            <w:shd w:val="clear" w:color="auto" w:fill="F8FAFC"/>
            <w:tcMar>
              <w:top w:w="20" w:type="dxa"/>
              <w:left w:w="20" w:type="dxa"/>
              <w:bottom w:w="20" w:type="dxa"/>
              <w:right w:w="20" w:type="dxa"/>
            </w:tcMar>
          </w:tcPr>
          <w:p w:rsidR="00EE39D7" w:rsidRPr="0078123B" w:rsidRDefault="00EE39D7" w:rsidP="004F40CF">
            <w:pPr>
              <w:spacing w:after="0" w:line="240" w:lineRule="auto"/>
            </w:pPr>
          </w:p>
        </w:tc>
        <w:tc>
          <w:tcPr>
            <w:tcW w:w="1224" w:type="dxa"/>
            <w:shd w:val="clear" w:color="auto" w:fill="F8FAFC"/>
            <w:tcMar>
              <w:top w:w="20" w:type="dxa"/>
              <w:left w:w="20" w:type="dxa"/>
              <w:bottom w:w="20" w:type="dxa"/>
              <w:right w:w="20" w:type="dxa"/>
            </w:tcMar>
          </w:tcPr>
          <w:p w:rsidR="00EE39D7" w:rsidRPr="0078123B" w:rsidRDefault="00EE39D7" w:rsidP="004F40CF">
            <w:pPr>
              <w:spacing w:after="0" w:line="240" w:lineRule="auto"/>
            </w:pPr>
          </w:p>
        </w:tc>
      </w:tr>
      <w:tr w:rsidR="00E233E6" w:rsidRPr="0078123B" w:rsidTr="00E33EC4">
        <w:tblPrEx>
          <w:tblCellMar>
            <w:left w:w="108" w:type="dxa"/>
            <w:right w:w="108" w:type="dxa"/>
          </w:tblCellMar>
          <w:tblLook w:val="04A0"/>
        </w:tblPrEx>
        <w:trPr>
          <w:gridAfter w:val="1"/>
          <w:wAfter w:w="10" w:type="dxa"/>
          <w:jc w:val="center"/>
        </w:trPr>
        <w:tc>
          <w:tcPr>
            <w:tcW w:w="792" w:type="dxa"/>
            <w:shd w:val="clear" w:color="auto" w:fill="FFFFFF"/>
            <w:tcMar>
              <w:top w:w="20" w:type="dxa"/>
              <w:left w:w="20" w:type="dxa"/>
              <w:bottom w:w="20" w:type="dxa"/>
              <w:right w:w="20" w:type="dxa"/>
            </w:tcMar>
          </w:tcPr>
          <w:p w:rsidR="00E233E6" w:rsidRPr="0078123B" w:rsidRDefault="00E233E6" w:rsidP="004F40CF">
            <w:pPr>
              <w:spacing w:after="0" w:line="240" w:lineRule="auto"/>
              <w:jc w:val="center"/>
            </w:pPr>
            <w:r>
              <w:rPr>
                <w:rFonts w:ascii="Calibri" w:hAnsi="Calibri"/>
                <w:sz w:val="12"/>
              </w:rPr>
              <w:t>KASIM</w:t>
            </w:r>
          </w:p>
        </w:tc>
        <w:tc>
          <w:tcPr>
            <w:tcW w:w="15274" w:type="dxa"/>
            <w:gridSpan w:val="16"/>
            <w:shd w:val="clear" w:color="auto" w:fill="CCFF99"/>
            <w:tcMar>
              <w:top w:w="20" w:type="dxa"/>
              <w:left w:w="20" w:type="dxa"/>
              <w:bottom w:w="20" w:type="dxa"/>
              <w:right w:w="20" w:type="dxa"/>
            </w:tcMar>
          </w:tcPr>
          <w:p w:rsidR="00E233E6" w:rsidRPr="0063089C" w:rsidRDefault="00E233E6" w:rsidP="00E233E6">
            <w:pPr>
              <w:spacing w:after="0" w:line="240" w:lineRule="auto"/>
              <w:jc w:val="center"/>
              <w:rPr>
                <w:rFonts w:asciiTheme="majorHAnsi" w:hAnsiTheme="majorHAnsi"/>
                <w:b/>
                <w:sz w:val="16"/>
                <w:szCs w:val="16"/>
              </w:rPr>
            </w:pPr>
            <w:r w:rsidRPr="0063089C">
              <w:rPr>
                <w:rFonts w:asciiTheme="majorHAnsi" w:hAnsiTheme="majorHAnsi"/>
                <w:b/>
                <w:sz w:val="16"/>
                <w:szCs w:val="16"/>
              </w:rPr>
              <w:t xml:space="preserve">1.  DÖNEM ARA TATİLİ: 16-20 </w:t>
            </w:r>
            <w:proofErr w:type="spellStart"/>
            <w:r w:rsidRPr="0063089C">
              <w:rPr>
                <w:rFonts w:asciiTheme="majorHAnsi" w:hAnsiTheme="majorHAnsi"/>
                <w:b/>
                <w:sz w:val="16"/>
                <w:szCs w:val="16"/>
              </w:rPr>
              <w:t>Kasım</w:t>
            </w:r>
            <w:proofErr w:type="spellEnd"/>
            <w:r w:rsidRPr="0063089C">
              <w:rPr>
                <w:rFonts w:asciiTheme="majorHAnsi" w:hAnsiTheme="majorHAnsi"/>
                <w:b/>
                <w:sz w:val="16"/>
                <w:szCs w:val="16"/>
              </w:rPr>
              <w:t xml:space="preserve"> 2026</w:t>
            </w:r>
          </w:p>
        </w:tc>
      </w:tr>
      <w:tr w:rsidR="00571D04" w:rsidRPr="0078123B" w:rsidTr="008E6D36">
        <w:tblPrEx>
          <w:tblCellMar>
            <w:left w:w="108" w:type="dxa"/>
            <w:right w:w="108" w:type="dxa"/>
          </w:tblCellMar>
          <w:tblLook w:val="04A0"/>
        </w:tblPrEx>
        <w:trPr>
          <w:gridAfter w:val="1"/>
          <w:wAfter w:w="10" w:type="dxa"/>
          <w:jc w:val="center"/>
        </w:trPr>
        <w:tc>
          <w:tcPr>
            <w:tcW w:w="792" w:type="dxa"/>
            <w:shd w:val="clear" w:color="auto" w:fill="F8FAFC"/>
            <w:tcMar>
              <w:top w:w="20" w:type="dxa"/>
              <w:left w:w="20" w:type="dxa"/>
              <w:bottom w:w="20" w:type="dxa"/>
              <w:right w:w="20" w:type="dxa"/>
            </w:tcMar>
          </w:tcPr>
          <w:p w:rsidR="00571D04" w:rsidRPr="0078123B" w:rsidRDefault="00571D04" w:rsidP="004F40CF">
            <w:pPr>
              <w:spacing w:after="0" w:line="240" w:lineRule="auto"/>
              <w:jc w:val="center"/>
            </w:pPr>
            <w:r w:rsidRPr="0078123B">
              <w:rPr>
                <w:rFonts w:ascii="Calibri" w:hAnsi="Calibri"/>
                <w:sz w:val="12"/>
              </w:rPr>
              <w:t>KASIM</w:t>
            </w:r>
          </w:p>
        </w:tc>
        <w:tc>
          <w:tcPr>
            <w:tcW w:w="1008" w:type="dxa"/>
            <w:shd w:val="clear" w:color="auto" w:fill="F8FAFC"/>
            <w:tcMar>
              <w:top w:w="20" w:type="dxa"/>
              <w:left w:w="20" w:type="dxa"/>
              <w:bottom w:w="20" w:type="dxa"/>
              <w:right w:w="20" w:type="dxa"/>
            </w:tcMar>
          </w:tcPr>
          <w:p w:rsidR="00571D04" w:rsidRPr="0078123B" w:rsidRDefault="00571D04" w:rsidP="005F39F6">
            <w:pPr>
              <w:spacing w:after="0" w:line="240" w:lineRule="auto"/>
              <w:jc w:val="center"/>
            </w:pPr>
            <w:r>
              <w:rPr>
                <w:rFonts w:ascii="Calibri" w:hAnsi="Calibri"/>
                <w:sz w:val="12"/>
              </w:rPr>
              <w:t>10</w:t>
            </w:r>
            <w:r w:rsidRPr="0078123B">
              <w:rPr>
                <w:rFonts w:ascii="Calibri" w:hAnsi="Calibri"/>
                <w:sz w:val="12"/>
              </w:rPr>
              <w:t xml:space="preserve">. </w:t>
            </w:r>
            <w:proofErr w:type="spellStart"/>
            <w:r w:rsidRPr="0078123B">
              <w:rPr>
                <w:rFonts w:ascii="Calibri" w:hAnsi="Calibri"/>
                <w:sz w:val="12"/>
              </w:rPr>
              <w:t>Hafta</w:t>
            </w:r>
            <w:proofErr w:type="spellEnd"/>
            <w:r w:rsidRPr="0078123B">
              <w:rPr>
                <w:rFonts w:ascii="Calibri" w:hAnsi="Calibri"/>
                <w:sz w:val="12"/>
              </w:rPr>
              <w:t>:</w:t>
            </w:r>
            <w:r w:rsidRPr="0078123B">
              <w:rPr>
                <w:rFonts w:ascii="Calibri" w:hAnsi="Calibri"/>
                <w:sz w:val="12"/>
              </w:rPr>
              <w:br/>
              <w:t xml:space="preserve"> 23-27 </w:t>
            </w:r>
            <w:proofErr w:type="spellStart"/>
            <w:r w:rsidRPr="0078123B">
              <w:rPr>
                <w:rFonts w:ascii="Calibri" w:hAnsi="Calibri"/>
                <w:sz w:val="12"/>
              </w:rPr>
              <w:t>Kasım</w:t>
            </w:r>
            <w:proofErr w:type="spellEnd"/>
          </w:p>
        </w:tc>
        <w:tc>
          <w:tcPr>
            <w:tcW w:w="652" w:type="dxa"/>
            <w:shd w:val="clear" w:color="auto" w:fill="F8FAFC"/>
            <w:tcMar>
              <w:top w:w="20" w:type="dxa"/>
              <w:left w:w="20" w:type="dxa"/>
              <w:bottom w:w="20" w:type="dxa"/>
              <w:right w:w="20" w:type="dxa"/>
            </w:tcMar>
          </w:tcPr>
          <w:p w:rsidR="00571D04" w:rsidRPr="0078123B" w:rsidRDefault="00571D04" w:rsidP="004F40CF">
            <w:pPr>
              <w:spacing w:after="0" w:line="240" w:lineRule="auto"/>
              <w:jc w:val="center"/>
            </w:pPr>
            <w:r w:rsidRPr="0078123B">
              <w:rPr>
                <w:rFonts w:ascii="Calibri" w:hAnsi="Calibri"/>
                <w:sz w:val="12"/>
              </w:rPr>
              <w:t>2+(1)*</w:t>
            </w:r>
          </w:p>
        </w:tc>
        <w:tc>
          <w:tcPr>
            <w:tcW w:w="1152" w:type="dxa"/>
            <w:shd w:val="clear" w:color="auto" w:fill="F8FAFC"/>
            <w:tcMar>
              <w:top w:w="20" w:type="dxa"/>
              <w:left w:w="20" w:type="dxa"/>
              <w:bottom w:w="20" w:type="dxa"/>
              <w:right w:w="20" w:type="dxa"/>
            </w:tcMar>
          </w:tcPr>
          <w:p w:rsidR="00571D04" w:rsidRPr="0078123B" w:rsidRDefault="00571D04" w:rsidP="004F40CF">
            <w:pPr>
              <w:spacing w:after="0" w:line="240" w:lineRule="auto"/>
            </w:pPr>
            <w:r w:rsidRPr="0078123B">
              <w:rPr>
                <w:rFonts w:ascii="Calibri" w:hAnsi="Calibri"/>
                <w:sz w:val="12"/>
              </w:rPr>
              <w:t>EVİMİZ DÜNYA</w:t>
            </w:r>
          </w:p>
        </w:tc>
        <w:tc>
          <w:tcPr>
            <w:tcW w:w="1224" w:type="dxa"/>
            <w:shd w:val="clear" w:color="auto" w:fill="F8FAFC"/>
            <w:tcMar>
              <w:top w:w="20" w:type="dxa"/>
              <w:left w:w="20" w:type="dxa"/>
              <w:bottom w:w="20" w:type="dxa"/>
              <w:right w:w="20" w:type="dxa"/>
            </w:tcMar>
          </w:tcPr>
          <w:p w:rsidR="00571D04" w:rsidRPr="0078123B" w:rsidRDefault="00571D04" w:rsidP="008F4D09">
            <w:pPr>
              <w:spacing w:after="0" w:line="240" w:lineRule="auto"/>
            </w:pPr>
            <w:proofErr w:type="spellStart"/>
            <w:r w:rsidRPr="0078123B">
              <w:rPr>
                <w:rFonts w:ascii="Calibri" w:hAnsi="Calibri"/>
                <w:sz w:val="12"/>
              </w:rPr>
              <w:t>Yaşadığı</w:t>
            </w:r>
            <w:proofErr w:type="spellEnd"/>
            <w:r w:rsidRPr="0078123B">
              <w:rPr>
                <w:rFonts w:ascii="Calibri" w:hAnsi="Calibri"/>
                <w:sz w:val="12"/>
              </w:rPr>
              <w:t xml:space="preserve"> </w:t>
            </w:r>
            <w:proofErr w:type="spellStart"/>
            <w:r w:rsidRPr="0078123B">
              <w:rPr>
                <w:rFonts w:ascii="Calibri" w:hAnsi="Calibri"/>
                <w:sz w:val="12"/>
              </w:rPr>
              <w:t>İlde</w:t>
            </w:r>
            <w:proofErr w:type="spellEnd"/>
            <w:r w:rsidRPr="0078123B">
              <w:rPr>
                <w:rFonts w:ascii="Calibri" w:hAnsi="Calibri"/>
                <w:sz w:val="12"/>
              </w:rPr>
              <w:t xml:space="preserve"> </w:t>
            </w:r>
            <w:proofErr w:type="spellStart"/>
            <w:r w:rsidRPr="0078123B">
              <w:rPr>
                <w:rFonts w:ascii="Calibri" w:hAnsi="Calibri"/>
                <w:sz w:val="12"/>
              </w:rPr>
              <w:t>Meydana</w:t>
            </w:r>
            <w:proofErr w:type="spellEnd"/>
            <w:r w:rsidRPr="0078123B">
              <w:rPr>
                <w:rFonts w:ascii="Calibri" w:hAnsi="Calibri"/>
                <w:sz w:val="12"/>
              </w:rPr>
              <w:t xml:space="preserve"> </w:t>
            </w:r>
            <w:proofErr w:type="spellStart"/>
            <w:r w:rsidRPr="0078123B">
              <w:rPr>
                <w:rFonts w:ascii="Calibri" w:hAnsi="Calibri"/>
                <w:sz w:val="12"/>
              </w:rPr>
              <w:t>Gelebilecek</w:t>
            </w:r>
            <w:proofErr w:type="spellEnd"/>
            <w:r w:rsidRPr="0078123B">
              <w:rPr>
                <w:rFonts w:ascii="Calibri" w:hAnsi="Calibri"/>
                <w:sz w:val="12"/>
              </w:rPr>
              <w:t xml:space="preserve"> </w:t>
            </w:r>
            <w:proofErr w:type="spellStart"/>
            <w:r w:rsidRPr="0078123B">
              <w:rPr>
                <w:rFonts w:ascii="Calibri" w:hAnsi="Calibri"/>
                <w:sz w:val="12"/>
              </w:rPr>
              <w:t>Afetlerin</w:t>
            </w:r>
            <w:proofErr w:type="spellEnd"/>
            <w:r w:rsidRPr="0078123B">
              <w:rPr>
                <w:rFonts w:ascii="Calibri" w:hAnsi="Calibri"/>
                <w:sz w:val="12"/>
              </w:rPr>
              <w:t xml:space="preserve"> </w:t>
            </w:r>
            <w:proofErr w:type="spellStart"/>
            <w:r w:rsidRPr="0078123B">
              <w:rPr>
                <w:rFonts w:ascii="Calibri" w:hAnsi="Calibri"/>
                <w:sz w:val="12"/>
              </w:rPr>
              <w:t>Etkileri</w:t>
            </w:r>
            <w:proofErr w:type="spellEnd"/>
          </w:p>
        </w:tc>
        <w:tc>
          <w:tcPr>
            <w:tcW w:w="1512" w:type="dxa"/>
            <w:gridSpan w:val="2"/>
            <w:shd w:val="clear" w:color="auto" w:fill="F8FAFC"/>
            <w:tcMar>
              <w:top w:w="20" w:type="dxa"/>
              <w:left w:w="20" w:type="dxa"/>
              <w:bottom w:w="20" w:type="dxa"/>
              <w:right w:w="20" w:type="dxa"/>
            </w:tcMar>
          </w:tcPr>
          <w:p w:rsidR="00571D04" w:rsidRPr="0078123B" w:rsidRDefault="00571D04" w:rsidP="008F4D09">
            <w:pPr>
              <w:spacing w:after="0" w:line="240" w:lineRule="auto"/>
            </w:pPr>
            <w:r w:rsidRPr="0078123B">
              <w:rPr>
                <w:rFonts w:ascii="Calibri" w:hAnsi="Calibri"/>
                <w:sz w:val="12"/>
              </w:rPr>
              <w:t xml:space="preserve">SB.5.2.3.Yaşadığı </w:t>
            </w:r>
            <w:proofErr w:type="spellStart"/>
            <w:r w:rsidRPr="0078123B">
              <w:rPr>
                <w:rFonts w:ascii="Calibri" w:hAnsi="Calibri"/>
                <w:sz w:val="12"/>
              </w:rPr>
              <w:t>ilde</w:t>
            </w:r>
            <w:proofErr w:type="spellEnd"/>
            <w:r w:rsidRPr="0078123B">
              <w:rPr>
                <w:rFonts w:ascii="Calibri" w:hAnsi="Calibri"/>
                <w:sz w:val="12"/>
              </w:rPr>
              <w:t xml:space="preserve"> </w:t>
            </w:r>
            <w:proofErr w:type="spellStart"/>
            <w:r w:rsidRPr="0078123B">
              <w:rPr>
                <w:rFonts w:ascii="Calibri" w:hAnsi="Calibri"/>
                <w:sz w:val="12"/>
              </w:rPr>
              <w:t>meydana</w:t>
            </w:r>
            <w:proofErr w:type="spellEnd"/>
            <w:r w:rsidRPr="0078123B">
              <w:rPr>
                <w:rFonts w:ascii="Calibri" w:hAnsi="Calibri"/>
                <w:sz w:val="12"/>
              </w:rPr>
              <w:t xml:space="preserve"> </w:t>
            </w:r>
            <w:proofErr w:type="spellStart"/>
            <w:r w:rsidRPr="0078123B">
              <w:rPr>
                <w:rFonts w:ascii="Calibri" w:hAnsi="Calibri"/>
                <w:sz w:val="12"/>
              </w:rPr>
              <w:t>gelebilecek</w:t>
            </w:r>
            <w:proofErr w:type="spellEnd"/>
            <w:r w:rsidRPr="0078123B">
              <w:rPr>
                <w:rFonts w:ascii="Calibri" w:hAnsi="Calibri"/>
                <w:sz w:val="12"/>
              </w:rPr>
              <w:t xml:space="preserve"> </w:t>
            </w:r>
            <w:proofErr w:type="spellStart"/>
            <w:r w:rsidRPr="0078123B">
              <w:rPr>
                <w:rFonts w:ascii="Calibri" w:hAnsi="Calibri"/>
                <w:sz w:val="12"/>
              </w:rPr>
              <w:t>afetlerin</w:t>
            </w:r>
            <w:proofErr w:type="spellEnd"/>
            <w:r w:rsidRPr="0078123B">
              <w:rPr>
                <w:rFonts w:ascii="Calibri" w:hAnsi="Calibri"/>
                <w:sz w:val="12"/>
              </w:rPr>
              <w:t xml:space="preserve"> </w:t>
            </w:r>
            <w:proofErr w:type="spellStart"/>
            <w:r w:rsidRPr="0078123B">
              <w:rPr>
                <w:rFonts w:ascii="Calibri" w:hAnsi="Calibri"/>
                <w:sz w:val="12"/>
              </w:rPr>
              <w:t>etki</w:t>
            </w:r>
            <w:r>
              <w:rPr>
                <w:rFonts w:ascii="Calibri" w:hAnsi="Calibri"/>
                <w:sz w:val="12"/>
              </w:rPr>
              <w:t>lerini</w:t>
            </w:r>
            <w:proofErr w:type="spellEnd"/>
            <w:r>
              <w:rPr>
                <w:rFonts w:ascii="Calibri" w:hAnsi="Calibri"/>
                <w:sz w:val="12"/>
              </w:rPr>
              <w:t xml:space="preserve"> </w:t>
            </w:r>
            <w:proofErr w:type="spellStart"/>
            <w:r>
              <w:rPr>
                <w:rFonts w:ascii="Calibri" w:hAnsi="Calibri"/>
                <w:sz w:val="12"/>
              </w:rPr>
              <w:t>azaltmaya</w:t>
            </w:r>
            <w:proofErr w:type="spellEnd"/>
            <w:r>
              <w:rPr>
                <w:rFonts w:ascii="Calibri" w:hAnsi="Calibri"/>
                <w:sz w:val="12"/>
              </w:rPr>
              <w:t xml:space="preserve"> </w:t>
            </w:r>
            <w:proofErr w:type="spellStart"/>
            <w:r>
              <w:rPr>
                <w:rFonts w:ascii="Calibri" w:hAnsi="Calibri"/>
                <w:sz w:val="12"/>
              </w:rPr>
              <w:t>yönelik</w:t>
            </w:r>
            <w:proofErr w:type="spellEnd"/>
            <w:r>
              <w:rPr>
                <w:rFonts w:ascii="Calibri" w:hAnsi="Calibri"/>
                <w:sz w:val="12"/>
              </w:rPr>
              <w:t xml:space="preserve"> </w:t>
            </w:r>
            <w:proofErr w:type="spellStart"/>
            <w:r>
              <w:rPr>
                <w:rFonts w:ascii="Calibri" w:hAnsi="Calibri"/>
                <w:sz w:val="12"/>
              </w:rPr>
              <w:t>farkın</w:t>
            </w:r>
            <w:r w:rsidRPr="0078123B">
              <w:rPr>
                <w:rFonts w:ascii="Calibri" w:hAnsi="Calibri"/>
                <w:sz w:val="12"/>
              </w:rPr>
              <w:t>dalık</w:t>
            </w:r>
            <w:proofErr w:type="spellEnd"/>
            <w:r w:rsidRPr="0078123B">
              <w:rPr>
                <w:rFonts w:ascii="Calibri" w:hAnsi="Calibri"/>
                <w:sz w:val="12"/>
              </w:rPr>
              <w:t xml:space="preserve"> </w:t>
            </w:r>
            <w:proofErr w:type="spellStart"/>
            <w:r w:rsidRPr="0078123B">
              <w:rPr>
                <w:rFonts w:ascii="Calibri" w:hAnsi="Calibri"/>
                <w:sz w:val="12"/>
              </w:rPr>
              <w:t>etkinliği</w:t>
            </w:r>
            <w:proofErr w:type="spellEnd"/>
            <w:r w:rsidRPr="0078123B">
              <w:rPr>
                <w:rFonts w:ascii="Calibri" w:hAnsi="Calibri"/>
                <w:sz w:val="12"/>
              </w:rPr>
              <w:t xml:space="preserve"> </w:t>
            </w:r>
            <w:proofErr w:type="spellStart"/>
            <w:r w:rsidRPr="0078123B">
              <w:rPr>
                <w:rFonts w:ascii="Calibri" w:hAnsi="Calibri"/>
                <w:sz w:val="12"/>
              </w:rPr>
              <w:t>fikrini</w:t>
            </w:r>
            <w:proofErr w:type="spellEnd"/>
            <w:r w:rsidRPr="0078123B">
              <w:rPr>
                <w:rFonts w:ascii="Calibri" w:hAnsi="Calibri"/>
                <w:sz w:val="12"/>
              </w:rPr>
              <w:t xml:space="preserve"> </w:t>
            </w:r>
            <w:proofErr w:type="spellStart"/>
            <w:r w:rsidRPr="0078123B">
              <w:rPr>
                <w:rFonts w:ascii="Calibri" w:hAnsi="Calibri"/>
                <w:sz w:val="12"/>
              </w:rPr>
              <w:t>eyleme</w:t>
            </w:r>
            <w:proofErr w:type="spellEnd"/>
            <w:r w:rsidRPr="0078123B">
              <w:rPr>
                <w:rFonts w:ascii="Calibri" w:hAnsi="Calibri"/>
                <w:sz w:val="12"/>
              </w:rPr>
              <w:t xml:space="preserve"> </w:t>
            </w:r>
            <w:proofErr w:type="spellStart"/>
            <w:r w:rsidRPr="0078123B">
              <w:rPr>
                <w:rFonts w:ascii="Calibri" w:hAnsi="Calibri"/>
                <w:sz w:val="12"/>
              </w:rPr>
              <w:t>dönüştürebilme</w:t>
            </w:r>
            <w:proofErr w:type="spellEnd"/>
          </w:p>
        </w:tc>
        <w:tc>
          <w:tcPr>
            <w:tcW w:w="1656" w:type="dxa"/>
            <w:shd w:val="clear" w:color="auto" w:fill="F8FAFC"/>
            <w:tcMar>
              <w:top w:w="20" w:type="dxa"/>
              <w:left w:w="20" w:type="dxa"/>
              <w:bottom w:w="20" w:type="dxa"/>
              <w:right w:w="20" w:type="dxa"/>
            </w:tcMar>
          </w:tcPr>
          <w:p w:rsidR="00571D04" w:rsidRPr="0078123B" w:rsidRDefault="00571D04" w:rsidP="008F4D09">
            <w:pPr>
              <w:spacing w:after="0" w:line="240" w:lineRule="auto"/>
            </w:pPr>
            <w:r w:rsidRPr="0078123B">
              <w:rPr>
                <w:rFonts w:ascii="Calibri" w:hAnsi="Calibri"/>
                <w:sz w:val="12"/>
              </w:rPr>
              <w:t xml:space="preserve">a) </w:t>
            </w:r>
            <w:proofErr w:type="spellStart"/>
            <w:r w:rsidRPr="0078123B">
              <w:rPr>
                <w:rFonts w:ascii="Calibri" w:hAnsi="Calibri"/>
                <w:sz w:val="12"/>
              </w:rPr>
              <w:t>Yaşadığı</w:t>
            </w:r>
            <w:proofErr w:type="spellEnd"/>
            <w:r w:rsidRPr="0078123B">
              <w:rPr>
                <w:rFonts w:ascii="Calibri" w:hAnsi="Calibri"/>
                <w:sz w:val="12"/>
              </w:rPr>
              <w:t xml:space="preserve"> </w:t>
            </w:r>
            <w:proofErr w:type="spellStart"/>
            <w:r w:rsidRPr="0078123B">
              <w:rPr>
                <w:rFonts w:ascii="Calibri" w:hAnsi="Calibri"/>
                <w:sz w:val="12"/>
              </w:rPr>
              <w:t>ilde</w:t>
            </w:r>
            <w:proofErr w:type="spellEnd"/>
            <w:r w:rsidRPr="0078123B">
              <w:rPr>
                <w:rFonts w:ascii="Calibri" w:hAnsi="Calibri"/>
                <w:sz w:val="12"/>
              </w:rPr>
              <w:t xml:space="preserve"> </w:t>
            </w:r>
            <w:proofErr w:type="spellStart"/>
            <w:r w:rsidRPr="0078123B">
              <w:rPr>
                <w:rFonts w:ascii="Calibri" w:hAnsi="Calibri"/>
                <w:sz w:val="12"/>
              </w:rPr>
              <w:t>meydana</w:t>
            </w:r>
            <w:proofErr w:type="spellEnd"/>
            <w:r w:rsidRPr="0078123B">
              <w:rPr>
                <w:rFonts w:ascii="Calibri" w:hAnsi="Calibri"/>
                <w:sz w:val="12"/>
              </w:rPr>
              <w:t xml:space="preserve"> </w:t>
            </w:r>
            <w:proofErr w:type="spellStart"/>
            <w:r w:rsidRPr="0078123B">
              <w:rPr>
                <w:rFonts w:ascii="Calibri" w:hAnsi="Calibri"/>
                <w:sz w:val="12"/>
              </w:rPr>
              <w:t>gelebilecek</w:t>
            </w:r>
            <w:proofErr w:type="spellEnd"/>
            <w:r w:rsidRPr="0078123B">
              <w:rPr>
                <w:rFonts w:ascii="Calibri" w:hAnsi="Calibri"/>
                <w:sz w:val="12"/>
              </w:rPr>
              <w:t xml:space="preserve"> </w:t>
            </w:r>
            <w:proofErr w:type="spellStart"/>
            <w:r w:rsidRPr="0078123B">
              <w:rPr>
                <w:rFonts w:ascii="Calibri" w:hAnsi="Calibri"/>
                <w:sz w:val="12"/>
              </w:rPr>
              <w:t>afetlerin</w:t>
            </w:r>
            <w:proofErr w:type="spellEnd"/>
            <w:r w:rsidRPr="0078123B">
              <w:rPr>
                <w:rFonts w:ascii="Calibri" w:hAnsi="Calibri"/>
                <w:sz w:val="12"/>
              </w:rPr>
              <w:t xml:space="preserve"> </w:t>
            </w:r>
            <w:proofErr w:type="spellStart"/>
            <w:r w:rsidRPr="0078123B">
              <w:rPr>
                <w:rFonts w:ascii="Calibri" w:hAnsi="Calibri"/>
                <w:sz w:val="12"/>
              </w:rPr>
              <w:t>etkilerini</w:t>
            </w:r>
            <w:proofErr w:type="spellEnd"/>
            <w:r w:rsidRPr="0078123B">
              <w:rPr>
                <w:rFonts w:ascii="Calibri" w:hAnsi="Calibri"/>
                <w:sz w:val="12"/>
              </w:rPr>
              <w:t xml:space="preserve"> </w:t>
            </w:r>
            <w:proofErr w:type="spellStart"/>
            <w:r w:rsidRPr="0078123B">
              <w:rPr>
                <w:rFonts w:ascii="Calibri" w:hAnsi="Calibri"/>
                <w:sz w:val="12"/>
              </w:rPr>
              <w:t>azaltmaya</w:t>
            </w:r>
            <w:proofErr w:type="spellEnd"/>
            <w:r w:rsidRPr="0078123B">
              <w:rPr>
                <w:rFonts w:ascii="Calibri" w:hAnsi="Calibri"/>
                <w:sz w:val="12"/>
              </w:rPr>
              <w:t xml:space="preserve"> </w:t>
            </w:r>
            <w:proofErr w:type="spellStart"/>
            <w:r w:rsidRPr="0078123B">
              <w:rPr>
                <w:rFonts w:ascii="Calibri" w:hAnsi="Calibri"/>
                <w:sz w:val="12"/>
              </w:rPr>
              <w:t>yönelik</w:t>
            </w:r>
            <w:proofErr w:type="spellEnd"/>
            <w:r w:rsidRPr="0078123B">
              <w:rPr>
                <w:rFonts w:ascii="Calibri" w:hAnsi="Calibri"/>
                <w:sz w:val="12"/>
              </w:rPr>
              <w:t xml:space="preserve"> </w:t>
            </w:r>
            <w:proofErr w:type="spellStart"/>
            <w:r w:rsidRPr="0078123B">
              <w:rPr>
                <w:rFonts w:ascii="Calibri" w:hAnsi="Calibri"/>
                <w:sz w:val="12"/>
              </w:rPr>
              <w:t>farkındalık</w:t>
            </w:r>
            <w:proofErr w:type="spellEnd"/>
            <w:r w:rsidRPr="0078123B">
              <w:rPr>
                <w:rFonts w:ascii="Calibri" w:hAnsi="Calibri"/>
                <w:sz w:val="12"/>
              </w:rPr>
              <w:t xml:space="preserve"> </w:t>
            </w:r>
            <w:r w:rsidRPr="0078123B">
              <w:rPr>
                <w:rFonts w:ascii="Calibri" w:hAnsi="Calibri"/>
                <w:sz w:val="12"/>
              </w:rPr>
              <w:br/>
            </w:r>
            <w:proofErr w:type="spellStart"/>
            <w:r w:rsidRPr="0078123B">
              <w:rPr>
                <w:rFonts w:ascii="Calibri" w:hAnsi="Calibri"/>
                <w:sz w:val="12"/>
              </w:rPr>
              <w:t>etkinliği</w:t>
            </w:r>
            <w:proofErr w:type="spellEnd"/>
            <w:r w:rsidRPr="0078123B">
              <w:rPr>
                <w:rFonts w:ascii="Calibri" w:hAnsi="Calibri"/>
                <w:sz w:val="12"/>
              </w:rPr>
              <w:t xml:space="preserve"> </w:t>
            </w:r>
            <w:proofErr w:type="spellStart"/>
            <w:r w:rsidRPr="0078123B">
              <w:rPr>
                <w:rFonts w:ascii="Calibri" w:hAnsi="Calibri"/>
                <w:sz w:val="12"/>
              </w:rPr>
              <w:t>planı</w:t>
            </w:r>
            <w:proofErr w:type="spellEnd"/>
            <w:r w:rsidRPr="0078123B">
              <w:rPr>
                <w:rFonts w:ascii="Calibri" w:hAnsi="Calibri"/>
                <w:sz w:val="12"/>
              </w:rPr>
              <w:t xml:space="preserve"> </w:t>
            </w:r>
            <w:proofErr w:type="spellStart"/>
            <w:r w:rsidRPr="0078123B">
              <w:rPr>
                <w:rFonts w:ascii="Calibri" w:hAnsi="Calibri"/>
                <w:sz w:val="12"/>
              </w:rPr>
              <w:t>yapar</w:t>
            </w:r>
            <w:proofErr w:type="spellEnd"/>
            <w:r w:rsidRPr="0078123B">
              <w:rPr>
                <w:rFonts w:ascii="Calibri" w:hAnsi="Calibri"/>
                <w:sz w:val="12"/>
              </w:rPr>
              <w:t>.</w:t>
            </w:r>
            <w:r w:rsidRPr="0078123B">
              <w:rPr>
                <w:rFonts w:ascii="Calibri" w:hAnsi="Calibri"/>
                <w:sz w:val="12"/>
              </w:rPr>
              <w:br/>
              <w:t xml:space="preserve">b) </w:t>
            </w:r>
            <w:proofErr w:type="spellStart"/>
            <w:r w:rsidRPr="0078123B">
              <w:rPr>
                <w:rFonts w:ascii="Calibri" w:hAnsi="Calibri"/>
                <w:sz w:val="12"/>
              </w:rPr>
              <w:t>Yaşadığı</w:t>
            </w:r>
            <w:proofErr w:type="spellEnd"/>
            <w:r w:rsidRPr="0078123B">
              <w:rPr>
                <w:rFonts w:ascii="Calibri" w:hAnsi="Calibri"/>
                <w:sz w:val="12"/>
              </w:rPr>
              <w:t xml:space="preserve"> </w:t>
            </w:r>
            <w:proofErr w:type="spellStart"/>
            <w:r w:rsidRPr="0078123B">
              <w:rPr>
                <w:rFonts w:ascii="Calibri" w:hAnsi="Calibri"/>
                <w:sz w:val="12"/>
              </w:rPr>
              <w:t>ilde</w:t>
            </w:r>
            <w:proofErr w:type="spellEnd"/>
            <w:r w:rsidRPr="0078123B">
              <w:rPr>
                <w:rFonts w:ascii="Calibri" w:hAnsi="Calibri"/>
                <w:sz w:val="12"/>
              </w:rPr>
              <w:t xml:space="preserve"> </w:t>
            </w:r>
            <w:proofErr w:type="spellStart"/>
            <w:r w:rsidRPr="0078123B">
              <w:rPr>
                <w:rFonts w:ascii="Calibri" w:hAnsi="Calibri"/>
                <w:sz w:val="12"/>
              </w:rPr>
              <w:t>meydana</w:t>
            </w:r>
            <w:proofErr w:type="spellEnd"/>
            <w:r w:rsidRPr="0078123B">
              <w:rPr>
                <w:rFonts w:ascii="Calibri" w:hAnsi="Calibri"/>
                <w:sz w:val="12"/>
              </w:rPr>
              <w:t xml:space="preserve"> </w:t>
            </w:r>
            <w:proofErr w:type="spellStart"/>
            <w:r w:rsidRPr="0078123B">
              <w:rPr>
                <w:rFonts w:ascii="Calibri" w:hAnsi="Calibri"/>
                <w:sz w:val="12"/>
              </w:rPr>
              <w:t>gelebilecek</w:t>
            </w:r>
            <w:proofErr w:type="spellEnd"/>
            <w:r w:rsidRPr="0078123B">
              <w:rPr>
                <w:rFonts w:ascii="Calibri" w:hAnsi="Calibri"/>
                <w:sz w:val="12"/>
              </w:rPr>
              <w:t xml:space="preserve"> </w:t>
            </w:r>
            <w:proofErr w:type="spellStart"/>
            <w:r w:rsidRPr="0078123B">
              <w:rPr>
                <w:rFonts w:ascii="Calibri" w:hAnsi="Calibri"/>
                <w:sz w:val="12"/>
              </w:rPr>
              <w:t>afetlerin</w:t>
            </w:r>
            <w:proofErr w:type="spellEnd"/>
            <w:r w:rsidRPr="0078123B">
              <w:rPr>
                <w:rFonts w:ascii="Calibri" w:hAnsi="Calibri"/>
                <w:sz w:val="12"/>
              </w:rPr>
              <w:t xml:space="preserve"> </w:t>
            </w:r>
            <w:proofErr w:type="spellStart"/>
            <w:r w:rsidRPr="0078123B">
              <w:rPr>
                <w:rFonts w:ascii="Calibri" w:hAnsi="Calibri"/>
                <w:sz w:val="12"/>
              </w:rPr>
              <w:t>etkilerini</w:t>
            </w:r>
            <w:proofErr w:type="spellEnd"/>
            <w:r w:rsidRPr="0078123B">
              <w:rPr>
                <w:rFonts w:ascii="Calibri" w:hAnsi="Calibri"/>
                <w:sz w:val="12"/>
              </w:rPr>
              <w:t xml:space="preserve"> </w:t>
            </w:r>
            <w:proofErr w:type="spellStart"/>
            <w:r w:rsidRPr="0078123B">
              <w:rPr>
                <w:rFonts w:ascii="Calibri" w:hAnsi="Calibri"/>
                <w:sz w:val="12"/>
              </w:rPr>
              <w:t>azaltmaya</w:t>
            </w:r>
            <w:proofErr w:type="spellEnd"/>
            <w:r w:rsidRPr="0078123B">
              <w:rPr>
                <w:rFonts w:ascii="Calibri" w:hAnsi="Calibri"/>
                <w:sz w:val="12"/>
              </w:rPr>
              <w:t xml:space="preserve"> </w:t>
            </w:r>
            <w:proofErr w:type="spellStart"/>
            <w:r w:rsidRPr="0078123B">
              <w:rPr>
                <w:rFonts w:ascii="Calibri" w:hAnsi="Calibri"/>
                <w:sz w:val="12"/>
              </w:rPr>
              <w:t>yönelik</w:t>
            </w:r>
            <w:proofErr w:type="spellEnd"/>
            <w:r w:rsidRPr="0078123B">
              <w:rPr>
                <w:rFonts w:ascii="Calibri" w:hAnsi="Calibri"/>
                <w:sz w:val="12"/>
              </w:rPr>
              <w:t xml:space="preserve"> </w:t>
            </w:r>
            <w:proofErr w:type="spellStart"/>
            <w:r w:rsidRPr="0078123B">
              <w:rPr>
                <w:rFonts w:ascii="Calibri" w:hAnsi="Calibri"/>
                <w:sz w:val="12"/>
              </w:rPr>
              <w:t>hazırladığı</w:t>
            </w:r>
            <w:proofErr w:type="spellEnd"/>
            <w:r w:rsidRPr="0078123B">
              <w:rPr>
                <w:rFonts w:ascii="Calibri" w:hAnsi="Calibri"/>
                <w:sz w:val="12"/>
              </w:rPr>
              <w:t xml:space="preserve"> </w:t>
            </w:r>
            <w:r w:rsidRPr="0078123B">
              <w:rPr>
                <w:rFonts w:ascii="Calibri" w:hAnsi="Calibri"/>
                <w:sz w:val="12"/>
              </w:rPr>
              <w:br/>
            </w:r>
            <w:proofErr w:type="spellStart"/>
            <w:r w:rsidRPr="0078123B">
              <w:rPr>
                <w:rFonts w:ascii="Calibri" w:hAnsi="Calibri"/>
                <w:sz w:val="12"/>
              </w:rPr>
              <w:t>farkındalık</w:t>
            </w:r>
            <w:proofErr w:type="spellEnd"/>
            <w:r w:rsidRPr="0078123B">
              <w:rPr>
                <w:rFonts w:ascii="Calibri" w:hAnsi="Calibri"/>
                <w:sz w:val="12"/>
              </w:rPr>
              <w:t xml:space="preserve"> </w:t>
            </w:r>
            <w:proofErr w:type="spellStart"/>
            <w:r w:rsidRPr="0078123B">
              <w:rPr>
                <w:rFonts w:ascii="Calibri" w:hAnsi="Calibri"/>
                <w:sz w:val="12"/>
              </w:rPr>
              <w:t>etkinliği</w:t>
            </w:r>
            <w:proofErr w:type="spellEnd"/>
            <w:r w:rsidRPr="0078123B">
              <w:rPr>
                <w:rFonts w:ascii="Calibri" w:hAnsi="Calibri"/>
                <w:sz w:val="12"/>
              </w:rPr>
              <w:t xml:space="preserve"> </w:t>
            </w:r>
            <w:proofErr w:type="spellStart"/>
            <w:r w:rsidRPr="0078123B">
              <w:rPr>
                <w:rFonts w:ascii="Calibri" w:hAnsi="Calibri"/>
                <w:sz w:val="12"/>
              </w:rPr>
              <w:t>planını</w:t>
            </w:r>
            <w:proofErr w:type="spellEnd"/>
            <w:r w:rsidRPr="0078123B">
              <w:rPr>
                <w:rFonts w:ascii="Calibri" w:hAnsi="Calibri"/>
                <w:sz w:val="12"/>
              </w:rPr>
              <w:t xml:space="preserve"> </w:t>
            </w:r>
            <w:proofErr w:type="spellStart"/>
            <w:r w:rsidRPr="0078123B">
              <w:rPr>
                <w:rFonts w:ascii="Calibri" w:hAnsi="Calibri"/>
                <w:sz w:val="12"/>
              </w:rPr>
              <w:lastRenderedPageBreak/>
              <w:t>uygular</w:t>
            </w:r>
            <w:proofErr w:type="spellEnd"/>
            <w:r w:rsidRPr="0078123B">
              <w:rPr>
                <w:rFonts w:ascii="Calibri" w:hAnsi="Calibri"/>
                <w:sz w:val="12"/>
              </w:rPr>
              <w:t>.</w:t>
            </w:r>
            <w:r w:rsidRPr="0078123B">
              <w:rPr>
                <w:rFonts w:ascii="Calibri" w:hAnsi="Calibri"/>
                <w:sz w:val="12"/>
              </w:rPr>
              <w:br/>
              <w:t xml:space="preserve">c) </w:t>
            </w:r>
            <w:proofErr w:type="spellStart"/>
            <w:r w:rsidRPr="0078123B">
              <w:rPr>
                <w:rFonts w:ascii="Calibri" w:hAnsi="Calibri"/>
                <w:sz w:val="12"/>
              </w:rPr>
              <w:t>Yaşadığı</w:t>
            </w:r>
            <w:proofErr w:type="spellEnd"/>
            <w:r w:rsidRPr="0078123B">
              <w:rPr>
                <w:rFonts w:ascii="Calibri" w:hAnsi="Calibri"/>
                <w:sz w:val="12"/>
              </w:rPr>
              <w:t xml:space="preserve"> </w:t>
            </w:r>
            <w:proofErr w:type="spellStart"/>
            <w:r w:rsidRPr="0078123B">
              <w:rPr>
                <w:rFonts w:ascii="Calibri" w:hAnsi="Calibri"/>
                <w:sz w:val="12"/>
              </w:rPr>
              <w:t>ilde</w:t>
            </w:r>
            <w:proofErr w:type="spellEnd"/>
            <w:r w:rsidRPr="0078123B">
              <w:rPr>
                <w:rFonts w:ascii="Calibri" w:hAnsi="Calibri"/>
                <w:sz w:val="12"/>
              </w:rPr>
              <w:t xml:space="preserve"> </w:t>
            </w:r>
            <w:proofErr w:type="spellStart"/>
            <w:r w:rsidRPr="0078123B">
              <w:rPr>
                <w:rFonts w:ascii="Calibri" w:hAnsi="Calibri"/>
                <w:sz w:val="12"/>
              </w:rPr>
              <w:t>meydana</w:t>
            </w:r>
            <w:proofErr w:type="spellEnd"/>
            <w:r w:rsidRPr="0078123B">
              <w:rPr>
                <w:rFonts w:ascii="Calibri" w:hAnsi="Calibri"/>
                <w:sz w:val="12"/>
              </w:rPr>
              <w:t xml:space="preserve"> </w:t>
            </w:r>
            <w:proofErr w:type="spellStart"/>
            <w:r w:rsidRPr="0078123B">
              <w:rPr>
                <w:rFonts w:ascii="Calibri" w:hAnsi="Calibri"/>
                <w:sz w:val="12"/>
              </w:rPr>
              <w:t>gelebilecek</w:t>
            </w:r>
            <w:proofErr w:type="spellEnd"/>
            <w:r w:rsidRPr="0078123B">
              <w:rPr>
                <w:rFonts w:ascii="Calibri" w:hAnsi="Calibri"/>
                <w:sz w:val="12"/>
              </w:rPr>
              <w:t xml:space="preserve"> </w:t>
            </w:r>
            <w:proofErr w:type="spellStart"/>
            <w:r w:rsidRPr="0078123B">
              <w:rPr>
                <w:rFonts w:ascii="Calibri" w:hAnsi="Calibri"/>
                <w:sz w:val="12"/>
              </w:rPr>
              <w:t>afetlerin</w:t>
            </w:r>
            <w:proofErr w:type="spellEnd"/>
            <w:r w:rsidRPr="0078123B">
              <w:rPr>
                <w:rFonts w:ascii="Calibri" w:hAnsi="Calibri"/>
                <w:sz w:val="12"/>
              </w:rPr>
              <w:t xml:space="preserve"> </w:t>
            </w:r>
            <w:proofErr w:type="spellStart"/>
            <w:r w:rsidRPr="0078123B">
              <w:rPr>
                <w:rFonts w:ascii="Calibri" w:hAnsi="Calibri"/>
                <w:sz w:val="12"/>
              </w:rPr>
              <w:t>etkilerini</w:t>
            </w:r>
            <w:proofErr w:type="spellEnd"/>
            <w:r w:rsidRPr="0078123B">
              <w:rPr>
                <w:rFonts w:ascii="Calibri" w:hAnsi="Calibri"/>
                <w:sz w:val="12"/>
              </w:rPr>
              <w:t xml:space="preserve"> </w:t>
            </w:r>
            <w:proofErr w:type="spellStart"/>
            <w:r w:rsidRPr="0078123B">
              <w:rPr>
                <w:rFonts w:ascii="Calibri" w:hAnsi="Calibri"/>
                <w:sz w:val="12"/>
              </w:rPr>
              <w:t>azaltmaya</w:t>
            </w:r>
            <w:proofErr w:type="spellEnd"/>
            <w:r w:rsidRPr="0078123B">
              <w:rPr>
                <w:rFonts w:ascii="Calibri" w:hAnsi="Calibri"/>
                <w:sz w:val="12"/>
              </w:rPr>
              <w:t xml:space="preserve"> </w:t>
            </w:r>
            <w:proofErr w:type="spellStart"/>
            <w:r w:rsidRPr="0078123B">
              <w:rPr>
                <w:rFonts w:ascii="Calibri" w:hAnsi="Calibri"/>
                <w:sz w:val="12"/>
              </w:rPr>
              <w:t>yönelik</w:t>
            </w:r>
            <w:proofErr w:type="spellEnd"/>
            <w:r w:rsidRPr="0078123B">
              <w:rPr>
                <w:rFonts w:ascii="Calibri" w:hAnsi="Calibri"/>
                <w:sz w:val="12"/>
              </w:rPr>
              <w:t xml:space="preserve"> </w:t>
            </w:r>
            <w:proofErr w:type="spellStart"/>
            <w:r w:rsidRPr="0078123B">
              <w:rPr>
                <w:rFonts w:ascii="Calibri" w:hAnsi="Calibri"/>
                <w:sz w:val="12"/>
              </w:rPr>
              <w:t>hazırladığı</w:t>
            </w:r>
            <w:proofErr w:type="spellEnd"/>
            <w:r w:rsidRPr="0078123B">
              <w:rPr>
                <w:rFonts w:ascii="Calibri" w:hAnsi="Calibri"/>
                <w:sz w:val="12"/>
              </w:rPr>
              <w:t xml:space="preserve"> </w:t>
            </w:r>
            <w:r w:rsidRPr="0078123B">
              <w:rPr>
                <w:rFonts w:ascii="Calibri" w:hAnsi="Calibri"/>
                <w:sz w:val="12"/>
              </w:rPr>
              <w:br/>
            </w:r>
            <w:proofErr w:type="spellStart"/>
            <w:r w:rsidRPr="0078123B">
              <w:rPr>
                <w:rFonts w:ascii="Calibri" w:hAnsi="Calibri"/>
                <w:sz w:val="12"/>
              </w:rPr>
              <w:t>farkındalık</w:t>
            </w:r>
            <w:proofErr w:type="spellEnd"/>
            <w:r w:rsidRPr="0078123B">
              <w:rPr>
                <w:rFonts w:ascii="Calibri" w:hAnsi="Calibri"/>
                <w:sz w:val="12"/>
              </w:rPr>
              <w:t xml:space="preserve"> </w:t>
            </w:r>
            <w:proofErr w:type="spellStart"/>
            <w:r w:rsidRPr="0078123B">
              <w:rPr>
                <w:rFonts w:ascii="Calibri" w:hAnsi="Calibri"/>
                <w:sz w:val="12"/>
              </w:rPr>
              <w:t>etkinliği</w:t>
            </w:r>
            <w:proofErr w:type="spellEnd"/>
            <w:r w:rsidRPr="0078123B">
              <w:rPr>
                <w:rFonts w:ascii="Calibri" w:hAnsi="Calibri"/>
                <w:sz w:val="12"/>
              </w:rPr>
              <w:t xml:space="preserve"> </w:t>
            </w:r>
            <w:proofErr w:type="spellStart"/>
            <w:r w:rsidRPr="0078123B">
              <w:rPr>
                <w:rFonts w:ascii="Calibri" w:hAnsi="Calibri"/>
                <w:sz w:val="12"/>
              </w:rPr>
              <w:t>planını</w:t>
            </w:r>
            <w:proofErr w:type="spellEnd"/>
            <w:r w:rsidRPr="0078123B">
              <w:rPr>
                <w:rFonts w:ascii="Calibri" w:hAnsi="Calibri"/>
                <w:sz w:val="12"/>
              </w:rPr>
              <w:t xml:space="preserve"> </w:t>
            </w:r>
            <w:proofErr w:type="spellStart"/>
            <w:r w:rsidRPr="0078123B">
              <w:rPr>
                <w:rFonts w:ascii="Calibri" w:hAnsi="Calibri"/>
                <w:sz w:val="12"/>
              </w:rPr>
              <w:t>değerlendirir</w:t>
            </w:r>
            <w:proofErr w:type="spellEnd"/>
            <w:r w:rsidRPr="0078123B">
              <w:rPr>
                <w:rFonts w:ascii="Calibri" w:hAnsi="Calibri"/>
                <w:sz w:val="12"/>
              </w:rPr>
              <w:t>.</w:t>
            </w:r>
          </w:p>
        </w:tc>
        <w:tc>
          <w:tcPr>
            <w:tcW w:w="1228" w:type="dxa"/>
            <w:gridSpan w:val="2"/>
            <w:shd w:val="clear" w:color="auto" w:fill="F8FAFC"/>
            <w:tcMar>
              <w:top w:w="20" w:type="dxa"/>
              <w:left w:w="20" w:type="dxa"/>
              <w:bottom w:w="20" w:type="dxa"/>
              <w:right w:w="20" w:type="dxa"/>
            </w:tcMar>
          </w:tcPr>
          <w:p w:rsidR="00571D04" w:rsidRPr="0078123B" w:rsidRDefault="00571D04" w:rsidP="004F40CF">
            <w:pPr>
              <w:spacing w:after="0" w:line="240" w:lineRule="auto"/>
            </w:pPr>
            <w:proofErr w:type="spellStart"/>
            <w:r w:rsidRPr="0078123B">
              <w:rPr>
                <w:rFonts w:ascii="Calibri" w:hAnsi="Calibri"/>
                <w:sz w:val="12"/>
              </w:rPr>
              <w:lastRenderedPageBreak/>
              <w:t>Gözlem</w:t>
            </w:r>
            <w:proofErr w:type="spellEnd"/>
            <w:r w:rsidRPr="0078123B">
              <w:rPr>
                <w:rFonts w:ascii="Calibri" w:hAnsi="Calibri"/>
                <w:sz w:val="12"/>
              </w:rPr>
              <w:t xml:space="preserve"> </w:t>
            </w:r>
            <w:proofErr w:type="spellStart"/>
            <w:r w:rsidRPr="0078123B">
              <w:rPr>
                <w:rFonts w:ascii="Calibri" w:hAnsi="Calibri"/>
                <w:sz w:val="12"/>
              </w:rPr>
              <w:t>formu</w:t>
            </w:r>
            <w:proofErr w:type="spellEnd"/>
            <w:r w:rsidRPr="0078123B">
              <w:rPr>
                <w:rFonts w:ascii="Calibri" w:hAnsi="Calibri"/>
                <w:sz w:val="12"/>
              </w:rPr>
              <w:t>,</w:t>
            </w:r>
            <w:r w:rsidRPr="0078123B">
              <w:rPr>
                <w:rFonts w:ascii="Calibri" w:hAnsi="Calibri"/>
                <w:sz w:val="12"/>
              </w:rPr>
              <w:br/>
            </w:r>
            <w:proofErr w:type="spellStart"/>
            <w:r w:rsidRPr="0078123B">
              <w:rPr>
                <w:rFonts w:ascii="Calibri" w:hAnsi="Calibri"/>
                <w:sz w:val="12"/>
              </w:rPr>
              <w:t>Kontrol</w:t>
            </w:r>
            <w:proofErr w:type="spellEnd"/>
            <w:r w:rsidRPr="0078123B">
              <w:rPr>
                <w:rFonts w:ascii="Calibri" w:hAnsi="Calibri"/>
                <w:sz w:val="12"/>
              </w:rPr>
              <w:t xml:space="preserve"> </w:t>
            </w:r>
            <w:proofErr w:type="spellStart"/>
            <w:r w:rsidRPr="0078123B">
              <w:rPr>
                <w:rFonts w:ascii="Calibri" w:hAnsi="Calibri"/>
                <w:sz w:val="12"/>
              </w:rPr>
              <w:t>listesi</w:t>
            </w:r>
            <w:proofErr w:type="spellEnd"/>
            <w:r w:rsidRPr="0078123B">
              <w:rPr>
                <w:rFonts w:ascii="Calibri" w:hAnsi="Calibri"/>
                <w:sz w:val="12"/>
              </w:rPr>
              <w:t xml:space="preserve">, </w:t>
            </w:r>
            <w:r w:rsidRPr="0078123B">
              <w:rPr>
                <w:rFonts w:ascii="Calibri" w:hAnsi="Calibri"/>
                <w:sz w:val="12"/>
              </w:rPr>
              <w:br/>
              <w:t xml:space="preserve">Derecelendirme ölçeği, </w:t>
            </w:r>
            <w:r w:rsidRPr="0078123B">
              <w:rPr>
                <w:rFonts w:ascii="Calibri" w:hAnsi="Calibri"/>
                <w:sz w:val="12"/>
              </w:rPr>
              <w:br/>
              <w:t xml:space="preserve">Karşılaştırma tablosu, </w:t>
            </w:r>
            <w:r w:rsidRPr="0078123B">
              <w:rPr>
                <w:rFonts w:ascii="Calibri" w:hAnsi="Calibri"/>
                <w:sz w:val="12"/>
              </w:rPr>
              <w:br/>
              <w:t>Balık kılçığı,</w:t>
            </w:r>
            <w:r w:rsidRPr="0078123B">
              <w:rPr>
                <w:rFonts w:ascii="Calibri" w:hAnsi="Calibri"/>
                <w:sz w:val="12"/>
              </w:rPr>
              <w:br/>
              <w:t xml:space="preserve">Bütüncül dereceli puanlama anahtarı ve </w:t>
            </w:r>
            <w:r w:rsidRPr="0078123B">
              <w:rPr>
                <w:rFonts w:ascii="Calibri" w:hAnsi="Calibri"/>
                <w:sz w:val="12"/>
              </w:rPr>
              <w:br/>
              <w:t>performans görevi</w:t>
            </w:r>
          </w:p>
        </w:tc>
        <w:tc>
          <w:tcPr>
            <w:tcW w:w="1152" w:type="dxa"/>
            <w:shd w:val="clear" w:color="auto" w:fill="F8FAFC"/>
            <w:tcMar>
              <w:top w:w="20" w:type="dxa"/>
              <w:left w:w="20" w:type="dxa"/>
              <w:bottom w:w="20" w:type="dxa"/>
              <w:right w:w="20" w:type="dxa"/>
            </w:tcMar>
          </w:tcPr>
          <w:p w:rsidR="00571D04" w:rsidRPr="0078123B" w:rsidRDefault="00571D04" w:rsidP="004F40CF">
            <w:pPr>
              <w:spacing w:after="0" w:line="240" w:lineRule="auto"/>
            </w:pPr>
            <w:r w:rsidRPr="0078123B">
              <w:rPr>
                <w:rFonts w:ascii="Calibri" w:hAnsi="Calibri"/>
                <w:sz w:val="12"/>
              </w:rPr>
              <w:t>SDB2.1. İletişim</w:t>
            </w:r>
            <w:proofErr w:type="gramStart"/>
            <w:r w:rsidRPr="0078123B">
              <w:rPr>
                <w:rFonts w:ascii="Calibri" w:hAnsi="Calibri"/>
                <w:sz w:val="12"/>
              </w:rPr>
              <w:t>,</w:t>
            </w:r>
            <w:proofErr w:type="gramEnd"/>
            <w:r w:rsidRPr="0078123B">
              <w:rPr>
                <w:rFonts w:ascii="Calibri" w:hAnsi="Calibri"/>
                <w:sz w:val="12"/>
              </w:rPr>
              <w:br/>
              <w:t xml:space="preserve">SDB2.2. İş Birliği, </w:t>
            </w:r>
            <w:r w:rsidRPr="0078123B">
              <w:rPr>
                <w:rFonts w:ascii="Calibri" w:hAnsi="Calibri"/>
                <w:sz w:val="12"/>
              </w:rPr>
              <w:br/>
              <w:t>SDB3.3. Sorumlu Karar Verme</w:t>
            </w:r>
          </w:p>
        </w:tc>
        <w:tc>
          <w:tcPr>
            <w:tcW w:w="1008" w:type="dxa"/>
            <w:shd w:val="clear" w:color="auto" w:fill="F8FAFC"/>
            <w:tcMar>
              <w:top w:w="20" w:type="dxa"/>
              <w:left w:w="20" w:type="dxa"/>
              <w:bottom w:w="20" w:type="dxa"/>
              <w:right w:w="20" w:type="dxa"/>
            </w:tcMar>
          </w:tcPr>
          <w:p w:rsidR="00571D04" w:rsidRPr="0078123B" w:rsidRDefault="00571D04" w:rsidP="004F40CF">
            <w:pPr>
              <w:spacing w:after="0" w:line="240" w:lineRule="auto"/>
            </w:pPr>
            <w:r w:rsidRPr="0078123B">
              <w:rPr>
                <w:rFonts w:ascii="Calibri" w:hAnsi="Calibri"/>
                <w:sz w:val="12"/>
              </w:rPr>
              <w:t>D5. Duyarlılık</w:t>
            </w:r>
            <w:proofErr w:type="gramStart"/>
            <w:r w:rsidRPr="0078123B">
              <w:rPr>
                <w:rFonts w:ascii="Calibri" w:hAnsi="Calibri"/>
                <w:sz w:val="12"/>
              </w:rPr>
              <w:t>,</w:t>
            </w:r>
            <w:proofErr w:type="gramEnd"/>
            <w:r w:rsidRPr="0078123B">
              <w:rPr>
                <w:rFonts w:ascii="Calibri" w:hAnsi="Calibri"/>
                <w:sz w:val="12"/>
              </w:rPr>
              <w:br/>
              <w:t>D18. Temizlik</w:t>
            </w:r>
            <w:proofErr w:type="gramStart"/>
            <w:r w:rsidRPr="0078123B">
              <w:rPr>
                <w:rFonts w:ascii="Calibri" w:hAnsi="Calibri"/>
                <w:sz w:val="12"/>
              </w:rPr>
              <w:t>,</w:t>
            </w:r>
            <w:proofErr w:type="gramEnd"/>
            <w:r w:rsidRPr="0078123B">
              <w:rPr>
                <w:rFonts w:ascii="Calibri" w:hAnsi="Calibri"/>
                <w:sz w:val="12"/>
              </w:rPr>
              <w:br/>
              <w:t>D19. Vatanseverlik</w:t>
            </w:r>
          </w:p>
        </w:tc>
        <w:tc>
          <w:tcPr>
            <w:tcW w:w="1152" w:type="dxa"/>
            <w:shd w:val="clear" w:color="auto" w:fill="F8FAFC"/>
            <w:tcMar>
              <w:top w:w="20" w:type="dxa"/>
              <w:left w:w="20" w:type="dxa"/>
              <w:bottom w:w="20" w:type="dxa"/>
              <w:right w:w="20" w:type="dxa"/>
            </w:tcMar>
          </w:tcPr>
          <w:p w:rsidR="00571D04" w:rsidRPr="0078123B" w:rsidRDefault="00571D04" w:rsidP="004F40CF">
            <w:pPr>
              <w:spacing w:after="0" w:line="240" w:lineRule="auto"/>
            </w:pPr>
            <w:r w:rsidRPr="0078123B">
              <w:rPr>
                <w:rFonts w:ascii="Calibri" w:hAnsi="Calibri"/>
                <w:sz w:val="12"/>
              </w:rPr>
              <w:t xml:space="preserve">OB1. Bilgi Okuryazarlığı, </w:t>
            </w:r>
            <w:r w:rsidRPr="0078123B">
              <w:rPr>
                <w:rFonts w:ascii="Calibri" w:hAnsi="Calibri"/>
                <w:sz w:val="12"/>
              </w:rPr>
              <w:br/>
              <w:t>OB2. Dijital Okuryazarlık</w:t>
            </w:r>
            <w:proofErr w:type="gramStart"/>
            <w:r w:rsidRPr="0078123B">
              <w:rPr>
                <w:rFonts w:ascii="Calibri" w:hAnsi="Calibri"/>
                <w:sz w:val="12"/>
              </w:rPr>
              <w:t>,</w:t>
            </w:r>
            <w:proofErr w:type="gramEnd"/>
            <w:r w:rsidRPr="0078123B">
              <w:rPr>
                <w:rFonts w:ascii="Calibri" w:hAnsi="Calibri"/>
                <w:sz w:val="12"/>
              </w:rPr>
              <w:br/>
              <w:t>OB4. Görsel Okuryazarlık</w:t>
            </w:r>
            <w:proofErr w:type="gramStart"/>
            <w:r w:rsidRPr="0078123B">
              <w:rPr>
                <w:rFonts w:ascii="Calibri" w:hAnsi="Calibri"/>
                <w:sz w:val="12"/>
              </w:rPr>
              <w:t>,</w:t>
            </w:r>
            <w:proofErr w:type="gramEnd"/>
            <w:r w:rsidRPr="0078123B">
              <w:rPr>
                <w:rFonts w:ascii="Calibri" w:hAnsi="Calibri"/>
                <w:sz w:val="12"/>
              </w:rPr>
              <w:br/>
              <w:t>OB8. Sürdürülebilirlik Okuryazarlığı</w:t>
            </w:r>
          </w:p>
        </w:tc>
        <w:tc>
          <w:tcPr>
            <w:tcW w:w="1008" w:type="dxa"/>
            <w:gridSpan w:val="2"/>
            <w:shd w:val="clear" w:color="auto" w:fill="F8FAFC"/>
            <w:tcMar>
              <w:top w:w="20" w:type="dxa"/>
              <w:left w:w="20" w:type="dxa"/>
              <w:bottom w:w="20" w:type="dxa"/>
              <w:right w:w="20" w:type="dxa"/>
            </w:tcMar>
          </w:tcPr>
          <w:p w:rsidR="00571D04" w:rsidRPr="0078123B" w:rsidRDefault="00571D04" w:rsidP="004F40CF">
            <w:pPr>
              <w:spacing w:after="0" w:line="240" w:lineRule="auto"/>
            </w:pPr>
            <w:r w:rsidRPr="0078123B">
              <w:rPr>
                <w:rFonts w:ascii="Calibri" w:hAnsi="Calibri"/>
                <w:sz w:val="12"/>
              </w:rPr>
              <w:t xml:space="preserve">24 </w:t>
            </w:r>
            <w:proofErr w:type="spellStart"/>
            <w:r w:rsidRPr="0078123B">
              <w:rPr>
                <w:rFonts w:ascii="Calibri" w:hAnsi="Calibri"/>
                <w:sz w:val="12"/>
              </w:rPr>
              <w:t>Kasım</w:t>
            </w:r>
            <w:proofErr w:type="spellEnd"/>
            <w:r w:rsidRPr="0078123B">
              <w:rPr>
                <w:rFonts w:ascii="Calibri" w:hAnsi="Calibri"/>
                <w:sz w:val="12"/>
              </w:rPr>
              <w:t xml:space="preserve"> </w:t>
            </w:r>
            <w:proofErr w:type="spellStart"/>
            <w:r w:rsidRPr="0078123B">
              <w:rPr>
                <w:rFonts w:ascii="Calibri" w:hAnsi="Calibri"/>
                <w:sz w:val="12"/>
              </w:rPr>
              <w:t>Öğretmenler</w:t>
            </w:r>
            <w:proofErr w:type="spellEnd"/>
            <w:r w:rsidRPr="0078123B">
              <w:rPr>
                <w:rFonts w:ascii="Calibri" w:hAnsi="Calibri"/>
                <w:sz w:val="12"/>
              </w:rPr>
              <w:t xml:space="preserve"> </w:t>
            </w:r>
            <w:proofErr w:type="spellStart"/>
            <w:r w:rsidRPr="0078123B">
              <w:rPr>
                <w:rFonts w:ascii="Calibri" w:hAnsi="Calibri"/>
                <w:sz w:val="12"/>
              </w:rPr>
              <w:t>Günü</w:t>
            </w:r>
            <w:proofErr w:type="spellEnd"/>
          </w:p>
        </w:tc>
        <w:tc>
          <w:tcPr>
            <w:tcW w:w="1298" w:type="dxa"/>
            <w:shd w:val="clear" w:color="auto" w:fill="F8FAFC"/>
            <w:tcMar>
              <w:top w:w="20" w:type="dxa"/>
              <w:left w:w="20" w:type="dxa"/>
              <w:bottom w:w="20" w:type="dxa"/>
              <w:right w:w="20" w:type="dxa"/>
            </w:tcMar>
          </w:tcPr>
          <w:p w:rsidR="00571D04" w:rsidRPr="0078123B" w:rsidRDefault="00571D04" w:rsidP="004F40CF">
            <w:pPr>
              <w:spacing w:after="0" w:line="240" w:lineRule="auto"/>
            </w:pPr>
          </w:p>
        </w:tc>
        <w:tc>
          <w:tcPr>
            <w:tcW w:w="1224" w:type="dxa"/>
            <w:shd w:val="clear" w:color="auto" w:fill="F8FAFC"/>
            <w:tcMar>
              <w:top w:w="20" w:type="dxa"/>
              <w:left w:w="20" w:type="dxa"/>
              <w:bottom w:w="20" w:type="dxa"/>
              <w:right w:w="20" w:type="dxa"/>
            </w:tcMar>
          </w:tcPr>
          <w:p w:rsidR="00571D04" w:rsidRPr="0078123B" w:rsidRDefault="00571D04" w:rsidP="004F40CF">
            <w:pPr>
              <w:spacing w:after="0" w:line="240" w:lineRule="auto"/>
            </w:pPr>
          </w:p>
        </w:tc>
      </w:tr>
      <w:tr w:rsidR="00A1621E" w:rsidRPr="0078123B" w:rsidTr="00A1621E">
        <w:tblPrEx>
          <w:tblCellMar>
            <w:left w:w="108" w:type="dxa"/>
            <w:right w:w="108" w:type="dxa"/>
          </w:tblCellMar>
          <w:tblLook w:val="04A0"/>
        </w:tblPrEx>
        <w:trPr>
          <w:gridAfter w:val="1"/>
          <w:wAfter w:w="10" w:type="dxa"/>
          <w:trHeight w:val="1734"/>
          <w:jc w:val="center"/>
        </w:trPr>
        <w:tc>
          <w:tcPr>
            <w:tcW w:w="792" w:type="dxa"/>
            <w:vMerge w:val="restart"/>
            <w:shd w:val="clear" w:color="auto" w:fill="FFFFFF"/>
            <w:tcMar>
              <w:top w:w="20" w:type="dxa"/>
              <w:left w:w="20" w:type="dxa"/>
              <w:bottom w:w="20" w:type="dxa"/>
              <w:right w:w="20" w:type="dxa"/>
            </w:tcMar>
          </w:tcPr>
          <w:p w:rsidR="00A1621E" w:rsidRPr="0078123B" w:rsidRDefault="00A1621E" w:rsidP="004F40CF">
            <w:pPr>
              <w:spacing w:after="0" w:line="240" w:lineRule="auto"/>
              <w:jc w:val="center"/>
            </w:pPr>
            <w:r>
              <w:rPr>
                <w:rFonts w:ascii="Calibri" w:hAnsi="Calibri"/>
                <w:sz w:val="12"/>
              </w:rPr>
              <w:lastRenderedPageBreak/>
              <w:t>ARALIK</w:t>
            </w:r>
          </w:p>
        </w:tc>
        <w:tc>
          <w:tcPr>
            <w:tcW w:w="1008" w:type="dxa"/>
            <w:vMerge w:val="restart"/>
            <w:shd w:val="clear" w:color="auto" w:fill="FFFFFF"/>
            <w:tcMar>
              <w:top w:w="20" w:type="dxa"/>
              <w:left w:w="20" w:type="dxa"/>
              <w:bottom w:w="20" w:type="dxa"/>
              <w:right w:w="20" w:type="dxa"/>
            </w:tcMar>
          </w:tcPr>
          <w:p w:rsidR="00A1621E" w:rsidRDefault="00A1621E" w:rsidP="00E06E0B">
            <w:pPr>
              <w:spacing w:after="0" w:line="240" w:lineRule="auto"/>
              <w:jc w:val="center"/>
              <w:rPr>
                <w:rFonts w:ascii="Calibri" w:hAnsi="Calibri"/>
                <w:sz w:val="12"/>
              </w:rPr>
            </w:pPr>
            <w:r>
              <w:rPr>
                <w:rFonts w:ascii="Calibri" w:hAnsi="Calibri"/>
                <w:sz w:val="12"/>
              </w:rPr>
              <w:t>11</w:t>
            </w:r>
            <w:r w:rsidRPr="0078123B">
              <w:rPr>
                <w:rFonts w:ascii="Calibri" w:hAnsi="Calibri"/>
                <w:sz w:val="12"/>
              </w:rPr>
              <w:t xml:space="preserve">. </w:t>
            </w:r>
            <w:proofErr w:type="spellStart"/>
            <w:r w:rsidRPr="0078123B">
              <w:rPr>
                <w:rFonts w:ascii="Calibri" w:hAnsi="Calibri"/>
                <w:sz w:val="12"/>
              </w:rPr>
              <w:t>Hafta</w:t>
            </w:r>
            <w:proofErr w:type="spellEnd"/>
            <w:r w:rsidRPr="0078123B">
              <w:rPr>
                <w:rFonts w:ascii="Calibri" w:hAnsi="Calibri"/>
                <w:sz w:val="12"/>
              </w:rPr>
              <w:t>:</w:t>
            </w:r>
            <w:r w:rsidRPr="0078123B">
              <w:rPr>
                <w:rFonts w:ascii="Calibri" w:hAnsi="Calibri"/>
                <w:sz w:val="12"/>
              </w:rPr>
              <w:br/>
              <w:t xml:space="preserve">30 </w:t>
            </w:r>
            <w:proofErr w:type="spellStart"/>
            <w:r w:rsidRPr="0078123B">
              <w:rPr>
                <w:rFonts w:ascii="Calibri" w:hAnsi="Calibri"/>
                <w:sz w:val="12"/>
              </w:rPr>
              <w:t>Kasım</w:t>
            </w:r>
            <w:proofErr w:type="spellEnd"/>
            <w:r w:rsidRPr="0078123B">
              <w:rPr>
                <w:rFonts w:ascii="Calibri" w:hAnsi="Calibri"/>
                <w:sz w:val="12"/>
              </w:rPr>
              <w:t xml:space="preserve">- 4 </w:t>
            </w:r>
            <w:proofErr w:type="spellStart"/>
            <w:r w:rsidRPr="0078123B">
              <w:rPr>
                <w:rFonts w:ascii="Calibri" w:hAnsi="Calibri"/>
                <w:sz w:val="12"/>
              </w:rPr>
              <w:t>Aralık</w:t>
            </w:r>
            <w:proofErr w:type="spellEnd"/>
          </w:p>
          <w:p w:rsidR="00A1621E" w:rsidRPr="0078123B" w:rsidRDefault="00A1621E" w:rsidP="00E06E0B">
            <w:pPr>
              <w:spacing w:after="0" w:line="240" w:lineRule="auto"/>
              <w:jc w:val="center"/>
            </w:pPr>
          </w:p>
        </w:tc>
        <w:tc>
          <w:tcPr>
            <w:tcW w:w="652" w:type="dxa"/>
            <w:shd w:val="clear" w:color="auto" w:fill="FFFFFF"/>
            <w:tcMar>
              <w:top w:w="20" w:type="dxa"/>
              <w:left w:w="20" w:type="dxa"/>
              <w:bottom w:w="20" w:type="dxa"/>
              <w:right w:w="20" w:type="dxa"/>
            </w:tcMar>
          </w:tcPr>
          <w:p w:rsidR="00A1621E" w:rsidRPr="0078123B" w:rsidRDefault="00A1621E" w:rsidP="004F40CF">
            <w:pPr>
              <w:spacing w:after="0" w:line="240" w:lineRule="auto"/>
              <w:jc w:val="center"/>
            </w:pPr>
            <w:r>
              <w:rPr>
                <w:rFonts w:ascii="Calibri" w:hAnsi="Calibri"/>
                <w:sz w:val="12"/>
              </w:rPr>
              <w:t>2+1*</w:t>
            </w:r>
          </w:p>
        </w:tc>
        <w:tc>
          <w:tcPr>
            <w:tcW w:w="1152" w:type="dxa"/>
            <w:shd w:val="clear" w:color="auto" w:fill="FFFFFF"/>
            <w:tcMar>
              <w:top w:w="20" w:type="dxa"/>
              <w:left w:w="20" w:type="dxa"/>
              <w:bottom w:w="20" w:type="dxa"/>
              <w:right w:w="20" w:type="dxa"/>
            </w:tcMar>
          </w:tcPr>
          <w:p w:rsidR="00A1621E" w:rsidRPr="0078123B" w:rsidRDefault="00A1621E" w:rsidP="004F40CF">
            <w:pPr>
              <w:spacing w:after="0" w:line="240" w:lineRule="auto"/>
            </w:pPr>
            <w:r w:rsidRPr="0078123B">
              <w:rPr>
                <w:rFonts w:ascii="Calibri" w:hAnsi="Calibri"/>
                <w:sz w:val="12"/>
              </w:rPr>
              <w:t>EVİMİZ DÜNYA</w:t>
            </w:r>
          </w:p>
        </w:tc>
        <w:tc>
          <w:tcPr>
            <w:tcW w:w="1224" w:type="dxa"/>
            <w:shd w:val="clear" w:color="auto" w:fill="FFFFFF"/>
            <w:tcMar>
              <w:top w:w="20" w:type="dxa"/>
              <w:left w:w="20" w:type="dxa"/>
              <w:bottom w:w="20" w:type="dxa"/>
              <w:right w:w="20" w:type="dxa"/>
            </w:tcMar>
          </w:tcPr>
          <w:p w:rsidR="00A1621E" w:rsidRPr="0078123B" w:rsidRDefault="00A1621E" w:rsidP="004F40CF">
            <w:pPr>
              <w:spacing w:after="0" w:line="240" w:lineRule="auto"/>
            </w:pPr>
            <w:r w:rsidRPr="0078123B">
              <w:rPr>
                <w:rFonts w:ascii="Calibri" w:hAnsi="Calibri"/>
                <w:sz w:val="12"/>
              </w:rPr>
              <w:t>Yaşadığı İlde Meydana Gelebilecek Afetlerin Etkileri</w:t>
            </w:r>
          </w:p>
        </w:tc>
        <w:tc>
          <w:tcPr>
            <w:tcW w:w="1512" w:type="dxa"/>
            <w:gridSpan w:val="2"/>
            <w:shd w:val="clear" w:color="auto" w:fill="FFFFFF"/>
            <w:tcMar>
              <w:top w:w="20" w:type="dxa"/>
              <w:left w:w="20" w:type="dxa"/>
              <w:bottom w:w="20" w:type="dxa"/>
              <w:right w:w="20" w:type="dxa"/>
            </w:tcMar>
          </w:tcPr>
          <w:p w:rsidR="00A1621E" w:rsidRPr="0078123B" w:rsidRDefault="00A1621E" w:rsidP="004F40CF">
            <w:pPr>
              <w:spacing w:after="0" w:line="240" w:lineRule="auto"/>
            </w:pPr>
            <w:r w:rsidRPr="0078123B">
              <w:rPr>
                <w:rFonts w:ascii="Calibri" w:hAnsi="Calibri"/>
                <w:sz w:val="12"/>
              </w:rPr>
              <w:t>SB.5.2.3.Yaşadığı ilde meydana gelebilecek afetlerin etkilerini azaltmaya yönelik farkın</w:t>
            </w:r>
            <w:r w:rsidRPr="0078123B">
              <w:rPr>
                <w:rFonts w:ascii="Calibri" w:hAnsi="Calibri"/>
                <w:sz w:val="12"/>
              </w:rPr>
              <w:br/>
              <w:t>dalık etkinliği fikrini eyleme dönüştürebilme</w:t>
            </w:r>
          </w:p>
        </w:tc>
        <w:tc>
          <w:tcPr>
            <w:tcW w:w="1656" w:type="dxa"/>
            <w:shd w:val="clear" w:color="auto" w:fill="FFFFFF"/>
            <w:tcMar>
              <w:top w:w="20" w:type="dxa"/>
              <w:left w:w="20" w:type="dxa"/>
              <w:bottom w:w="20" w:type="dxa"/>
              <w:right w:w="20" w:type="dxa"/>
            </w:tcMar>
          </w:tcPr>
          <w:p w:rsidR="00A1621E" w:rsidRDefault="00A1621E" w:rsidP="004F40CF">
            <w:pPr>
              <w:spacing w:after="0" w:line="240" w:lineRule="auto"/>
              <w:rPr>
                <w:rFonts w:ascii="Calibri" w:hAnsi="Calibri"/>
                <w:sz w:val="12"/>
              </w:rPr>
            </w:pPr>
            <w:r w:rsidRPr="0078123B">
              <w:rPr>
                <w:rFonts w:ascii="Calibri" w:hAnsi="Calibri"/>
                <w:sz w:val="12"/>
              </w:rPr>
              <w:t xml:space="preserve">a) </w:t>
            </w:r>
            <w:proofErr w:type="spellStart"/>
            <w:r w:rsidRPr="0078123B">
              <w:rPr>
                <w:rFonts w:ascii="Calibri" w:hAnsi="Calibri"/>
                <w:sz w:val="12"/>
              </w:rPr>
              <w:t>Yaşadığı</w:t>
            </w:r>
            <w:proofErr w:type="spellEnd"/>
            <w:r w:rsidRPr="0078123B">
              <w:rPr>
                <w:rFonts w:ascii="Calibri" w:hAnsi="Calibri"/>
                <w:sz w:val="12"/>
              </w:rPr>
              <w:t xml:space="preserve"> </w:t>
            </w:r>
            <w:proofErr w:type="spellStart"/>
            <w:r w:rsidRPr="0078123B">
              <w:rPr>
                <w:rFonts w:ascii="Calibri" w:hAnsi="Calibri"/>
                <w:sz w:val="12"/>
              </w:rPr>
              <w:t>ilde</w:t>
            </w:r>
            <w:proofErr w:type="spellEnd"/>
            <w:r w:rsidRPr="0078123B">
              <w:rPr>
                <w:rFonts w:ascii="Calibri" w:hAnsi="Calibri"/>
                <w:sz w:val="12"/>
              </w:rPr>
              <w:t xml:space="preserve"> </w:t>
            </w:r>
            <w:proofErr w:type="spellStart"/>
            <w:r w:rsidRPr="0078123B">
              <w:rPr>
                <w:rFonts w:ascii="Calibri" w:hAnsi="Calibri"/>
                <w:sz w:val="12"/>
              </w:rPr>
              <w:t>meydana</w:t>
            </w:r>
            <w:proofErr w:type="spellEnd"/>
            <w:r w:rsidRPr="0078123B">
              <w:rPr>
                <w:rFonts w:ascii="Calibri" w:hAnsi="Calibri"/>
                <w:sz w:val="12"/>
              </w:rPr>
              <w:t xml:space="preserve"> </w:t>
            </w:r>
            <w:proofErr w:type="spellStart"/>
            <w:r w:rsidRPr="0078123B">
              <w:rPr>
                <w:rFonts w:ascii="Calibri" w:hAnsi="Calibri"/>
                <w:sz w:val="12"/>
              </w:rPr>
              <w:t>gelebilecek</w:t>
            </w:r>
            <w:proofErr w:type="spellEnd"/>
            <w:r w:rsidRPr="0078123B">
              <w:rPr>
                <w:rFonts w:ascii="Calibri" w:hAnsi="Calibri"/>
                <w:sz w:val="12"/>
              </w:rPr>
              <w:t xml:space="preserve"> afetlerin etkilerini azaltmaya yönelik farkındalık </w:t>
            </w:r>
            <w:r w:rsidRPr="0078123B">
              <w:rPr>
                <w:rFonts w:ascii="Calibri" w:hAnsi="Calibri"/>
                <w:sz w:val="12"/>
              </w:rPr>
              <w:br/>
              <w:t>etkinliği planı yapar.</w:t>
            </w:r>
            <w:r w:rsidRPr="0078123B">
              <w:rPr>
                <w:rFonts w:ascii="Calibri" w:hAnsi="Calibri"/>
                <w:sz w:val="12"/>
              </w:rPr>
              <w:br/>
              <w:t xml:space="preserve">b) Yaşadığı ilde meydana gelebilecek afetlerin etkilerini azaltmaya yönelik hazırladığı </w:t>
            </w:r>
            <w:r w:rsidRPr="0078123B">
              <w:rPr>
                <w:rFonts w:ascii="Calibri" w:hAnsi="Calibri"/>
                <w:sz w:val="12"/>
              </w:rPr>
              <w:br/>
              <w:t>farkındalık etkinliği planını uygular.</w:t>
            </w:r>
            <w:r w:rsidRPr="0078123B">
              <w:rPr>
                <w:rFonts w:ascii="Calibri" w:hAnsi="Calibri"/>
                <w:sz w:val="12"/>
              </w:rPr>
              <w:br/>
              <w:t xml:space="preserve">c) Yaşadığı ilde meydana gelebilecek afetlerin etkilerini azaltmaya yönelik hazırladığı </w:t>
            </w:r>
          </w:p>
          <w:p w:rsidR="00675E53" w:rsidRPr="0078123B" w:rsidRDefault="00675E53" w:rsidP="004F40CF">
            <w:pPr>
              <w:spacing w:after="0" w:line="240" w:lineRule="auto"/>
            </w:pPr>
            <w:proofErr w:type="spellStart"/>
            <w:proofErr w:type="gramStart"/>
            <w:r w:rsidRPr="0078123B">
              <w:rPr>
                <w:rFonts w:ascii="Calibri" w:hAnsi="Calibri"/>
                <w:sz w:val="12"/>
              </w:rPr>
              <w:t>farkındalık</w:t>
            </w:r>
            <w:proofErr w:type="spellEnd"/>
            <w:proofErr w:type="gramEnd"/>
            <w:r w:rsidRPr="0078123B">
              <w:rPr>
                <w:rFonts w:ascii="Calibri" w:hAnsi="Calibri"/>
                <w:sz w:val="12"/>
              </w:rPr>
              <w:t xml:space="preserve"> </w:t>
            </w:r>
            <w:proofErr w:type="spellStart"/>
            <w:r w:rsidRPr="0078123B">
              <w:rPr>
                <w:rFonts w:ascii="Calibri" w:hAnsi="Calibri"/>
                <w:sz w:val="12"/>
              </w:rPr>
              <w:t>etkinliği</w:t>
            </w:r>
            <w:proofErr w:type="spellEnd"/>
            <w:r w:rsidRPr="0078123B">
              <w:rPr>
                <w:rFonts w:ascii="Calibri" w:hAnsi="Calibri"/>
                <w:sz w:val="12"/>
              </w:rPr>
              <w:t xml:space="preserve"> </w:t>
            </w:r>
            <w:proofErr w:type="spellStart"/>
            <w:r w:rsidRPr="0078123B">
              <w:rPr>
                <w:rFonts w:ascii="Calibri" w:hAnsi="Calibri"/>
                <w:sz w:val="12"/>
              </w:rPr>
              <w:t>planını</w:t>
            </w:r>
            <w:proofErr w:type="spellEnd"/>
            <w:r w:rsidRPr="0078123B">
              <w:rPr>
                <w:rFonts w:ascii="Calibri" w:hAnsi="Calibri"/>
                <w:sz w:val="12"/>
              </w:rPr>
              <w:t xml:space="preserve"> </w:t>
            </w:r>
            <w:proofErr w:type="spellStart"/>
            <w:r w:rsidRPr="0078123B">
              <w:rPr>
                <w:rFonts w:ascii="Calibri" w:hAnsi="Calibri"/>
                <w:sz w:val="12"/>
              </w:rPr>
              <w:t>değerlendirir</w:t>
            </w:r>
            <w:proofErr w:type="spellEnd"/>
            <w:r>
              <w:rPr>
                <w:rFonts w:ascii="Calibri" w:hAnsi="Calibri"/>
                <w:sz w:val="12"/>
              </w:rPr>
              <w:t>.</w:t>
            </w:r>
          </w:p>
        </w:tc>
        <w:tc>
          <w:tcPr>
            <w:tcW w:w="1228" w:type="dxa"/>
            <w:gridSpan w:val="2"/>
            <w:vMerge w:val="restart"/>
            <w:shd w:val="clear" w:color="auto" w:fill="FFFFFF"/>
            <w:tcMar>
              <w:top w:w="20" w:type="dxa"/>
              <w:left w:w="20" w:type="dxa"/>
              <w:bottom w:w="20" w:type="dxa"/>
              <w:right w:w="20" w:type="dxa"/>
            </w:tcMar>
          </w:tcPr>
          <w:p w:rsidR="00A1621E" w:rsidRPr="0078123B" w:rsidRDefault="00A1621E" w:rsidP="004F40CF">
            <w:pPr>
              <w:spacing w:after="0" w:line="240" w:lineRule="auto"/>
            </w:pPr>
          </w:p>
        </w:tc>
        <w:tc>
          <w:tcPr>
            <w:tcW w:w="1152" w:type="dxa"/>
            <w:vMerge w:val="restart"/>
            <w:shd w:val="clear" w:color="auto" w:fill="FFFFFF"/>
            <w:tcMar>
              <w:top w:w="20" w:type="dxa"/>
              <w:left w:w="20" w:type="dxa"/>
              <w:bottom w:w="20" w:type="dxa"/>
              <w:right w:w="20" w:type="dxa"/>
            </w:tcMar>
          </w:tcPr>
          <w:p w:rsidR="00A1621E" w:rsidRPr="0078123B" w:rsidRDefault="00A1621E" w:rsidP="004F40CF">
            <w:pPr>
              <w:spacing w:after="0" w:line="240" w:lineRule="auto"/>
            </w:pPr>
          </w:p>
        </w:tc>
        <w:tc>
          <w:tcPr>
            <w:tcW w:w="1008" w:type="dxa"/>
            <w:vMerge w:val="restart"/>
            <w:shd w:val="clear" w:color="auto" w:fill="FFFFFF"/>
            <w:tcMar>
              <w:top w:w="20" w:type="dxa"/>
              <w:left w:w="20" w:type="dxa"/>
              <w:bottom w:w="20" w:type="dxa"/>
              <w:right w:w="20" w:type="dxa"/>
            </w:tcMar>
          </w:tcPr>
          <w:p w:rsidR="00A1621E" w:rsidRPr="0078123B" w:rsidRDefault="00A1621E" w:rsidP="004F40CF">
            <w:pPr>
              <w:spacing w:after="0" w:line="240" w:lineRule="auto"/>
            </w:pPr>
          </w:p>
        </w:tc>
        <w:tc>
          <w:tcPr>
            <w:tcW w:w="1152" w:type="dxa"/>
            <w:vMerge w:val="restart"/>
            <w:shd w:val="clear" w:color="auto" w:fill="FFFFFF"/>
            <w:tcMar>
              <w:top w:w="20" w:type="dxa"/>
              <w:left w:w="20" w:type="dxa"/>
              <w:bottom w:w="20" w:type="dxa"/>
              <w:right w:w="20" w:type="dxa"/>
            </w:tcMar>
          </w:tcPr>
          <w:p w:rsidR="00A1621E" w:rsidRPr="0078123B" w:rsidRDefault="00A1621E" w:rsidP="004F40CF">
            <w:pPr>
              <w:spacing w:after="0" w:line="240" w:lineRule="auto"/>
            </w:pPr>
          </w:p>
        </w:tc>
        <w:tc>
          <w:tcPr>
            <w:tcW w:w="1008" w:type="dxa"/>
            <w:gridSpan w:val="2"/>
            <w:vMerge w:val="restart"/>
            <w:shd w:val="clear" w:color="auto" w:fill="FFFFFF"/>
            <w:tcMar>
              <w:top w:w="20" w:type="dxa"/>
              <w:left w:w="20" w:type="dxa"/>
              <w:bottom w:w="20" w:type="dxa"/>
              <w:right w:w="20" w:type="dxa"/>
            </w:tcMar>
          </w:tcPr>
          <w:p w:rsidR="00A1621E" w:rsidRPr="0078123B" w:rsidRDefault="00A1621E" w:rsidP="004F40CF">
            <w:pPr>
              <w:spacing w:after="0" w:line="240" w:lineRule="auto"/>
            </w:pPr>
            <w:r w:rsidRPr="0078123B">
              <w:rPr>
                <w:rFonts w:ascii="Calibri" w:hAnsi="Calibri"/>
                <w:sz w:val="12"/>
              </w:rPr>
              <w:t xml:space="preserve">3 </w:t>
            </w:r>
            <w:proofErr w:type="spellStart"/>
            <w:r w:rsidRPr="0078123B">
              <w:rPr>
                <w:rFonts w:ascii="Calibri" w:hAnsi="Calibri"/>
                <w:sz w:val="12"/>
              </w:rPr>
              <w:t>Aralık</w:t>
            </w:r>
            <w:proofErr w:type="spellEnd"/>
            <w:r w:rsidRPr="0078123B">
              <w:rPr>
                <w:rFonts w:ascii="Calibri" w:hAnsi="Calibri"/>
                <w:sz w:val="12"/>
              </w:rPr>
              <w:t xml:space="preserve"> </w:t>
            </w:r>
            <w:proofErr w:type="spellStart"/>
            <w:r w:rsidRPr="0078123B">
              <w:rPr>
                <w:rFonts w:ascii="Calibri" w:hAnsi="Calibri"/>
                <w:sz w:val="12"/>
              </w:rPr>
              <w:t>Dünya</w:t>
            </w:r>
            <w:proofErr w:type="spellEnd"/>
            <w:r w:rsidRPr="0078123B">
              <w:rPr>
                <w:rFonts w:ascii="Calibri" w:hAnsi="Calibri"/>
                <w:sz w:val="12"/>
              </w:rPr>
              <w:t xml:space="preserve"> </w:t>
            </w:r>
            <w:proofErr w:type="spellStart"/>
            <w:r w:rsidRPr="0078123B">
              <w:rPr>
                <w:rFonts w:ascii="Calibri" w:hAnsi="Calibri"/>
                <w:sz w:val="12"/>
              </w:rPr>
              <w:t>Engelliler</w:t>
            </w:r>
            <w:proofErr w:type="spellEnd"/>
            <w:r w:rsidRPr="0078123B">
              <w:rPr>
                <w:rFonts w:ascii="Calibri" w:hAnsi="Calibri"/>
                <w:sz w:val="12"/>
              </w:rPr>
              <w:t xml:space="preserve"> </w:t>
            </w:r>
            <w:proofErr w:type="spellStart"/>
            <w:r w:rsidRPr="0078123B">
              <w:rPr>
                <w:rFonts w:ascii="Calibri" w:hAnsi="Calibri"/>
                <w:sz w:val="12"/>
              </w:rPr>
              <w:t>Günü</w:t>
            </w:r>
            <w:proofErr w:type="spellEnd"/>
          </w:p>
        </w:tc>
        <w:tc>
          <w:tcPr>
            <w:tcW w:w="1298" w:type="dxa"/>
            <w:vMerge w:val="restart"/>
            <w:shd w:val="clear" w:color="auto" w:fill="FFFFFF"/>
            <w:tcMar>
              <w:top w:w="20" w:type="dxa"/>
              <w:left w:w="20" w:type="dxa"/>
              <w:bottom w:w="20" w:type="dxa"/>
              <w:right w:w="20" w:type="dxa"/>
            </w:tcMar>
          </w:tcPr>
          <w:p w:rsidR="00A1621E" w:rsidRPr="0078123B" w:rsidRDefault="00A1621E" w:rsidP="004F40CF">
            <w:pPr>
              <w:spacing w:after="0" w:line="240" w:lineRule="auto"/>
            </w:pPr>
          </w:p>
        </w:tc>
        <w:tc>
          <w:tcPr>
            <w:tcW w:w="1224" w:type="dxa"/>
            <w:vMerge w:val="restart"/>
            <w:shd w:val="clear" w:color="auto" w:fill="FFFFFF"/>
            <w:tcMar>
              <w:top w:w="20" w:type="dxa"/>
              <w:left w:w="20" w:type="dxa"/>
              <w:bottom w:w="20" w:type="dxa"/>
              <w:right w:w="20" w:type="dxa"/>
            </w:tcMar>
          </w:tcPr>
          <w:p w:rsidR="00A1621E" w:rsidRPr="0078123B" w:rsidRDefault="00A1621E" w:rsidP="004F40CF">
            <w:pPr>
              <w:spacing w:after="0" w:line="240" w:lineRule="auto"/>
            </w:pPr>
          </w:p>
        </w:tc>
      </w:tr>
      <w:tr w:rsidR="00A1621E" w:rsidRPr="0078123B" w:rsidTr="00BB3EAB">
        <w:tblPrEx>
          <w:tblCellMar>
            <w:left w:w="108" w:type="dxa"/>
            <w:right w:w="108" w:type="dxa"/>
          </w:tblCellMar>
          <w:tblLook w:val="04A0"/>
        </w:tblPrEx>
        <w:trPr>
          <w:gridAfter w:val="1"/>
          <w:wAfter w:w="10" w:type="dxa"/>
          <w:trHeight w:val="325"/>
          <w:jc w:val="center"/>
        </w:trPr>
        <w:tc>
          <w:tcPr>
            <w:tcW w:w="792" w:type="dxa"/>
            <w:vMerge/>
            <w:shd w:val="clear" w:color="auto" w:fill="FFFFFF"/>
            <w:tcMar>
              <w:top w:w="20" w:type="dxa"/>
              <w:left w:w="20" w:type="dxa"/>
              <w:bottom w:w="20" w:type="dxa"/>
              <w:right w:w="20" w:type="dxa"/>
            </w:tcMar>
          </w:tcPr>
          <w:p w:rsidR="00A1621E" w:rsidRDefault="00A1621E" w:rsidP="004F40CF">
            <w:pPr>
              <w:spacing w:after="0" w:line="240" w:lineRule="auto"/>
              <w:jc w:val="center"/>
              <w:rPr>
                <w:rFonts w:ascii="Calibri" w:hAnsi="Calibri"/>
                <w:sz w:val="12"/>
              </w:rPr>
            </w:pPr>
          </w:p>
        </w:tc>
        <w:tc>
          <w:tcPr>
            <w:tcW w:w="1008" w:type="dxa"/>
            <w:vMerge/>
            <w:shd w:val="clear" w:color="auto" w:fill="FFFFFF"/>
            <w:tcMar>
              <w:top w:w="20" w:type="dxa"/>
              <w:left w:w="20" w:type="dxa"/>
              <w:bottom w:w="20" w:type="dxa"/>
              <w:right w:w="20" w:type="dxa"/>
            </w:tcMar>
          </w:tcPr>
          <w:p w:rsidR="00A1621E" w:rsidRDefault="00A1621E" w:rsidP="00E06E0B">
            <w:pPr>
              <w:spacing w:after="0" w:line="240" w:lineRule="auto"/>
              <w:jc w:val="center"/>
              <w:rPr>
                <w:rFonts w:ascii="Calibri" w:hAnsi="Calibri"/>
                <w:sz w:val="12"/>
              </w:rPr>
            </w:pPr>
          </w:p>
        </w:tc>
        <w:tc>
          <w:tcPr>
            <w:tcW w:w="652" w:type="dxa"/>
            <w:shd w:val="clear" w:color="auto" w:fill="CCFFFF"/>
            <w:tcMar>
              <w:top w:w="20" w:type="dxa"/>
              <w:left w:w="20" w:type="dxa"/>
              <w:bottom w:w="20" w:type="dxa"/>
              <w:right w:w="20" w:type="dxa"/>
            </w:tcMar>
          </w:tcPr>
          <w:p w:rsidR="00A1621E" w:rsidRPr="0078123B" w:rsidRDefault="00A1621E" w:rsidP="004F40CF">
            <w:pPr>
              <w:spacing w:after="0" w:line="240" w:lineRule="auto"/>
              <w:jc w:val="center"/>
              <w:rPr>
                <w:rFonts w:ascii="Calibri" w:hAnsi="Calibri"/>
                <w:sz w:val="12"/>
              </w:rPr>
            </w:pPr>
            <w:r>
              <w:rPr>
                <w:rFonts w:ascii="Calibri" w:hAnsi="Calibri"/>
                <w:sz w:val="12"/>
              </w:rPr>
              <w:t>1*</w:t>
            </w:r>
          </w:p>
        </w:tc>
        <w:tc>
          <w:tcPr>
            <w:tcW w:w="5544" w:type="dxa"/>
            <w:gridSpan w:val="5"/>
            <w:shd w:val="clear" w:color="auto" w:fill="CCFFFF"/>
            <w:tcMar>
              <w:top w:w="20" w:type="dxa"/>
              <w:left w:w="20" w:type="dxa"/>
              <w:bottom w:w="20" w:type="dxa"/>
              <w:right w:w="20" w:type="dxa"/>
            </w:tcMar>
          </w:tcPr>
          <w:p w:rsidR="00A1621E" w:rsidRPr="00A1621E" w:rsidRDefault="00A1621E" w:rsidP="00A1621E">
            <w:pPr>
              <w:spacing w:after="0" w:line="240" w:lineRule="auto"/>
              <w:jc w:val="center"/>
              <w:rPr>
                <w:rFonts w:ascii="Calibri" w:hAnsi="Calibri"/>
                <w:sz w:val="12"/>
              </w:rPr>
            </w:pPr>
            <w:r w:rsidRPr="00A1621E">
              <w:rPr>
                <w:rFonts w:ascii="Calibri" w:hAnsi="Calibri"/>
                <w:b/>
                <w:sz w:val="12"/>
              </w:rPr>
              <w:t>*OKUL TEMELLİ PLANLAMA</w:t>
            </w:r>
            <w:r w:rsidRPr="00A1621E">
              <w:rPr>
                <w:rFonts w:ascii="Calibri" w:hAnsi="Calibri"/>
                <w:sz w:val="12"/>
              </w:rPr>
              <w:t xml:space="preserve"> - </w:t>
            </w:r>
            <w:proofErr w:type="spellStart"/>
            <w:r w:rsidRPr="00A1621E">
              <w:rPr>
                <w:rFonts w:ascii="Calibri" w:hAnsi="Calibri"/>
                <w:sz w:val="12"/>
              </w:rPr>
              <w:t>Depreme</w:t>
            </w:r>
            <w:proofErr w:type="spellEnd"/>
            <w:r w:rsidRPr="00A1621E">
              <w:rPr>
                <w:rFonts w:ascii="Calibri" w:hAnsi="Calibri"/>
                <w:sz w:val="12"/>
              </w:rPr>
              <w:t xml:space="preserve"> </w:t>
            </w:r>
            <w:proofErr w:type="spellStart"/>
            <w:r w:rsidRPr="00A1621E">
              <w:rPr>
                <w:rFonts w:ascii="Calibri" w:hAnsi="Calibri"/>
                <w:sz w:val="12"/>
              </w:rPr>
              <w:t>Hazırım</w:t>
            </w:r>
            <w:proofErr w:type="spellEnd"/>
          </w:p>
          <w:p w:rsidR="00A1621E" w:rsidRPr="0078123B" w:rsidRDefault="00A1621E" w:rsidP="00A1621E">
            <w:pPr>
              <w:spacing w:after="0" w:line="240" w:lineRule="auto"/>
              <w:jc w:val="center"/>
              <w:rPr>
                <w:rFonts w:ascii="Calibri" w:hAnsi="Calibri"/>
                <w:sz w:val="12"/>
              </w:rPr>
            </w:pPr>
            <w:r w:rsidRPr="00A1621E">
              <w:rPr>
                <w:rFonts w:ascii="Calibri" w:hAnsi="Calibri"/>
                <w:sz w:val="12"/>
              </w:rPr>
              <w:t>(</w:t>
            </w:r>
            <w:proofErr w:type="spellStart"/>
            <w:r w:rsidRPr="00A1621E">
              <w:rPr>
                <w:rFonts w:ascii="Calibri" w:hAnsi="Calibri"/>
                <w:sz w:val="12"/>
              </w:rPr>
              <w:t>Depreme</w:t>
            </w:r>
            <w:proofErr w:type="spellEnd"/>
            <w:r w:rsidRPr="00A1621E">
              <w:rPr>
                <w:rFonts w:ascii="Calibri" w:hAnsi="Calibri"/>
                <w:sz w:val="12"/>
              </w:rPr>
              <w:t xml:space="preserve"> </w:t>
            </w:r>
            <w:proofErr w:type="spellStart"/>
            <w:r w:rsidRPr="00A1621E">
              <w:rPr>
                <w:rFonts w:ascii="Calibri" w:hAnsi="Calibri"/>
                <w:sz w:val="12"/>
              </w:rPr>
              <w:t>hazırlık</w:t>
            </w:r>
            <w:proofErr w:type="spellEnd"/>
            <w:r w:rsidRPr="00A1621E">
              <w:rPr>
                <w:rFonts w:ascii="Calibri" w:hAnsi="Calibri"/>
                <w:sz w:val="12"/>
              </w:rPr>
              <w:t xml:space="preserve"> </w:t>
            </w:r>
            <w:proofErr w:type="spellStart"/>
            <w:r w:rsidRPr="00A1621E">
              <w:rPr>
                <w:rFonts w:ascii="Calibri" w:hAnsi="Calibri"/>
                <w:sz w:val="12"/>
              </w:rPr>
              <w:t>amaçlı</w:t>
            </w:r>
            <w:proofErr w:type="spellEnd"/>
            <w:r w:rsidRPr="00A1621E">
              <w:rPr>
                <w:rFonts w:ascii="Calibri" w:hAnsi="Calibri"/>
                <w:sz w:val="12"/>
              </w:rPr>
              <w:t xml:space="preserve"> </w:t>
            </w:r>
            <w:proofErr w:type="spellStart"/>
            <w:r w:rsidRPr="00A1621E">
              <w:rPr>
                <w:rFonts w:ascii="Calibri" w:hAnsi="Calibri"/>
                <w:sz w:val="12"/>
              </w:rPr>
              <w:t>neler</w:t>
            </w:r>
            <w:proofErr w:type="spellEnd"/>
            <w:r w:rsidRPr="00A1621E">
              <w:rPr>
                <w:rFonts w:ascii="Calibri" w:hAnsi="Calibri"/>
                <w:sz w:val="12"/>
              </w:rPr>
              <w:t xml:space="preserve"> </w:t>
            </w:r>
            <w:proofErr w:type="spellStart"/>
            <w:r w:rsidRPr="00A1621E">
              <w:rPr>
                <w:rFonts w:ascii="Calibri" w:hAnsi="Calibri"/>
                <w:sz w:val="12"/>
              </w:rPr>
              <w:t>yapılabileceğini</w:t>
            </w:r>
            <w:proofErr w:type="spellEnd"/>
            <w:r w:rsidRPr="00A1621E">
              <w:rPr>
                <w:rFonts w:ascii="Calibri" w:hAnsi="Calibri"/>
                <w:sz w:val="12"/>
              </w:rPr>
              <w:t xml:space="preserve"> </w:t>
            </w:r>
            <w:proofErr w:type="spellStart"/>
            <w:r w:rsidRPr="00A1621E">
              <w:rPr>
                <w:rFonts w:ascii="Calibri" w:hAnsi="Calibri"/>
                <w:sz w:val="12"/>
              </w:rPr>
              <w:t>anlatır</w:t>
            </w:r>
            <w:proofErr w:type="spellEnd"/>
            <w:r w:rsidRPr="00A1621E">
              <w:rPr>
                <w:rFonts w:ascii="Calibri" w:hAnsi="Calibri"/>
                <w:sz w:val="12"/>
              </w:rPr>
              <w:t>)</w:t>
            </w:r>
          </w:p>
        </w:tc>
        <w:tc>
          <w:tcPr>
            <w:tcW w:w="1228" w:type="dxa"/>
            <w:gridSpan w:val="2"/>
            <w:vMerge/>
            <w:shd w:val="clear" w:color="auto" w:fill="FFFFFF"/>
            <w:tcMar>
              <w:top w:w="20" w:type="dxa"/>
              <w:left w:w="20" w:type="dxa"/>
              <w:bottom w:w="20" w:type="dxa"/>
              <w:right w:w="20" w:type="dxa"/>
            </w:tcMar>
          </w:tcPr>
          <w:p w:rsidR="00A1621E" w:rsidRPr="0078123B" w:rsidRDefault="00A1621E" w:rsidP="004F40CF">
            <w:pPr>
              <w:spacing w:after="0" w:line="240" w:lineRule="auto"/>
            </w:pPr>
          </w:p>
        </w:tc>
        <w:tc>
          <w:tcPr>
            <w:tcW w:w="1152" w:type="dxa"/>
            <w:vMerge/>
            <w:shd w:val="clear" w:color="auto" w:fill="FFFFFF"/>
            <w:tcMar>
              <w:top w:w="20" w:type="dxa"/>
              <w:left w:w="20" w:type="dxa"/>
              <w:bottom w:w="20" w:type="dxa"/>
              <w:right w:w="20" w:type="dxa"/>
            </w:tcMar>
          </w:tcPr>
          <w:p w:rsidR="00A1621E" w:rsidRPr="0078123B" w:rsidRDefault="00A1621E" w:rsidP="004F40CF">
            <w:pPr>
              <w:spacing w:after="0" w:line="240" w:lineRule="auto"/>
            </w:pPr>
          </w:p>
        </w:tc>
        <w:tc>
          <w:tcPr>
            <w:tcW w:w="1008" w:type="dxa"/>
            <w:vMerge/>
            <w:shd w:val="clear" w:color="auto" w:fill="FFFFFF"/>
            <w:tcMar>
              <w:top w:w="20" w:type="dxa"/>
              <w:left w:w="20" w:type="dxa"/>
              <w:bottom w:w="20" w:type="dxa"/>
              <w:right w:w="20" w:type="dxa"/>
            </w:tcMar>
          </w:tcPr>
          <w:p w:rsidR="00A1621E" w:rsidRPr="0078123B" w:rsidRDefault="00A1621E" w:rsidP="004F40CF">
            <w:pPr>
              <w:spacing w:after="0" w:line="240" w:lineRule="auto"/>
            </w:pPr>
          </w:p>
        </w:tc>
        <w:tc>
          <w:tcPr>
            <w:tcW w:w="1152" w:type="dxa"/>
            <w:vMerge/>
            <w:shd w:val="clear" w:color="auto" w:fill="FFFFFF"/>
            <w:tcMar>
              <w:top w:w="20" w:type="dxa"/>
              <w:left w:w="20" w:type="dxa"/>
              <w:bottom w:w="20" w:type="dxa"/>
              <w:right w:w="20" w:type="dxa"/>
            </w:tcMar>
          </w:tcPr>
          <w:p w:rsidR="00A1621E" w:rsidRPr="0078123B" w:rsidRDefault="00A1621E" w:rsidP="004F40CF">
            <w:pPr>
              <w:spacing w:after="0" w:line="240" w:lineRule="auto"/>
            </w:pPr>
          </w:p>
        </w:tc>
        <w:tc>
          <w:tcPr>
            <w:tcW w:w="1008" w:type="dxa"/>
            <w:gridSpan w:val="2"/>
            <w:vMerge/>
            <w:shd w:val="clear" w:color="auto" w:fill="FFFFFF"/>
            <w:tcMar>
              <w:top w:w="20" w:type="dxa"/>
              <w:left w:w="20" w:type="dxa"/>
              <w:bottom w:w="20" w:type="dxa"/>
              <w:right w:w="20" w:type="dxa"/>
            </w:tcMar>
          </w:tcPr>
          <w:p w:rsidR="00A1621E" w:rsidRPr="0078123B" w:rsidRDefault="00A1621E" w:rsidP="004F40CF">
            <w:pPr>
              <w:spacing w:after="0" w:line="240" w:lineRule="auto"/>
              <w:rPr>
                <w:rFonts w:ascii="Calibri" w:hAnsi="Calibri"/>
                <w:sz w:val="12"/>
              </w:rPr>
            </w:pPr>
          </w:p>
        </w:tc>
        <w:tc>
          <w:tcPr>
            <w:tcW w:w="1298" w:type="dxa"/>
            <w:vMerge/>
            <w:shd w:val="clear" w:color="auto" w:fill="FFFFFF"/>
            <w:tcMar>
              <w:top w:w="20" w:type="dxa"/>
              <w:left w:w="20" w:type="dxa"/>
              <w:bottom w:w="20" w:type="dxa"/>
              <w:right w:w="20" w:type="dxa"/>
            </w:tcMar>
          </w:tcPr>
          <w:p w:rsidR="00A1621E" w:rsidRPr="0078123B" w:rsidRDefault="00A1621E" w:rsidP="004F40CF">
            <w:pPr>
              <w:spacing w:after="0" w:line="240" w:lineRule="auto"/>
            </w:pPr>
          </w:p>
        </w:tc>
        <w:tc>
          <w:tcPr>
            <w:tcW w:w="1224" w:type="dxa"/>
            <w:vMerge/>
            <w:shd w:val="clear" w:color="auto" w:fill="FFFFFF"/>
            <w:tcMar>
              <w:top w:w="20" w:type="dxa"/>
              <w:left w:w="20" w:type="dxa"/>
              <w:bottom w:w="20" w:type="dxa"/>
              <w:right w:w="20" w:type="dxa"/>
            </w:tcMar>
          </w:tcPr>
          <w:p w:rsidR="00A1621E" w:rsidRPr="0078123B" w:rsidRDefault="00A1621E" w:rsidP="004F40CF">
            <w:pPr>
              <w:spacing w:after="0" w:line="240" w:lineRule="auto"/>
            </w:pPr>
          </w:p>
        </w:tc>
      </w:tr>
      <w:tr w:rsidR="002147A0" w:rsidRPr="0078123B" w:rsidTr="008E6D36">
        <w:tblPrEx>
          <w:tblCellMar>
            <w:left w:w="108" w:type="dxa"/>
            <w:right w:w="108" w:type="dxa"/>
          </w:tblCellMar>
          <w:tblLook w:val="04A0"/>
        </w:tblPrEx>
        <w:trPr>
          <w:gridAfter w:val="1"/>
          <w:wAfter w:w="10" w:type="dxa"/>
          <w:jc w:val="center"/>
        </w:trPr>
        <w:tc>
          <w:tcPr>
            <w:tcW w:w="792" w:type="dxa"/>
            <w:shd w:val="clear" w:color="auto" w:fill="F8FAFC"/>
            <w:tcMar>
              <w:top w:w="20" w:type="dxa"/>
              <w:left w:w="20" w:type="dxa"/>
              <w:bottom w:w="20" w:type="dxa"/>
              <w:right w:w="20" w:type="dxa"/>
            </w:tcMar>
          </w:tcPr>
          <w:p w:rsidR="002147A0" w:rsidRPr="0078123B" w:rsidRDefault="002147A0" w:rsidP="004F40CF">
            <w:pPr>
              <w:spacing w:after="0" w:line="240" w:lineRule="auto"/>
              <w:jc w:val="center"/>
            </w:pPr>
            <w:r>
              <w:rPr>
                <w:rFonts w:ascii="Calibri" w:hAnsi="Calibri"/>
                <w:sz w:val="12"/>
              </w:rPr>
              <w:t>ARALIK</w:t>
            </w:r>
          </w:p>
        </w:tc>
        <w:tc>
          <w:tcPr>
            <w:tcW w:w="1008" w:type="dxa"/>
            <w:shd w:val="clear" w:color="auto" w:fill="F8FAFC"/>
            <w:tcMar>
              <w:top w:w="20" w:type="dxa"/>
              <w:left w:w="20" w:type="dxa"/>
              <w:bottom w:w="20" w:type="dxa"/>
              <w:right w:w="20" w:type="dxa"/>
            </w:tcMar>
          </w:tcPr>
          <w:p w:rsidR="002147A0" w:rsidRPr="003A5188" w:rsidRDefault="002147A0" w:rsidP="003A5188">
            <w:pPr>
              <w:spacing w:after="0" w:line="240" w:lineRule="auto"/>
              <w:jc w:val="center"/>
              <w:rPr>
                <w:rFonts w:ascii="Calibri" w:hAnsi="Calibri"/>
                <w:sz w:val="12"/>
              </w:rPr>
            </w:pPr>
            <w:r>
              <w:rPr>
                <w:rFonts w:ascii="Calibri" w:hAnsi="Calibri"/>
                <w:sz w:val="12"/>
              </w:rPr>
              <w:t>12</w:t>
            </w:r>
            <w:r w:rsidRPr="0078123B">
              <w:rPr>
                <w:rFonts w:ascii="Calibri" w:hAnsi="Calibri"/>
                <w:sz w:val="12"/>
              </w:rPr>
              <w:t xml:space="preserve">. </w:t>
            </w:r>
            <w:proofErr w:type="spellStart"/>
            <w:r w:rsidRPr="0078123B">
              <w:rPr>
                <w:rFonts w:ascii="Calibri" w:hAnsi="Calibri"/>
                <w:sz w:val="12"/>
              </w:rPr>
              <w:t>Hafta</w:t>
            </w:r>
            <w:proofErr w:type="spellEnd"/>
            <w:r w:rsidRPr="0078123B">
              <w:rPr>
                <w:rFonts w:ascii="Calibri" w:hAnsi="Calibri"/>
                <w:sz w:val="12"/>
              </w:rPr>
              <w:t>:</w:t>
            </w:r>
            <w:r w:rsidRPr="0078123B">
              <w:rPr>
                <w:rFonts w:ascii="Calibri" w:hAnsi="Calibri"/>
                <w:sz w:val="12"/>
              </w:rPr>
              <w:br/>
              <w:t xml:space="preserve">7-11 </w:t>
            </w:r>
            <w:proofErr w:type="spellStart"/>
            <w:r w:rsidRPr="0078123B">
              <w:rPr>
                <w:rFonts w:ascii="Calibri" w:hAnsi="Calibri"/>
                <w:sz w:val="12"/>
              </w:rPr>
              <w:t>Aralık</w:t>
            </w:r>
            <w:proofErr w:type="spellEnd"/>
          </w:p>
        </w:tc>
        <w:tc>
          <w:tcPr>
            <w:tcW w:w="652" w:type="dxa"/>
            <w:shd w:val="clear" w:color="auto" w:fill="F8FAFC"/>
            <w:tcMar>
              <w:top w:w="20" w:type="dxa"/>
              <w:left w:w="20" w:type="dxa"/>
              <w:bottom w:w="20" w:type="dxa"/>
              <w:right w:w="20" w:type="dxa"/>
            </w:tcMar>
          </w:tcPr>
          <w:p w:rsidR="002147A0" w:rsidRPr="0078123B" w:rsidRDefault="002147A0" w:rsidP="004F40CF">
            <w:pPr>
              <w:spacing w:after="0" w:line="240" w:lineRule="auto"/>
              <w:jc w:val="center"/>
            </w:pPr>
            <w:r w:rsidRPr="0078123B">
              <w:rPr>
                <w:rFonts w:ascii="Calibri" w:hAnsi="Calibri"/>
                <w:sz w:val="12"/>
              </w:rPr>
              <w:t>3</w:t>
            </w:r>
          </w:p>
        </w:tc>
        <w:tc>
          <w:tcPr>
            <w:tcW w:w="1152" w:type="dxa"/>
            <w:shd w:val="clear" w:color="auto" w:fill="F8FAFC"/>
            <w:tcMar>
              <w:top w:w="20" w:type="dxa"/>
              <w:left w:w="20" w:type="dxa"/>
              <w:bottom w:w="20" w:type="dxa"/>
              <w:right w:w="20" w:type="dxa"/>
            </w:tcMar>
          </w:tcPr>
          <w:p w:rsidR="002147A0" w:rsidRPr="0078123B" w:rsidRDefault="002147A0" w:rsidP="004F40CF">
            <w:pPr>
              <w:spacing w:after="0" w:line="240" w:lineRule="auto"/>
            </w:pPr>
            <w:r w:rsidRPr="0078123B">
              <w:rPr>
                <w:rFonts w:ascii="Calibri" w:hAnsi="Calibri"/>
                <w:sz w:val="12"/>
              </w:rPr>
              <w:t>EVİMİZ DÜNYA</w:t>
            </w:r>
          </w:p>
        </w:tc>
        <w:tc>
          <w:tcPr>
            <w:tcW w:w="1224" w:type="dxa"/>
            <w:shd w:val="clear" w:color="auto" w:fill="F8FAFC"/>
            <w:tcMar>
              <w:top w:w="20" w:type="dxa"/>
              <w:left w:w="20" w:type="dxa"/>
              <w:bottom w:w="20" w:type="dxa"/>
              <w:right w:w="20" w:type="dxa"/>
            </w:tcMar>
          </w:tcPr>
          <w:p w:rsidR="002147A0" w:rsidRPr="0078123B" w:rsidRDefault="002147A0" w:rsidP="008F4D09">
            <w:pPr>
              <w:spacing w:after="0" w:line="240" w:lineRule="auto"/>
            </w:pPr>
            <w:proofErr w:type="spellStart"/>
            <w:r w:rsidRPr="0078123B">
              <w:rPr>
                <w:rFonts w:ascii="Calibri" w:hAnsi="Calibri"/>
                <w:sz w:val="12"/>
              </w:rPr>
              <w:t>Ülkemize</w:t>
            </w:r>
            <w:proofErr w:type="spellEnd"/>
            <w:r w:rsidRPr="0078123B">
              <w:rPr>
                <w:rFonts w:ascii="Calibri" w:hAnsi="Calibri"/>
                <w:sz w:val="12"/>
              </w:rPr>
              <w:t xml:space="preserve"> </w:t>
            </w:r>
            <w:proofErr w:type="spellStart"/>
            <w:r w:rsidRPr="0078123B">
              <w:rPr>
                <w:rFonts w:ascii="Calibri" w:hAnsi="Calibri"/>
                <w:sz w:val="12"/>
              </w:rPr>
              <w:t>Komşu</w:t>
            </w:r>
            <w:proofErr w:type="spellEnd"/>
            <w:r w:rsidRPr="0078123B">
              <w:rPr>
                <w:rFonts w:ascii="Calibri" w:hAnsi="Calibri"/>
                <w:sz w:val="12"/>
              </w:rPr>
              <w:t xml:space="preserve"> </w:t>
            </w:r>
            <w:proofErr w:type="spellStart"/>
            <w:r w:rsidRPr="0078123B">
              <w:rPr>
                <w:rFonts w:ascii="Calibri" w:hAnsi="Calibri"/>
                <w:sz w:val="12"/>
              </w:rPr>
              <w:t>Devletler</w:t>
            </w:r>
            <w:proofErr w:type="spellEnd"/>
          </w:p>
        </w:tc>
        <w:tc>
          <w:tcPr>
            <w:tcW w:w="1512" w:type="dxa"/>
            <w:gridSpan w:val="2"/>
            <w:shd w:val="clear" w:color="auto" w:fill="F8FAFC"/>
            <w:tcMar>
              <w:top w:w="20" w:type="dxa"/>
              <w:left w:w="20" w:type="dxa"/>
              <w:bottom w:w="20" w:type="dxa"/>
              <w:right w:w="20" w:type="dxa"/>
            </w:tcMar>
          </w:tcPr>
          <w:p w:rsidR="002147A0" w:rsidRPr="0078123B" w:rsidRDefault="002147A0" w:rsidP="008F4D09">
            <w:pPr>
              <w:spacing w:after="0" w:line="240" w:lineRule="auto"/>
            </w:pPr>
            <w:r w:rsidRPr="0078123B">
              <w:rPr>
                <w:rFonts w:ascii="Calibri" w:hAnsi="Calibri"/>
                <w:sz w:val="12"/>
              </w:rPr>
              <w:t xml:space="preserve">SB.5.2.4. </w:t>
            </w:r>
            <w:proofErr w:type="spellStart"/>
            <w:r w:rsidRPr="0078123B">
              <w:rPr>
                <w:rFonts w:ascii="Calibri" w:hAnsi="Calibri"/>
                <w:sz w:val="12"/>
              </w:rPr>
              <w:t>Ülkemize</w:t>
            </w:r>
            <w:proofErr w:type="spellEnd"/>
            <w:r w:rsidRPr="0078123B">
              <w:rPr>
                <w:rFonts w:ascii="Calibri" w:hAnsi="Calibri"/>
                <w:sz w:val="12"/>
              </w:rPr>
              <w:t xml:space="preserve"> </w:t>
            </w:r>
            <w:proofErr w:type="spellStart"/>
            <w:r w:rsidRPr="0078123B">
              <w:rPr>
                <w:rFonts w:ascii="Calibri" w:hAnsi="Calibri"/>
                <w:sz w:val="12"/>
              </w:rPr>
              <w:t>kara</w:t>
            </w:r>
            <w:proofErr w:type="spellEnd"/>
            <w:r w:rsidRPr="0078123B">
              <w:rPr>
                <w:rFonts w:ascii="Calibri" w:hAnsi="Calibri"/>
                <w:sz w:val="12"/>
              </w:rPr>
              <w:t xml:space="preserve"> </w:t>
            </w:r>
            <w:proofErr w:type="spellStart"/>
            <w:r w:rsidRPr="0078123B">
              <w:rPr>
                <w:rFonts w:ascii="Calibri" w:hAnsi="Calibri"/>
                <w:sz w:val="12"/>
              </w:rPr>
              <w:t>sınırı</w:t>
            </w:r>
            <w:proofErr w:type="spellEnd"/>
            <w:r w:rsidRPr="0078123B">
              <w:rPr>
                <w:rFonts w:ascii="Calibri" w:hAnsi="Calibri"/>
                <w:sz w:val="12"/>
              </w:rPr>
              <w:t xml:space="preserve"> </w:t>
            </w:r>
            <w:proofErr w:type="spellStart"/>
            <w:r w:rsidRPr="0078123B">
              <w:rPr>
                <w:rFonts w:ascii="Calibri" w:hAnsi="Calibri"/>
                <w:sz w:val="12"/>
              </w:rPr>
              <w:t>olan</w:t>
            </w:r>
            <w:proofErr w:type="spellEnd"/>
            <w:r w:rsidRPr="0078123B">
              <w:rPr>
                <w:rFonts w:ascii="Calibri" w:hAnsi="Calibri"/>
                <w:sz w:val="12"/>
              </w:rPr>
              <w:t xml:space="preserve"> </w:t>
            </w:r>
            <w:proofErr w:type="spellStart"/>
            <w:r w:rsidRPr="0078123B">
              <w:rPr>
                <w:rFonts w:ascii="Calibri" w:hAnsi="Calibri"/>
                <w:sz w:val="12"/>
              </w:rPr>
              <w:t>komşu</w:t>
            </w:r>
            <w:proofErr w:type="spellEnd"/>
            <w:r w:rsidRPr="0078123B">
              <w:rPr>
                <w:rFonts w:ascii="Calibri" w:hAnsi="Calibri"/>
                <w:sz w:val="12"/>
              </w:rPr>
              <w:t xml:space="preserve"> </w:t>
            </w:r>
            <w:proofErr w:type="spellStart"/>
            <w:r w:rsidRPr="0078123B">
              <w:rPr>
                <w:rFonts w:ascii="Calibri" w:hAnsi="Calibri"/>
                <w:sz w:val="12"/>
              </w:rPr>
              <w:t>devletler</w:t>
            </w:r>
            <w:proofErr w:type="spellEnd"/>
            <w:r w:rsidRPr="0078123B">
              <w:rPr>
                <w:rFonts w:ascii="Calibri" w:hAnsi="Calibri"/>
                <w:sz w:val="12"/>
              </w:rPr>
              <w:t xml:space="preserve"> </w:t>
            </w:r>
            <w:proofErr w:type="spellStart"/>
            <w:r w:rsidRPr="0078123B">
              <w:rPr>
                <w:rFonts w:ascii="Calibri" w:hAnsi="Calibri"/>
                <w:sz w:val="12"/>
              </w:rPr>
              <w:t>hakkında</w:t>
            </w:r>
            <w:proofErr w:type="spellEnd"/>
            <w:r w:rsidRPr="0078123B">
              <w:rPr>
                <w:rFonts w:ascii="Calibri" w:hAnsi="Calibri"/>
                <w:sz w:val="12"/>
              </w:rPr>
              <w:t xml:space="preserve"> </w:t>
            </w:r>
            <w:proofErr w:type="spellStart"/>
            <w:r w:rsidRPr="0078123B">
              <w:rPr>
                <w:rFonts w:ascii="Calibri" w:hAnsi="Calibri"/>
                <w:sz w:val="12"/>
              </w:rPr>
              <w:t>bilgi</w:t>
            </w:r>
            <w:proofErr w:type="spellEnd"/>
            <w:r w:rsidRPr="0078123B">
              <w:rPr>
                <w:rFonts w:ascii="Calibri" w:hAnsi="Calibri"/>
                <w:sz w:val="12"/>
              </w:rPr>
              <w:t xml:space="preserve"> </w:t>
            </w:r>
            <w:proofErr w:type="spellStart"/>
            <w:r w:rsidRPr="0078123B">
              <w:rPr>
                <w:rFonts w:ascii="Calibri" w:hAnsi="Calibri"/>
                <w:sz w:val="12"/>
              </w:rPr>
              <w:t>toplayabilme</w:t>
            </w:r>
            <w:proofErr w:type="spellEnd"/>
          </w:p>
        </w:tc>
        <w:tc>
          <w:tcPr>
            <w:tcW w:w="1656" w:type="dxa"/>
            <w:shd w:val="clear" w:color="auto" w:fill="F8FAFC"/>
            <w:tcMar>
              <w:top w:w="20" w:type="dxa"/>
              <w:left w:w="20" w:type="dxa"/>
              <w:bottom w:w="20" w:type="dxa"/>
              <w:right w:w="20" w:type="dxa"/>
            </w:tcMar>
          </w:tcPr>
          <w:p w:rsidR="002147A0" w:rsidRPr="0078123B" w:rsidRDefault="002147A0" w:rsidP="008F4D09">
            <w:pPr>
              <w:spacing w:after="0" w:line="240" w:lineRule="auto"/>
            </w:pPr>
            <w:r w:rsidRPr="0078123B">
              <w:rPr>
                <w:rFonts w:ascii="Calibri" w:hAnsi="Calibri"/>
                <w:sz w:val="12"/>
              </w:rPr>
              <w:t xml:space="preserve">a) </w:t>
            </w:r>
            <w:proofErr w:type="spellStart"/>
            <w:r w:rsidRPr="0078123B">
              <w:rPr>
                <w:rFonts w:ascii="Calibri" w:hAnsi="Calibri"/>
                <w:sz w:val="12"/>
              </w:rPr>
              <w:t>Ülkemize</w:t>
            </w:r>
            <w:proofErr w:type="spellEnd"/>
            <w:r w:rsidRPr="0078123B">
              <w:rPr>
                <w:rFonts w:ascii="Calibri" w:hAnsi="Calibri"/>
                <w:sz w:val="12"/>
              </w:rPr>
              <w:t xml:space="preserve"> </w:t>
            </w:r>
            <w:proofErr w:type="spellStart"/>
            <w:r w:rsidRPr="0078123B">
              <w:rPr>
                <w:rFonts w:ascii="Calibri" w:hAnsi="Calibri"/>
                <w:sz w:val="12"/>
              </w:rPr>
              <w:t>kara</w:t>
            </w:r>
            <w:proofErr w:type="spellEnd"/>
            <w:r w:rsidRPr="0078123B">
              <w:rPr>
                <w:rFonts w:ascii="Calibri" w:hAnsi="Calibri"/>
                <w:sz w:val="12"/>
              </w:rPr>
              <w:t xml:space="preserve"> </w:t>
            </w:r>
            <w:proofErr w:type="spellStart"/>
            <w:r w:rsidRPr="0078123B">
              <w:rPr>
                <w:rFonts w:ascii="Calibri" w:hAnsi="Calibri"/>
                <w:sz w:val="12"/>
              </w:rPr>
              <w:t>sınırı</w:t>
            </w:r>
            <w:proofErr w:type="spellEnd"/>
            <w:r w:rsidRPr="0078123B">
              <w:rPr>
                <w:rFonts w:ascii="Calibri" w:hAnsi="Calibri"/>
                <w:sz w:val="12"/>
              </w:rPr>
              <w:t xml:space="preserve"> </w:t>
            </w:r>
            <w:proofErr w:type="spellStart"/>
            <w:r w:rsidRPr="0078123B">
              <w:rPr>
                <w:rFonts w:ascii="Calibri" w:hAnsi="Calibri"/>
                <w:sz w:val="12"/>
              </w:rPr>
              <w:t>olan</w:t>
            </w:r>
            <w:proofErr w:type="spellEnd"/>
            <w:r w:rsidRPr="0078123B">
              <w:rPr>
                <w:rFonts w:ascii="Calibri" w:hAnsi="Calibri"/>
                <w:sz w:val="12"/>
              </w:rPr>
              <w:t xml:space="preserve"> </w:t>
            </w:r>
            <w:proofErr w:type="spellStart"/>
            <w:r w:rsidRPr="0078123B">
              <w:rPr>
                <w:rFonts w:ascii="Calibri" w:hAnsi="Calibri"/>
                <w:sz w:val="12"/>
              </w:rPr>
              <w:t>komşu</w:t>
            </w:r>
            <w:proofErr w:type="spellEnd"/>
            <w:r w:rsidRPr="0078123B">
              <w:rPr>
                <w:rFonts w:ascii="Calibri" w:hAnsi="Calibri"/>
                <w:sz w:val="12"/>
              </w:rPr>
              <w:t xml:space="preserve"> </w:t>
            </w:r>
            <w:proofErr w:type="spellStart"/>
            <w:r w:rsidRPr="0078123B">
              <w:rPr>
                <w:rFonts w:ascii="Calibri" w:hAnsi="Calibri"/>
                <w:sz w:val="12"/>
              </w:rPr>
              <w:t>devletlerle</w:t>
            </w:r>
            <w:proofErr w:type="spellEnd"/>
            <w:r w:rsidRPr="0078123B">
              <w:rPr>
                <w:rFonts w:ascii="Calibri" w:hAnsi="Calibri"/>
                <w:sz w:val="12"/>
              </w:rPr>
              <w:t xml:space="preserve"> </w:t>
            </w:r>
            <w:proofErr w:type="spellStart"/>
            <w:r w:rsidRPr="0078123B">
              <w:rPr>
                <w:rFonts w:ascii="Calibri" w:hAnsi="Calibri"/>
                <w:sz w:val="12"/>
              </w:rPr>
              <w:t>ilgili</w:t>
            </w:r>
            <w:proofErr w:type="spellEnd"/>
            <w:r w:rsidRPr="0078123B">
              <w:rPr>
                <w:rFonts w:ascii="Calibri" w:hAnsi="Calibri"/>
                <w:sz w:val="12"/>
              </w:rPr>
              <w:t xml:space="preserve"> </w:t>
            </w:r>
            <w:proofErr w:type="spellStart"/>
            <w:r w:rsidRPr="0078123B">
              <w:rPr>
                <w:rFonts w:ascii="Calibri" w:hAnsi="Calibri"/>
                <w:sz w:val="12"/>
              </w:rPr>
              <w:t>bilgilere</w:t>
            </w:r>
            <w:proofErr w:type="spellEnd"/>
            <w:r w:rsidRPr="0078123B">
              <w:rPr>
                <w:rFonts w:ascii="Calibri" w:hAnsi="Calibri"/>
                <w:sz w:val="12"/>
              </w:rPr>
              <w:t xml:space="preserve"> </w:t>
            </w:r>
            <w:proofErr w:type="spellStart"/>
            <w:r w:rsidRPr="0078123B">
              <w:rPr>
                <w:rFonts w:ascii="Calibri" w:hAnsi="Calibri"/>
                <w:sz w:val="12"/>
              </w:rPr>
              <w:t>ulaşmak</w:t>
            </w:r>
            <w:proofErr w:type="spellEnd"/>
            <w:r w:rsidRPr="0078123B">
              <w:rPr>
                <w:rFonts w:ascii="Calibri" w:hAnsi="Calibri"/>
                <w:sz w:val="12"/>
              </w:rPr>
              <w:t xml:space="preserve"> </w:t>
            </w:r>
            <w:proofErr w:type="spellStart"/>
            <w:r w:rsidRPr="0078123B">
              <w:rPr>
                <w:rFonts w:ascii="Calibri" w:hAnsi="Calibri"/>
                <w:sz w:val="12"/>
              </w:rPr>
              <w:t>amacıyla</w:t>
            </w:r>
            <w:proofErr w:type="spellEnd"/>
            <w:r w:rsidRPr="0078123B">
              <w:rPr>
                <w:rFonts w:ascii="Calibri" w:hAnsi="Calibri"/>
                <w:sz w:val="12"/>
              </w:rPr>
              <w:t xml:space="preserve"> </w:t>
            </w:r>
            <w:proofErr w:type="spellStart"/>
            <w:r w:rsidRPr="0078123B">
              <w:rPr>
                <w:rFonts w:ascii="Calibri" w:hAnsi="Calibri"/>
                <w:sz w:val="12"/>
              </w:rPr>
              <w:t>kullanacağı</w:t>
            </w:r>
            <w:proofErr w:type="spellEnd"/>
            <w:r w:rsidRPr="0078123B">
              <w:rPr>
                <w:rFonts w:ascii="Calibri" w:hAnsi="Calibri"/>
                <w:sz w:val="12"/>
              </w:rPr>
              <w:t xml:space="preserve"> </w:t>
            </w:r>
            <w:proofErr w:type="spellStart"/>
            <w:r w:rsidRPr="0078123B">
              <w:rPr>
                <w:rFonts w:ascii="Calibri" w:hAnsi="Calibri"/>
                <w:sz w:val="12"/>
              </w:rPr>
              <w:t>kaynakları</w:t>
            </w:r>
            <w:proofErr w:type="spellEnd"/>
            <w:r w:rsidRPr="0078123B">
              <w:rPr>
                <w:rFonts w:ascii="Calibri" w:hAnsi="Calibri"/>
                <w:sz w:val="12"/>
              </w:rPr>
              <w:t xml:space="preserve"> </w:t>
            </w:r>
            <w:proofErr w:type="spellStart"/>
            <w:r w:rsidRPr="0078123B">
              <w:rPr>
                <w:rFonts w:ascii="Calibri" w:hAnsi="Calibri"/>
                <w:sz w:val="12"/>
              </w:rPr>
              <w:t>belirler</w:t>
            </w:r>
            <w:proofErr w:type="spellEnd"/>
            <w:r w:rsidRPr="0078123B">
              <w:rPr>
                <w:rFonts w:ascii="Calibri" w:hAnsi="Calibri"/>
                <w:sz w:val="12"/>
              </w:rPr>
              <w:t>.</w:t>
            </w:r>
            <w:r w:rsidRPr="0078123B">
              <w:rPr>
                <w:rFonts w:ascii="Calibri" w:hAnsi="Calibri"/>
                <w:sz w:val="12"/>
              </w:rPr>
              <w:br/>
              <w:t xml:space="preserve">b) </w:t>
            </w:r>
            <w:proofErr w:type="spellStart"/>
            <w:r w:rsidRPr="0078123B">
              <w:rPr>
                <w:rFonts w:ascii="Calibri" w:hAnsi="Calibri"/>
                <w:sz w:val="12"/>
              </w:rPr>
              <w:t>Ülkemize</w:t>
            </w:r>
            <w:proofErr w:type="spellEnd"/>
            <w:r w:rsidRPr="0078123B">
              <w:rPr>
                <w:rFonts w:ascii="Calibri" w:hAnsi="Calibri"/>
                <w:sz w:val="12"/>
              </w:rPr>
              <w:t xml:space="preserve"> </w:t>
            </w:r>
            <w:proofErr w:type="spellStart"/>
            <w:r w:rsidRPr="0078123B">
              <w:rPr>
                <w:rFonts w:ascii="Calibri" w:hAnsi="Calibri"/>
                <w:sz w:val="12"/>
              </w:rPr>
              <w:t>kara</w:t>
            </w:r>
            <w:proofErr w:type="spellEnd"/>
            <w:r w:rsidRPr="0078123B">
              <w:rPr>
                <w:rFonts w:ascii="Calibri" w:hAnsi="Calibri"/>
                <w:sz w:val="12"/>
              </w:rPr>
              <w:t xml:space="preserve"> </w:t>
            </w:r>
            <w:proofErr w:type="spellStart"/>
            <w:r w:rsidRPr="0078123B">
              <w:rPr>
                <w:rFonts w:ascii="Calibri" w:hAnsi="Calibri"/>
                <w:sz w:val="12"/>
              </w:rPr>
              <w:t>sınırı</w:t>
            </w:r>
            <w:proofErr w:type="spellEnd"/>
            <w:r w:rsidRPr="0078123B">
              <w:rPr>
                <w:rFonts w:ascii="Calibri" w:hAnsi="Calibri"/>
                <w:sz w:val="12"/>
              </w:rPr>
              <w:t xml:space="preserve"> </w:t>
            </w:r>
            <w:proofErr w:type="spellStart"/>
            <w:r w:rsidRPr="0078123B">
              <w:rPr>
                <w:rFonts w:ascii="Calibri" w:hAnsi="Calibri"/>
                <w:sz w:val="12"/>
              </w:rPr>
              <w:t>olan</w:t>
            </w:r>
            <w:proofErr w:type="spellEnd"/>
            <w:r w:rsidRPr="0078123B">
              <w:rPr>
                <w:rFonts w:ascii="Calibri" w:hAnsi="Calibri"/>
                <w:sz w:val="12"/>
              </w:rPr>
              <w:t xml:space="preserve"> </w:t>
            </w:r>
            <w:proofErr w:type="spellStart"/>
            <w:r w:rsidRPr="0078123B">
              <w:rPr>
                <w:rFonts w:ascii="Calibri" w:hAnsi="Calibri"/>
                <w:sz w:val="12"/>
              </w:rPr>
              <w:t>komşu</w:t>
            </w:r>
            <w:proofErr w:type="spellEnd"/>
            <w:r w:rsidRPr="0078123B">
              <w:rPr>
                <w:rFonts w:ascii="Calibri" w:hAnsi="Calibri"/>
                <w:sz w:val="12"/>
              </w:rPr>
              <w:t xml:space="preserve"> </w:t>
            </w:r>
            <w:proofErr w:type="spellStart"/>
            <w:r w:rsidRPr="0078123B">
              <w:rPr>
                <w:rFonts w:ascii="Calibri" w:hAnsi="Calibri"/>
                <w:sz w:val="12"/>
              </w:rPr>
              <w:t>devletlerle</w:t>
            </w:r>
            <w:proofErr w:type="spellEnd"/>
            <w:r w:rsidRPr="0078123B">
              <w:rPr>
                <w:rFonts w:ascii="Calibri" w:hAnsi="Calibri"/>
                <w:sz w:val="12"/>
              </w:rPr>
              <w:t xml:space="preserve"> </w:t>
            </w:r>
            <w:proofErr w:type="spellStart"/>
            <w:r w:rsidRPr="0078123B">
              <w:rPr>
                <w:rFonts w:ascii="Calibri" w:hAnsi="Calibri"/>
                <w:sz w:val="12"/>
              </w:rPr>
              <w:t>ilgili</w:t>
            </w:r>
            <w:proofErr w:type="spellEnd"/>
            <w:r w:rsidRPr="0078123B">
              <w:rPr>
                <w:rFonts w:ascii="Calibri" w:hAnsi="Calibri"/>
                <w:sz w:val="12"/>
              </w:rPr>
              <w:t xml:space="preserve"> </w:t>
            </w:r>
            <w:proofErr w:type="spellStart"/>
            <w:r w:rsidRPr="0078123B">
              <w:rPr>
                <w:rFonts w:ascii="Calibri" w:hAnsi="Calibri"/>
                <w:sz w:val="12"/>
              </w:rPr>
              <w:t>bilgileri</w:t>
            </w:r>
            <w:proofErr w:type="spellEnd"/>
            <w:r w:rsidRPr="0078123B">
              <w:rPr>
                <w:rFonts w:ascii="Calibri" w:hAnsi="Calibri"/>
                <w:sz w:val="12"/>
              </w:rPr>
              <w:t xml:space="preserve"> </w:t>
            </w:r>
            <w:proofErr w:type="spellStart"/>
            <w:r w:rsidRPr="0078123B">
              <w:rPr>
                <w:rFonts w:ascii="Calibri" w:hAnsi="Calibri"/>
                <w:sz w:val="12"/>
              </w:rPr>
              <w:t>belirlediği</w:t>
            </w:r>
            <w:proofErr w:type="spellEnd"/>
            <w:r w:rsidRPr="0078123B">
              <w:rPr>
                <w:rFonts w:ascii="Calibri" w:hAnsi="Calibri"/>
                <w:sz w:val="12"/>
              </w:rPr>
              <w:t xml:space="preserve"> </w:t>
            </w:r>
            <w:proofErr w:type="spellStart"/>
            <w:r w:rsidRPr="0078123B">
              <w:rPr>
                <w:rFonts w:ascii="Calibri" w:hAnsi="Calibri"/>
                <w:sz w:val="12"/>
              </w:rPr>
              <w:t>kaynaklardan</w:t>
            </w:r>
            <w:proofErr w:type="spellEnd"/>
            <w:r w:rsidRPr="0078123B">
              <w:rPr>
                <w:rFonts w:ascii="Calibri" w:hAnsi="Calibri"/>
                <w:sz w:val="12"/>
              </w:rPr>
              <w:br/>
            </w:r>
            <w:proofErr w:type="spellStart"/>
            <w:r w:rsidRPr="0078123B">
              <w:rPr>
                <w:rFonts w:ascii="Calibri" w:hAnsi="Calibri"/>
                <w:sz w:val="12"/>
              </w:rPr>
              <w:t>bulur</w:t>
            </w:r>
            <w:proofErr w:type="spellEnd"/>
            <w:r w:rsidRPr="0078123B">
              <w:rPr>
                <w:rFonts w:ascii="Calibri" w:hAnsi="Calibri"/>
                <w:sz w:val="12"/>
              </w:rPr>
              <w:t>.</w:t>
            </w:r>
            <w:r w:rsidRPr="0078123B">
              <w:rPr>
                <w:rFonts w:ascii="Calibri" w:hAnsi="Calibri"/>
                <w:sz w:val="12"/>
              </w:rPr>
              <w:br/>
              <w:t xml:space="preserve">c) </w:t>
            </w:r>
            <w:proofErr w:type="spellStart"/>
            <w:r w:rsidRPr="0078123B">
              <w:rPr>
                <w:rFonts w:ascii="Calibri" w:hAnsi="Calibri"/>
                <w:sz w:val="12"/>
              </w:rPr>
              <w:t>Ülkemize</w:t>
            </w:r>
            <w:proofErr w:type="spellEnd"/>
            <w:r w:rsidRPr="0078123B">
              <w:rPr>
                <w:rFonts w:ascii="Calibri" w:hAnsi="Calibri"/>
                <w:sz w:val="12"/>
              </w:rPr>
              <w:t xml:space="preserve"> </w:t>
            </w:r>
            <w:proofErr w:type="spellStart"/>
            <w:r w:rsidRPr="0078123B">
              <w:rPr>
                <w:rFonts w:ascii="Calibri" w:hAnsi="Calibri"/>
                <w:sz w:val="12"/>
              </w:rPr>
              <w:t>kara</w:t>
            </w:r>
            <w:proofErr w:type="spellEnd"/>
            <w:r w:rsidRPr="0078123B">
              <w:rPr>
                <w:rFonts w:ascii="Calibri" w:hAnsi="Calibri"/>
                <w:sz w:val="12"/>
              </w:rPr>
              <w:t xml:space="preserve"> </w:t>
            </w:r>
            <w:proofErr w:type="spellStart"/>
            <w:r w:rsidRPr="0078123B">
              <w:rPr>
                <w:rFonts w:ascii="Calibri" w:hAnsi="Calibri"/>
                <w:sz w:val="12"/>
              </w:rPr>
              <w:t>sınırı</w:t>
            </w:r>
            <w:proofErr w:type="spellEnd"/>
            <w:r w:rsidRPr="0078123B">
              <w:rPr>
                <w:rFonts w:ascii="Calibri" w:hAnsi="Calibri"/>
                <w:sz w:val="12"/>
              </w:rPr>
              <w:t xml:space="preserve"> </w:t>
            </w:r>
            <w:proofErr w:type="spellStart"/>
            <w:r w:rsidRPr="0078123B">
              <w:rPr>
                <w:rFonts w:ascii="Calibri" w:hAnsi="Calibri"/>
                <w:sz w:val="12"/>
              </w:rPr>
              <w:t>olan</w:t>
            </w:r>
            <w:proofErr w:type="spellEnd"/>
            <w:r w:rsidRPr="0078123B">
              <w:rPr>
                <w:rFonts w:ascii="Calibri" w:hAnsi="Calibri"/>
                <w:sz w:val="12"/>
              </w:rPr>
              <w:t xml:space="preserve"> </w:t>
            </w:r>
            <w:proofErr w:type="spellStart"/>
            <w:r w:rsidRPr="0078123B">
              <w:rPr>
                <w:rFonts w:ascii="Calibri" w:hAnsi="Calibri"/>
                <w:sz w:val="12"/>
              </w:rPr>
              <w:t>komşu</w:t>
            </w:r>
            <w:proofErr w:type="spellEnd"/>
            <w:r w:rsidRPr="0078123B">
              <w:rPr>
                <w:rFonts w:ascii="Calibri" w:hAnsi="Calibri"/>
                <w:sz w:val="12"/>
              </w:rPr>
              <w:t xml:space="preserve"> </w:t>
            </w:r>
            <w:proofErr w:type="spellStart"/>
            <w:r w:rsidRPr="0078123B">
              <w:rPr>
                <w:rFonts w:ascii="Calibri" w:hAnsi="Calibri"/>
                <w:sz w:val="12"/>
              </w:rPr>
              <w:t>devletlerle</w:t>
            </w:r>
            <w:proofErr w:type="spellEnd"/>
            <w:r w:rsidRPr="0078123B">
              <w:rPr>
                <w:rFonts w:ascii="Calibri" w:hAnsi="Calibri"/>
                <w:sz w:val="12"/>
              </w:rPr>
              <w:t xml:space="preserve"> </w:t>
            </w:r>
            <w:proofErr w:type="spellStart"/>
            <w:r w:rsidRPr="0078123B">
              <w:rPr>
                <w:rFonts w:ascii="Calibri" w:hAnsi="Calibri"/>
                <w:sz w:val="12"/>
              </w:rPr>
              <w:t>ilgili</w:t>
            </w:r>
            <w:proofErr w:type="spellEnd"/>
            <w:r w:rsidRPr="0078123B">
              <w:rPr>
                <w:rFonts w:ascii="Calibri" w:hAnsi="Calibri"/>
                <w:sz w:val="12"/>
              </w:rPr>
              <w:t xml:space="preserve"> </w:t>
            </w:r>
            <w:proofErr w:type="spellStart"/>
            <w:r w:rsidRPr="0078123B">
              <w:rPr>
                <w:rFonts w:ascii="Calibri" w:hAnsi="Calibri"/>
                <w:sz w:val="12"/>
              </w:rPr>
              <w:t>belirlediği</w:t>
            </w:r>
            <w:proofErr w:type="spellEnd"/>
            <w:r w:rsidRPr="0078123B">
              <w:rPr>
                <w:rFonts w:ascii="Calibri" w:hAnsi="Calibri"/>
                <w:sz w:val="12"/>
              </w:rPr>
              <w:t xml:space="preserve"> </w:t>
            </w:r>
            <w:proofErr w:type="spellStart"/>
            <w:r w:rsidRPr="0078123B">
              <w:rPr>
                <w:rFonts w:ascii="Calibri" w:hAnsi="Calibri"/>
                <w:sz w:val="12"/>
              </w:rPr>
              <w:t>kaynaklardan</w:t>
            </w:r>
            <w:proofErr w:type="spellEnd"/>
            <w:r w:rsidRPr="0078123B">
              <w:rPr>
                <w:rFonts w:ascii="Calibri" w:hAnsi="Calibri"/>
                <w:sz w:val="12"/>
              </w:rPr>
              <w:t xml:space="preserve"> </w:t>
            </w:r>
            <w:proofErr w:type="spellStart"/>
            <w:r w:rsidRPr="0078123B">
              <w:rPr>
                <w:rFonts w:ascii="Calibri" w:hAnsi="Calibri"/>
                <w:sz w:val="12"/>
              </w:rPr>
              <w:t>edindiği</w:t>
            </w:r>
            <w:proofErr w:type="spellEnd"/>
            <w:r w:rsidRPr="0078123B">
              <w:rPr>
                <w:rFonts w:ascii="Calibri" w:hAnsi="Calibri"/>
                <w:sz w:val="12"/>
              </w:rPr>
              <w:t xml:space="preserve"> </w:t>
            </w:r>
            <w:proofErr w:type="spellStart"/>
            <w:r w:rsidRPr="0078123B">
              <w:rPr>
                <w:rFonts w:ascii="Calibri" w:hAnsi="Calibri"/>
                <w:sz w:val="12"/>
              </w:rPr>
              <w:t>bilgileri</w:t>
            </w:r>
            <w:proofErr w:type="spellEnd"/>
            <w:r w:rsidRPr="0078123B">
              <w:rPr>
                <w:rFonts w:ascii="Calibri" w:hAnsi="Calibri"/>
                <w:sz w:val="12"/>
              </w:rPr>
              <w:t xml:space="preserve"> </w:t>
            </w:r>
            <w:proofErr w:type="spellStart"/>
            <w:r w:rsidRPr="0078123B">
              <w:rPr>
                <w:rFonts w:ascii="Calibri" w:hAnsi="Calibri"/>
                <w:sz w:val="12"/>
              </w:rPr>
              <w:t>doğrular</w:t>
            </w:r>
            <w:proofErr w:type="spellEnd"/>
            <w:r w:rsidRPr="0078123B">
              <w:rPr>
                <w:rFonts w:ascii="Calibri" w:hAnsi="Calibri"/>
                <w:sz w:val="12"/>
              </w:rPr>
              <w:t>.</w:t>
            </w:r>
            <w:r w:rsidRPr="0078123B">
              <w:rPr>
                <w:rFonts w:ascii="Calibri" w:hAnsi="Calibri"/>
                <w:sz w:val="12"/>
              </w:rPr>
              <w:br/>
              <w:t xml:space="preserve">ç) </w:t>
            </w:r>
            <w:proofErr w:type="spellStart"/>
            <w:r w:rsidRPr="0078123B">
              <w:rPr>
                <w:rFonts w:ascii="Calibri" w:hAnsi="Calibri"/>
                <w:sz w:val="12"/>
              </w:rPr>
              <w:t>Ülkemize</w:t>
            </w:r>
            <w:proofErr w:type="spellEnd"/>
            <w:r w:rsidRPr="0078123B">
              <w:rPr>
                <w:rFonts w:ascii="Calibri" w:hAnsi="Calibri"/>
                <w:sz w:val="12"/>
              </w:rPr>
              <w:t xml:space="preserve"> </w:t>
            </w:r>
            <w:proofErr w:type="spellStart"/>
            <w:r w:rsidRPr="0078123B">
              <w:rPr>
                <w:rFonts w:ascii="Calibri" w:hAnsi="Calibri"/>
                <w:sz w:val="12"/>
              </w:rPr>
              <w:t>kara</w:t>
            </w:r>
            <w:proofErr w:type="spellEnd"/>
            <w:r w:rsidRPr="0078123B">
              <w:rPr>
                <w:rFonts w:ascii="Calibri" w:hAnsi="Calibri"/>
                <w:sz w:val="12"/>
              </w:rPr>
              <w:t xml:space="preserve"> </w:t>
            </w:r>
            <w:proofErr w:type="spellStart"/>
            <w:r w:rsidRPr="0078123B">
              <w:rPr>
                <w:rFonts w:ascii="Calibri" w:hAnsi="Calibri"/>
                <w:sz w:val="12"/>
              </w:rPr>
              <w:t>sınırı</w:t>
            </w:r>
            <w:proofErr w:type="spellEnd"/>
            <w:r w:rsidRPr="0078123B">
              <w:rPr>
                <w:rFonts w:ascii="Calibri" w:hAnsi="Calibri"/>
                <w:sz w:val="12"/>
              </w:rPr>
              <w:t xml:space="preserve"> </w:t>
            </w:r>
            <w:proofErr w:type="spellStart"/>
            <w:r w:rsidRPr="0078123B">
              <w:rPr>
                <w:rFonts w:ascii="Calibri" w:hAnsi="Calibri"/>
                <w:sz w:val="12"/>
              </w:rPr>
              <w:t>olan</w:t>
            </w:r>
            <w:proofErr w:type="spellEnd"/>
            <w:r w:rsidRPr="0078123B">
              <w:rPr>
                <w:rFonts w:ascii="Calibri" w:hAnsi="Calibri"/>
                <w:sz w:val="12"/>
              </w:rPr>
              <w:t xml:space="preserve"> </w:t>
            </w:r>
            <w:proofErr w:type="spellStart"/>
            <w:r w:rsidRPr="0078123B">
              <w:rPr>
                <w:rFonts w:ascii="Calibri" w:hAnsi="Calibri"/>
                <w:sz w:val="12"/>
              </w:rPr>
              <w:t>komşu</w:t>
            </w:r>
            <w:proofErr w:type="spellEnd"/>
            <w:r w:rsidRPr="0078123B">
              <w:rPr>
                <w:rFonts w:ascii="Calibri" w:hAnsi="Calibri"/>
                <w:sz w:val="12"/>
              </w:rPr>
              <w:t xml:space="preserve"> </w:t>
            </w:r>
            <w:proofErr w:type="spellStart"/>
            <w:r w:rsidRPr="0078123B">
              <w:rPr>
                <w:rFonts w:ascii="Calibri" w:hAnsi="Calibri"/>
                <w:sz w:val="12"/>
              </w:rPr>
              <w:t>devletlerle</w:t>
            </w:r>
            <w:proofErr w:type="spellEnd"/>
            <w:r w:rsidRPr="0078123B">
              <w:rPr>
                <w:rFonts w:ascii="Calibri" w:hAnsi="Calibri"/>
                <w:sz w:val="12"/>
              </w:rPr>
              <w:t xml:space="preserve"> </w:t>
            </w:r>
            <w:proofErr w:type="spellStart"/>
            <w:r w:rsidRPr="0078123B">
              <w:rPr>
                <w:rFonts w:ascii="Calibri" w:hAnsi="Calibri"/>
                <w:sz w:val="12"/>
              </w:rPr>
              <w:t>ilgili</w:t>
            </w:r>
            <w:proofErr w:type="spellEnd"/>
            <w:r w:rsidRPr="0078123B">
              <w:rPr>
                <w:rFonts w:ascii="Calibri" w:hAnsi="Calibri"/>
                <w:sz w:val="12"/>
              </w:rPr>
              <w:t xml:space="preserve"> </w:t>
            </w:r>
            <w:proofErr w:type="spellStart"/>
            <w:r w:rsidRPr="0078123B">
              <w:rPr>
                <w:rFonts w:ascii="Calibri" w:hAnsi="Calibri"/>
                <w:sz w:val="12"/>
              </w:rPr>
              <w:t>belirlediği</w:t>
            </w:r>
            <w:proofErr w:type="spellEnd"/>
            <w:r w:rsidRPr="0078123B">
              <w:rPr>
                <w:rFonts w:ascii="Calibri" w:hAnsi="Calibri"/>
                <w:sz w:val="12"/>
              </w:rPr>
              <w:t xml:space="preserve"> </w:t>
            </w:r>
            <w:proofErr w:type="spellStart"/>
            <w:r w:rsidRPr="0078123B">
              <w:rPr>
                <w:rFonts w:ascii="Calibri" w:hAnsi="Calibri"/>
                <w:sz w:val="12"/>
              </w:rPr>
              <w:t>kaynaklardan</w:t>
            </w:r>
            <w:proofErr w:type="spellEnd"/>
            <w:r w:rsidRPr="0078123B">
              <w:rPr>
                <w:rFonts w:ascii="Calibri" w:hAnsi="Calibri"/>
                <w:sz w:val="12"/>
              </w:rPr>
              <w:t xml:space="preserve"> </w:t>
            </w:r>
            <w:proofErr w:type="spellStart"/>
            <w:r w:rsidRPr="0078123B">
              <w:rPr>
                <w:rFonts w:ascii="Calibri" w:hAnsi="Calibri"/>
                <w:sz w:val="12"/>
              </w:rPr>
              <w:t>edindiği</w:t>
            </w:r>
            <w:proofErr w:type="spellEnd"/>
            <w:r w:rsidRPr="0078123B">
              <w:rPr>
                <w:rFonts w:ascii="Calibri" w:hAnsi="Calibri"/>
                <w:sz w:val="12"/>
              </w:rPr>
              <w:br/>
            </w:r>
            <w:proofErr w:type="spellStart"/>
            <w:r w:rsidRPr="0078123B">
              <w:rPr>
                <w:rFonts w:ascii="Calibri" w:hAnsi="Calibri"/>
                <w:sz w:val="12"/>
              </w:rPr>
              <w:t>bilgileri</w:t>
            </w:r>
            <w:proofErr w:type="spellEnd"/>
            <w:r w:rsidRPr="0078123B">
              <w:rPr>
                <w:rFonts w:ascii="Calibri" w:hAnsi="Calibri"/>
                <w:sz w:val="12"/>
              </w:rPr>
              <w:t xml:space="preserve"> </w:t>
            </w:r>
            <w:proofErr w:type="spellStart"/>
            <w:r w:rsidRPr="0078123B">
              <w:rPr>
                <w:rFonts w:ascii="Calibri" w:hAnsi="Calibri"/>
                <w:sz w:val="12"/>
              </w:rPr>
              <w:t>kaydeder</w:t>
            </w:r>
            <w:proofErr w:type="spellEnd"/>
            <w:r w:rsidRPr="0078123B">
              <w:rPr>
                <w:rFonts w:ascii="Calibri" w:hAnsi="Calibri"/>
                <w:sz w:val="12"/>
              </w:rPr>
              <w:t>.</w:t>
            </w:r>
          </w:p>
        </w:tc>
        <w:tc>
          <w:tcPr>
            <w:tcW w:w="1228" w:type="dxa"/>
            <w:gridSpan w:val="2"/>
            <w:shd w:val="clear" w:color="auto" w:fill="F8FAFC"/>
            <w:tcMar>
              <w:top w:w="20" w:type="dxa"/>
              <w:left w:w="20" w:type="dxa"/>
              <w:bottom w:w="20" w:type="dxa"/>
              <w:right w:w="20" w:type="dxa"/>
            </w:tcMar>
          </w:tcPr>
          <w:p w:rsidR="002147A0" w:rsidRPr="0078123B" w:rsidRDefault="002147A0" w:rsidP="004F40CF">
            <w:pPr>
              <w:spacing w:after="0" w:line="240" w:lineRule="auto"/>
            </w:pPr>
          </w:p>
        </w:tc>
        <w:tc>
          <w:tcPr>
            <w:tcW w:w="1152" w:type="dxa"/>
            <w:shd w:val="clear" w:color="auto" w:fill="F8FAFC"/>
            <w:tcMar>
              <w:top w:w="20" w:type="dxa"/>
              <w:left w:w="20" w:type="dxa"/>
              <w:bottom w:w="20" w:type="dxa"/>
              <w:right w:w="20" w:type="dxa"/>
            </w:tcMar>
          </w:tcPr>
          <w:p w:rsidR="002147A0" w:rsidRPr="0078123B" w:rsidRDefault="002147A0" w:rsidP="004F40CF">
            <w:pPr>
              <w:spacing w:after="0" w:line="240" w:lineRule="auto"/>
            </w:pPr>
          </w:p>
        </w:tc>
        <w:tc>
          <w:tcPr>
            <w:tcW w:w="1008" w:type="dxa"/>
            <w:shd w:val="clear" w:color="auto" w:fill="F8FAFC"/>
            <w:tcMar>
              <w:top w:w="20" w:type="dxa"/>
              <w:left w:w="20" w:type="dxa"/>
              <w:bottom w:w="20" w:type="dxa"/>
              <w:right w:w="20" w:type="dxa"/>
            </w:tcMar>
          </w:tcPr>
          <w:p w:rsidR="002147A0" w:rsidRPr="0078123B" w:rsidRDefault="002147A0" w:rsidP="004F40CF">
            <w:pPr>
              <w:spacing w:after="0" w:line="240" w:lineRule="auto"/>
            </w:pPr>
          </w:p>
        </w:tc>
        <w:tc>
          <w:tcPr>
            <w:tcW w:w="1152" w:type="dxa"/>
            <w:shd w:val="clear" w:color="auto" w:fill="F8FAFC"/>
            <w:tcMar>
              <w:top w:w="20" w:type="dxa"/>
              <w:left w:w="20" w:type="dxa"/>
              <w:bottom w:w="20" w:type="dxa"/>
              <w:right w:w="20" w:type="dxa"/>
            </w:tcMar>
          </w:tcPr>
          <w:p w:rsidR="002147A0" w:rsidRPr="0078123B" w:rsidRDefault="002147A0" w:rsidP="004F40CF">
            <w:pPr>
              <w:spacing w:after="0" w:line="240" w:lineRule="auto"/>
            </w:pPr>
          </w:p>
        </w:tc>
        <w:tc>
          <w:tcPr>
            <w:tcW w:w="1008" w:type="dxa"/>
            <w:gridSpan w:val="2"/>
            <w:shd w:val="clear" w:color="auto" w:fill="F8FAFC"/>
            <w:tcMar>
              <w:top w:w="20" w:type="dxa"/>
              <w:left w:w="20" w:type="dxa"/>
              <w:bottom w:w="20" w:type="dxa"/>
              <w:right w:w="20" w:type="dxa"/>
            </w:tcMar>
          </w:tcPr>
          <w:p w:rsidR="002147A0" w:rsidRPr="0078123B" w:rsidRDefault="002147A0" w:rsidP="004F40CF">
            <w:pPr>
              <w:spacing w:after="0" w:line="240" w:lineRule="auto"/>
            </w:pPr>
          </w:p>
        </w:tc>
        <w:tc>
          <w:tcPr>
            <w:tcW w:w="1298" w:type="dxa"/>
            <w:shd w:val="clear" w:color="auto" w:fill="F8FAFC"/>
            <w:tcMar>
              <w:top w:w="20" w:type="dxa"/>
              <w:left w:w="20" w:type="dxa"/>
              <w:bottom w:w="20" w:type="dxa"/>
              <w:right w:w="20" w:type="dxa"/>
            </w:tcMar>
          </w:tcPr>
          <w:p w:rsidR="002147A0" w:rsidRPr="0078123B" w:rsidRDefault="002147A0" w:rsidP="004F40CF">
            <w:pPr>
              <w:spacing w:after="0" w:line="240" w:lineRule="auto"/>
            </w:pPr>
          </w:p>
        </w:tc>
        <w:tc>
          <w:tcPr>
            <w:tcW w:w="1224" w:type="dxa"/>
            <w:shd w:val="clear" w:color="auto" w:fill="F8FAFC"/>
            <w:tcMar>
              <w:top w:w="20" w:type="dxa"/>
              <w:left w:w="20" w:type="dxa"/>
              <w:bottom w:w="20" w:type="dxa"/>
              <w:right w:w="20" w:type="dxa"/>
            </w:tcMar>
          </w:tcPr>
          <w:p w:rsidR="002147A0" w:rsidRPr="0078123B" w:rsidRDefault="002147A0" w:rsidP="004F40CF">
            <w:pPr>
              <w:spacing w:after="0" w:line="240" w:lineRule="auto"/>
            </w:pPr>
          </w:p>
        </w:tc>
      </w:tr>
      <w:tr w:rsidR="00FD1019" w:rsidRPr="0078123B" w:rsidTr="008E6D36">
        <w:tblPrEx>
          <w:tblCellMar>
            <w:left w:w="108" w:type="dxa"/>
            <w:right w:w="108" w:type="dxa"/>
          </w:tblCellMar>
          <w:tblLook w:val="04A0"/>
        </w:tblPrEx>
        <w:trPr>
          <w:gridAfter w:val="1"/>
          <w:wAfter w:w="10" w:type="dxa"/>
          <w:jc w:val="center"/>
        </w:trPr>
        <w:tc>
          <w:tcPr>
            <w:tcW w:w="792" w:type="dxa"/>
            <w:shd w:val="clear" w:color="auto" w:fill="FFFFFF"/>
            <w:tcMar>
              <w:top w:w="20" w:type="dxa"/>
              <w:left w:w="20" w:type="dxa"/>
              <w:bottom w:w="20" w:type="dxa"/>
              <w:right w:w="20" w:type="dxa"/>
            </w:tcMar>
          </w:tcPr>
          <w:p w:rsidR="00FD1019" w:rsidRPr="0078123B" w:rsidRDefault="004F40CF" w:rsidP="004F40CF">
            <w:pPr>
              <w:spacing w:after="0" w:line="240" w:lineRule="auto"/>
              <w:jc w:val="center"/>
            </w:pPr>
            <w:r w:rsidRPr="0078123B">
              <w:rPr>
                <w:rFonts w:ascii="Calibri" w:hAnsi="Calibri"/>
                <w:sz w:val="12"/>
              </w:rPr>
              <w:t>ARALIK</w:t>
            </w:r>
          </w:p>
        </w:tc>
        <w:tc>
          <w:tcPr>
            <w:tcW w:w="1008" w:type="dxa"/>
            <w:shd w:val="clear" w:color="auto" w:fill="FFFFFF"/>
            <w:tcMar>
              <w:top w:w="20" w:type="dxa"/>
              <w:left w:w="20" w:type="dxa"/>
              <w:bottom w:w="20" w:type="dxa"/>
              <w:right w:w="20" w:type="dxa"/>
            </w:tcMar>
          </w:tcPr>
          <w:p w:rsidR="00FD1019" w:rsidRPr="0078123B" w:rsidRDefault="002147A0" w:rsidP="003A5188">
            <w:pPr>
              <w:spacing w:after="0" w:line="240" w:lineRule="auto"/>
              <w:jc w:val="center"/>
            </w:pPr>
            <w:r>
              <w:rPr>
                <w:rFonts w:ascii="Calibri" w:hAnsi="Calibri"/>
                <w:sz w:val="12"/>
              </w:rPr>
              <w:t>13</w:t>
            </w:r>
            <w:r w:rsidR="004F40CF" w:rsidRPr="0078123B">
              <w:rPr>
                <w:rFonts w:ascii="Calibri" w:hAnsi="Calibri"/>
                <w:sz w:val="12"/>
              </w:rPr>
              <w:t xml:space="preserve">. </w:t>
            </w:r>
            <w:proofErr w:type="spellStart"/>
            <w:r w:rsidR="004F40CF" w:rsidRPr="0078123B">
              <w:rPr>
                <w:rFonts w:ascii="Calibri" w:hAnsi="Calibri"/>
                <w:sz w:val="12"/>
              </w:rPr>
              <w:t>Hafta</w:t>
            </w:r>
            <w:proofErr w:type="spellEnd"/>
            <w:r w:rsidR="004F40CF" w:rsidRPr="0078123B">
              <w:rPr>
                <w:rFonts w:ascii="Calibri" w:hAnsi="Calibri"/>
                <w:sz w:val="12"/>
              </w:rPr>
              <w:t>:</w:t>
            </w:r>
            <w:r w:rsidR="004F40CF" w:rsidRPr="0078123B">
              <w:rPr>
                <w:rFonts w:ascii="Calibri" w:hAnsi="Calibri"/>
                <w:sz w:val="12"/>
              </w:rPr>
              <w:br/>
              <w:t xml:space="preserve"> </w:t>
            </w:r>
            <w:r w:rsidR="003A5188" w:rsidRPr="0078123B">
              <w:rPr>
                <w:rFonts w:ascii="Calibri" w:hAnsi="Calibri"/>
                <w:sz w:val="12"/>
              </w:rPr>
              <w:t xml:space="preserve">14-18 </w:t>
            </w:r>
            <w:proofErr w:type="spellStart"/>
            <w:r w:rsidR="003A5188" w:rsidRPr="0078123B">
              <w:rPr>
                <w:rFonts w:ascii="Calibri" w:hAnsi="Calibri"/>
                <w:sz w:val="12"/>
              </w:rPr>
              <w:t>Aralık</w:t>
            </w:r>
            <w:proofErr w:type="spellEnd"/>
          </w:p>
        </w:tc>
        <w:tc>
          <w:tcPr>
            <w:tcW w:w="652" w:type="dxa"/>
            <w:shd w:val="clear" w:color="auto" w:fill="FFFFFF"/>
            <w:tcMar>
              <w:top w:w="20" w:type="dxa"/>
              <w:left w:w="20" w:type="dxa"/>
              <w:bottom w:w="20" w:type="dxa"/>
              <w:right w:w="20" w:type="dxa"/>
            </w:tcMar>
          </w:tcPr>
          <w:p w:rsidR="00FD1019" w:rsidRPr="0078123B" w:rsidRDefault="004F40CF" w:rsidP="004F40CF">
            <w:pPr>
              <w:spacing w:after="0" w:line="240" w:lineRule="auto"/>
              <w:jc w:val="center"/>
            </w:pPr>
            <w:r w:rsidRPr="0078123B">
              <w:rPr>
                <w:rFonts w:ascii="Calibri" w:hAnsi="Calibri"/>
                <w:sz w:val="12"/>
              </w:rPr>
              <w:t>3</w:t>
            </w:r>
          </w:p>
        </w:tc>
        <w:tc>
          <w:tcPr>
            <w:tcW w:w="1152" w:type="dxa"/>
            <w:shd w:val="clear" w:color="auto" w:fill="FFFFFF"/>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EVİMİZ DÜNYA</w:t>
            </w:r>
          </w:p>
        </w:tc>
        <w:tc>
          <w:tcPr>
            <w:tcW w:w="1224" w:type="dxa"/>
            <w:shd w:val="clear" w:color="auto" w:fill="FFFFFF"/>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Ülkemize Komşu Devletler</w:t>
            </w:r>
          </w:p>
        </w:tc>
        <w:tc>
          <w:tcPr>
            <w:tcW w:w="1512" w:type="dxa"/>
            <w:gridSpan w:val="2"/>
            <w:shd w:val="clear" w:color="auto" w:fill="FFFFFF"/>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SB.5.2.4. Ülkemize kara sınırı olan komşu devletler hakkında bilgi toplayabilme</w:t>
            </w:r>
          </w:p>
        </w:tc>
        <w:tc>
          <w:tcPr>
            <w:tcW w:w="1656" w:type="dxa"/>
            <w:shd w:val="clear" w:color="auto" w:fill="FFFFFF"/>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a) Ülkemize kara sınırı olan komşu devletlerle ilgili bilgilere ulaşmak amacıyla kullanacağı kaynakları belirler.</w:t>
            </w:r>
            <w:r w:rsidRPr="0078123B">
              <w:rPr>
                <w:rFonts w:ascii="Calibri" w:hAnsi="Calibri"/>
                <w:sz w:val="12"/>
              </w:rPr>
              <w:br/>
              <w:t>b) Ülkemize kara sınırı olan komşu devletlerle ilgili bilgileri belirlediği kaynaklardan</w:t>
            </w:r>
            <w:r w:rsidRPr="0078123B">
              <w:rPr>
                <w:rFonts w:ascii="Calibri" w:hAnsi="Calibri"/>
                <w:sz w:val="12"/>
              </w:rPr>
              <w:br/>
              <w:t>bulur.</w:t>
            </w:r>
            <w:r w:rsidRPr="0078123B">
              <w:rPr>
                <w:rFonts w:ascii="Calibri" w:hAnsi="Calibri"/>
                <w:sz w:val="12"/>
              </w:rPr>
              <w:br/>
              <w:t>c) Ülkemize kara sınırı olan komşu devletlerle ilgili belirlediği kaynaklardan edindiği bilgileri doğrular.</w:t>
            </w:r>
            <w:r w:rsidRPr="0078123B">
              <w:rPr>
                <w:rFonts w:ascii="Calibri" w:hAnsi="Calibri"/>
                <w:sz w:val="12"/>
              </w:rPr>
              <w:br/>
              <w:t>ç) Ülkemize kara sınırı olan komşu devletlerle ilgili belirlediği kaynaklardan edindiği</w:t>
            </w:r>
            <w:r w:rsidRPr="0078123B">
              <w:rPr>
                <w:rFonts w:ascii="Calibri" w:hAnsi="Calibri"/>
                <w:sz w:val="12"/>
              </w:rPr>
              <w:br/>
              <w:t>bilgileri kaydeder.</w:t>
            </w:r>
          </w:p>
        </w:tc>
        <w:tc>
          <w:tcPr>
            <w:tcW w:w="1228" w:type="dxa"/>
            <w:gridSpan w:val="2"/>
            <w:shd w:val="clear" w:color="auto" w:fill="FFFFFF"/>
            <w:tcMar>
              <w:top w:w="20" w:type="dxa"/>
              <w:left w:w="20" w:type="dxa"/>
              <w:bottom w:w="20" w:type="dxa"/>
              <w:right w:w="20" w:type="dxa"/>
            </w:tcMar>
          </w:tcPr>
          <w:p w:rsidR="00FD1019" w:rsidRPr="0078123B" w:rsidRDefault="00FD1019" w:rsidP="004F40CF">
            <w:pPr>
              <w:spacing w:after="0" w:line="240" w:lineRule="auto"/>
            </w:pPr>
          </w:p>
        </w:tc>
        <w:tc>
          <w:tcPr>
            <w:tcW w:w="1152" w:type="dxa"/>
            <w:shd w:val="clear" w:color="auto" w:fill="FFFFFF"/>
            <w:tcMar>
              <w:top w:w="20" w:type="dxa"/>
              <w:left w:w="20" w:type="dxa"/>
              <w:bottom w:w="20" w:type="dxa"/>
              <w:right w:w="20" w:type="dxa"/>
            </w:tcMar>
          </w:tcPr>
          <w:p w:rsidR="00FD1019" w:rsidRPr="0078123B" w:rsidRDefault="00FD1019" w:rsidP="004F40CF">
            <w:pPr>
              <w:spacing w:after="0" w:line="240" w:lineRule="auto"/>
            </w:pPr>
          </w:p>
        </w:tc>
        <w:tc>
          <w:tcPr>
            <w:tcW w:w="1008" w:type="dxa"/>
            <w:shd w:val="clear" w:color="auto" w:fill="FFFFFF"/>
            <w:tcMar>
              <w:top w:w="20" w:type="dxa"/>
              <w:left w:w="20" w:type="dxa"/>
              <w:bottom w:w="20" w:type="dxa"/>
              <w:right w:w="20" w:type="dxa"/>
            </w:tcMar>
          </w:tcPr>
          <w:p w:rsidR="00FD1019" w:rsidRPr="0078123B" w:rsidRDefault="00FD1019" w:rsidP="004F40CF">
            <w:pPr>
              <w:spacing w:after="0" w:line="240" w:lineRule="auto"/>
            </w:pPr>
          </w:p>
        </w:tc>
        <w:tc>
          <w:tcPr>
            <w:tcW w:w="1152" w:type="dxa"/>
            <w:shd w:val="clear" w:color="auto" w:fill="FFFFFF"/>
            <w:tcMar>
              <w:top w:w="20" w:type="dxa"/>
              <w:left w:w="20" w:type="dxa"/>
              <w:bottom w:w="20" w:type="dxa"/>
              <w:right w:w="20" w:type="dxa"/>
            </w:tcMar>
          </w:tcPr>
          <w:p w:rsidR="00FD1019" w:rsidRPr="0078123B" w:rsidRDefault="00FD1019" w:rsidP="004F40CF">
            <w:pPr>
              <w:spacing w:after="0" w:line="240" w:lineRule="auto"/>
            </w:pPr>
          </w:p>
        </w:tc>
        <w:tc>
          <w:tcPr>
            <w:tcW w:w="1008" w:type="dxa"/>
            <w:gridSpan w:val="2"/>
            <w:shd w:val="clear" w:color="auto" w:fill="FFFFFF"/>
            <w:tcMar>
              <w:top w:w="20" w:type="dxa"/>
              <w:left w:w="20" w:type="dxa"/>
              <w:bottom w:w="20" w:type="dxa"/>
              <w:right w:w="20" w:type="dxa"/>
            </w:tcMar>
          </w:tcPr>
          <w:p w:rsidR="00FD1019" w:rsidRPr="0078123B" w:rsidRDefault="00D85F2E" w:rsidP="004F40CF">
            <w:pPr>
              <w:spacing w:after="0" w:line="240" w:lineRule="auto"/>
            </w:pPr>
            <w:proofErr w:type="spellStart"/>
            <w:r w:rsidRPr="0078123B">
              <w:rPr>
                <w:rFonts w:ascii="Calibri" w:hAnsi="Calibri"/>
                <w:sz w:val="12"/>
              </w:rPr>
              <w:t>Tutum</w:t>
            </w:r>
            <w:proofErr w:type="spellEnd"/>
            <w:r w:rsidRPr="0078123B">
              <w:rPr>
                <w:rFonts w:ascii="Calibri" w:hAnsi="Calibri"/>
                <w:sz w:val="12"/>
              </w:rPr>
              <w:t xml:space="preserve">, </w:t>
            </w:r>
            <w:proofErr w:type="spellStart"/>
            <w:r w:rsidRPr="0078123B">
              <w:rPr>
                <w:rFonts w:ascii="Calibri" w:hAnsi="Calibri"/>
                <w:sz w:val="12"/>
              </w:rPr>
              <w:t>Yatırım</w:t>
            </w:r>
            <w:proofErr w:type="spellEnd"/>
            <w:r w:rsidRPr="0078123B">
              <w:rPr>
                <w:rFonts w:ascii="Calibri" w:hAnsi="Calibri"/>
                <w:sz w:val="12"/>
              </w:rPr>
              <w:t xml:space="preserve"> </w:t>
            </w:r>
            <w:proofErr w:type="spellStart"/>
            <w:r w:rsidRPr="0078123B">
              <w:rPr>
                <w:rFonts w:ascii="Calibri" w:hAnsi="Calibri"/>
                <w:sz w:val="12"/>
              </w:rPr>
              <w:t>ve</w:t>
            </w:r>
            <w:proofErr w:type="spellEnd"/>
            <w:r w:rsidRPr="0078123B">
              <w:rPr>
                <w:rFonts w:ascii="Calibri" w:hAnsi="Calibri"/>
                <w:sz w:val="12"/>
              </w:rPr>
              <w:t xml:space="preserve"> </w:t>
            </w:r>
            <w:proofErr w:type="spellStart"/>
            <w:r w:rsidRPr="0078123B">
              <w:rPr>
                <w:rFonts w:ascii="Calibri" w:hAnsi="Calibri"/>
                <w:sz w:val="12"/>
              </w:rPr>
              <w:t>Türk</w:t>
            </w:r>
            <w:proofErr w:type="spellEnd"/>
            <w:r w:rsidRPr="0078123B">
              <w:rPr>
                <w:rFonts w:ascii="Calibri" w:hAnsi="Calibri"/>
                <w:sz w:val="12"/>
              </w:rPr>
              <w:t xml:space="preserve"> </w:t>
            </w:r>
            <w:proofErr w:type="spellStart"/>
            <w:r w:rsidRPr="0078123B">
              <w:rPr>
                <w:rFonts w:ascii="Calibri" w:hAnsi="Calibri"/>
                <w:sz w:val="12"/>
              </w:rPr>
              <w:t>Malları</w:t>
            </w:r>
            <w:proofErr w:type="spellEnd"/>
            <w:r w:rsidRPr="0078123B">
              <w:rPr>
                <w:rFonts w:ascii="Calibri" w:hAnsi="Calibri"/>
                <w:sz w:val="12"/>
              </w:rPr>
              <w:t xml:space="preserve"> </w:t>
            </w:r>
            <w:proofErr w:type="spellStart"/>
            <w:r w:rsidRPr="0078123B">
              <w:rPr>
                <w:rFonts w:ascii="Calibri" w:hAnsi="Calibri"/>
                <w:sz w:val="12"/>
              </w:rPr>
              <w:t>Haftası</w:t>
            </w:r>
            <w:proofErr w:type="spellEnd"/>
            <w:r w:rsidRPr="0078123B">
              <w:rPr>
                <w:rFonts w:ascii="Calibri" w:hAnsi="Calibri"/>
                <w:sz w:val="12"/>
              </w:rPr>
              <w:t xml:space="preserve"> (12-18 </w:t>
            </w:r>
            <w:proofErr w:type="spellStart"/>
            <w:r w:rsidRPr="0078123B">
              <w:rPr>
                <w:rFonts w:ascii="Calibri" w:hAnsi="Calibri"/>
                <w:sz w:val="12"/>
              </w:rPr>
              <w:t>Aralık</w:t>
            </w:r>
            <w:proofErr w:type="spellEnd"/>
            <w:r w:rsidRPr="0078123B">
              <w:rPr>
                <w:rFonts w:ascii="Calibri" w:hAnsi="Calibri"/>
                <w:sz w:val="12"/>
              </w:rPr>
              <w:t>)</w:t>
            </w:r>
          </w:p>
        </w:tc>
        <w:tc>
          <w:tcPr>
            <w:tcW w:w="1298" w:type="dxa"/>
            <w:shd w:val="clear" w:color="auto" w:fill="FFFFFF"/>
            <w:tcMar>
              <w:top w:w="20" w:type="dxa"/>
              <w:left w:w="20" w:type="dxa"/>
              <w:bottom w:w="20" w:type="dxa"/>
              <w:right w:w="20" w:type="dxa"/>
            </w:tcMar>
          </w:tcPr>
          <w:p w:rsidR="00FD1019" w:rsidRPr="0078123B" w:rsidRDefault="00FD1019" w:rsidP="004F40CF">
            <w:pPr>
              <w:spacing w:after="0" w:line="240" w:lineRule="auto"/>
            </w:pPr>
          </w:p>
        </w:tc>
        <w:tc>
          <w:tcPr>
            <w:tcW w:w="1224" w:type="dxa"/>
            <w:shd w:val="clear" w:color="auto" w:fill="FFFFFF"/>
            <w:tcMar>
              <w:top w:w="20" w:type="dxa"/>
              <w:left w:w="20" w:type="dxa"/>
              <w:bottom w:w="20" w:type="dxa"/>
              <w:right w:w="20" w:type="dxa"/>
            </w:tcMar>
          </w:tcPr>
          <w:p w:rsidR="00FD1019" w:rsidRPr="0078123B" w:rsidRDefault="00FD1019" w:rsidP="004F40CF">
            <w:pPr>
              <w:spacing w:after="0" w:line="240" w:lineRule="auto"/>
            </w:pPr>
          </w:p>
        </w:tc>
      </w:tr>
      <w:tr w:rsidR="002147A0" w:rsidRPr="0078123B" w:rsidTr="008E6D36">
        <w:tblPrEx>
          <w:tblCellMar>
            <w:left w:w="108" w:type="dxa"/>
            <w:right w:w="108" w:type="dxa"/>
          </w:tblCellMar>
          <w:tblLook w:val="04A0"/>
        </w:tblPrEx>
        <w:trPr>
          <w:gridAfter w:val="1"/>
          <w:wAfter w:w="10" w:type="dxa"/>
          <w:jc w:val="center"/>
        </w:trPr>
        <w:tc>
          <w:tcPr>
            <w:tcW w:w="792" w:type="dxa"/>
            <w:shd w:val="clear" w:color="auto" w:fill="F8FAFC"/>
            <w:tcMar>
              <w:top w:w="20" w:type="dxa"/>
              <w:left w:w="20" w:type="dxa"/>
              <w:bottom w:w="20" w:type="dxa"/>
              <w:right w:w="20" w:type="dxa"/>
            </w:tcMar>
          </w:tcPr>
          <w:p w:rsidR="002147A0" w:rsidRPr="0078123B" w:rsidRDefault="002147A0" w:rsidP="004F40CF">
            <w:pPr>
              <w:spacing w:after="0" w:line="240" w:lineRule="auto"/>
              <w:jc w:val="center"/>
            </w:pPr>
            <w:r w:rsidRPr="0078123B">
              <w:rPr>
                <w:rFonts w:ascii="Calibri" w:hAnsi="Calibri"/>
                <w:sz w:val="12"/>
              </w:rPr>
              <w:t>ARALIK</w:t>
            </w:r>
          </w:p>
        </w:tc>
        <w:tc>
          <w:tcPr>
            <w:tcW w:w="1008" w:type="dxa"/>
            <w:shd w:val="clear" w:color="auto" w:fill="F8FAFC"/>
            <w:tcMar>
              <w:top w:w="20" w:type="dxa"/>
              <w:left w:w="20" w:type="dxa"/>
              <w:bottom w:w="20" w:type="dxa"/>
              <w:right w:w="20" w:type="dxa"/>
            </w:tcMar>
          </w:tcPr>
          <w:p w:rsidR="002147A0" w:rsidRPr="0078123B" w:rsidRDefault="002147A0" w:rsidP="003A5188">
            <w:pPr>
              <w:spacing w:after="0" w:line="240" w:lineRule="auto"/>
              <w:jc w:val="center"/>
            </w:pPr>
            <w:r>
              <w:rPr>
                <w:rFonts w:ascii="Calibri" w:hAnsi="Calibri"/>
                <w:sz w:val="12"/>
              </w:rPr>
              <w:t>14</w:t>
            </w:r>
            <w:r w:rsidRPr="0078123B">
              <w:rPr>
                <w:rFonts w:ascii="Calibri" w:hAnsi="Calibri"/>
                <w:sz w:val="12"/>
              </w:rPr>
              <w:t xml:space="preserve">. </w:t>
            </w:r>
            <w:proofErr w:type="spellStart"/>
            <w:r w:rsidRPr="0078123B">
              <w:rPr>
                <w:rFonts w:ascii="Calibri" w:hAnsi="Calibri"/>
                <w:sz w:val="12"/>
              </w:rPr>
              <w:t>Hafta</w:t>
            </w:r>
            <w:proofErr w:type="spellEnd"/>
            <w:r w:rsidRPr="0078123B">
              <w:rPr>
                <w:rFonts w:ascii="Calibri" w:hAnsi="Calibri"/>
                <w:sz w:val="12"/>
              </w:rPr>
              <w:t>:</w:t>
            </w:r>
            <w:r w:rsidRPr="0078123B">
              <w:rPr>
                <w:rFonts w:ascii="Calibri" w:hAnsi="Calibri"/>
                <w:sz w:val="12"/>
              </w:rPr>
              <w:br/>
              <w:t xml:space="preserve">21-25 </w:t>
            </w:r>
            <w:proofErr w:type="spellStart"/>
            <w:r w:rsidRPr="0078123B">
              <w:rPr>
                <w:rFonts w:ascii="Calibri" w:hAnsi="Calibri"/>
                <w:sz w:val="12"/>
              </w:rPr>
              <w:t>Aralık</w:t>
            </w:r>
            <w:proofErr w:type="spellEnd"/>
            <w:r w:rsidRPr="0078123B">
              <w:rPr>
                <w:rFonts w:ascii="Calibri" w:hAnsi="Calibri"/>
                <w:sz w:val="12"/>
              </w:rPr>
              <w:t xml:space="preserve"> </w:t>
            </w:r>
          </w:p>
        </w:tc>
        <w:tc>
          <w:tcPr>
            <w:tcW w:w="652" w:type="dxa"/>
            <w:shd w:val="clear" w:color="auto" w:fill="F8FAFC"/>
            <w:tcMar>
              <w:top w:w="20" w:type="dxa"/>
              <w:left w:w="20" w:type="dxa"/>
              <w:bottom w:w="20" w:type="dxa"/>
              <w:right w:w="20" w:type="dxa"/>
            </w:tcMar>
          </w:tcPr>
          <w:p w:rsidR="002147A0" w:rsidRPr="0078123B" w:rsidRDefault="002147A0" w:rsidP="004F40CF">
            <w:pPr>
              <w:spacing w:after="0" w:line="240" w:lineRule="auto"/>
              <w:jc w:val="center"/>
            </w:pPr>
            <w:r w:rsidRPr="0078123B">
              <w:rPr>
                <w:rFonts w:ascii="Calibri" w:hAnsi="Calibri"/>
                <w:sz w:val="12"/>
              </w:rPr>
              <w:t>3</w:t>
            </w:r>
          </w:p>
        </w:tc>
        <w:tc>
          <w:tcPr>
            <w:tcW w:w="1152" w:type="dxa"/>
            <w:shd w:val="clear" w:color="auto" w:fill="F8FAFC"/>
            <w:tcMar>
              <w:top w:w="20" w:type="dxa"/>
              <w:left w:w="20" w:type="dxa"/>
              <w:bottom w:w="20" w:type="dxa"/>
              <w:right w:w="20" w:type="dxa"/>
            </w:tcMar>
          </w:tcPr>
          <w:p w:rsidR="002147A0" w:rsidRPr="0078123B" w:rsidRDefault="002147A0" w:rsidP="008F4D09">
            <w:pPr>
              <w:spacing w:after="0" w:line="240" w:lineRule="auto"/>
            </w:pPr>
            <w:r w:rsidRPr="0078123B">
              <w:rPr>
                <w:rFonts w:ascii="Calibri" w:hAnsi="Calibri"/>
                <w:sz w:val="12"/>
              </w:rPr>
              <w:t>ORTAK MİRASIMIZ</w:t>
            </w:r>
          </w:p>
        </w:tc>
        <w:tc>
          <w:tcPr>
            <w:tcW w:w="1224" w:type="dxa"/>
            <w:shd w:val="clear" w:color="auto" w:fill="F8FAFC"/>
            <w:tcMar>
              <w:top w:w="20" w:type="dxa"/>
              <w:left w:w="20" w:type="dxa"/>
              <w:bottom w:w="20" w:type="dxa"/>
              <w:right w:w="20" w:type="dxa"/>
            </w:tcMar>
          </w:tcPr>
          <w:p w:rsidR="002147A0" w:rsidRPr="0078123B" w:rsidRDefault="002147A0" w:rsidP="008F4D09">
            <w:pPr>
              <w:spacing w:after="0" w:line="240" w:lineRule="auto"/>
            </w:pPr>
            <w:proofErr w:type="spellStart"/>
            <w:r w:rsidRPr="0078123B">
              <w:rPr>
                <w:rFonts w:ascii="Calibri" w:hAnsi="Calibri"/>
                <w:sz w:val="12"/>
              </w:rPr>
              <w:t>Ortak</w:t>
            </w:r>
            <w:proofErr w:type="spellEnd"/>
            <w:r w:rsidRPr="0078123B">
              <w:rPr>
                <w:rFonts w:ascii="Calibri" w:hAnsi="Calibri"/>
                <w:sz w:val="12"/>
              </w:rPr>
              <w:t xml:space="preserve"> </w:t>
            </w:r>
            <w:proofErr w:type="spellStart"/>
            <w:r w:rsidRPr="0078123B">
              <w:rPr>
                <w:rFonts w:ascii="Calibri" w:hAnsi="Calibri"/>
                <w:sz w:val="12"/>
              </w:rPr>
              <w:t>Miras</w:t>
            </w:r>
            <w:proofErr w:type="spellEnd"/>
            <w:r w:rsidRPr="0078123B">
              <w:rPr>
                <w:rFonts w:ascii="Calibri" w:hAnsi="Calibri"/>
                <w:sz w:val="12"/>
              </w:rPr>
              <w:t xml:space="preserve"> </w:t>
            </w:r>
            <w:proofErr w:type="spellStart"/>
            <w:r w:rsidRPr="0078123B">
              <w:rPr>
                <w:rFonts w:ascii="Calibri" w:hAnsi="Calibri"/>
                <w:sz w:val="12"/>
              </w:rPr>
              <w:t>Ögeleri</w:t>
            </w:r>
            <w:proofErr w:type="spellEnd"/>
          </w:p>
        </w:tc>
        <w:tc>
          <w:tcPr>
            <w:tcW w:w="1512" w:type="dxa"/>
            <w:gridSpan w:val="2"/>
            <w:shd w:val="clear" w:color="auto" w:fill="F8FAFC"/>
            <w:tcMar>
              <w:top w:w="20" w:type="dxa"/>
              <w:left w:w="20" w:type="dxa"/>
              <w:bottom w:w="20" w:type="dxa"/>
              <w:right w:w="20" w:type="dxa"/>
            </w:tcMar>
          </w:tcPr>
          <w:p w:rsidR="002147A0" w:rsidRPr="0078123B" w:rsidRDefault="002147A0" w:rsidP="008F4D09">
            <w:pPr>
              <w:spacing w:after="0" w:line="240" w:lineRule="auto"/>
            </w:pPr>
            <w:r w:rsidRPr="0078123B">
              <w:rPr>
                <w:rFonts w:ascii="Calibri" w:hAnsi="Calibri"/>
                <w:sz w:val="12"/>
              </w:rPr>
              <w:t xml:space="preserve">SB.5.3.1. </w:t>
            </w:r>
            <w:proofErr w:type="spellStart"/>
            <w:r w:rsidRPr="0078123B">
              <w:rPr>
                <w:rFonts w:ascii="Calibri" w:hAnsi="Calibri"/>
                <w:sz w:val="12"/>
              </w:rPr>
              <w:t>Yaşadığı</w:t>
            </w:r>
            <w:proofErr w:type="spellEnd"/>
            <w:r w:rsidRPr="0078123B">
              <w:rPr>
                <w:rFonts w:ascii="Calibri" w:hAnsi="Calibri"/>
                <w:sz w:val="12"/>
              </w:rPr>
              <w:t xml:space="preserve"> </w:t>
            </w:r>
            <w:proofErr w:type="spellStart"/>
            <w:r w:rsidRPr="0078123B">
              <w:rPr>
                <w:rFonts w:ascii="Calibri" w:hAnsi="Calibri"/>
                <w:sz w:val="12"/>
              </w:rPr>
              <w:t>ildeki</w:t>
            </w:r>
            <w:proofErr w:type="spellEnd"/>
            <w:r w:rsidRPr="0078123B">
              <w:rPr>
                <w:rFonts w:ascii="Calibri" w:hAnsi="Calibri"/>
                <w:sz w:val="12"/>
              </w:rPr>
              <w:t xml:space="preserve"> </w:t>
            </w:r>
            <w:proofErr w:type="spellStart"/>
            <w:r w:rsidRPr="0078123B">
              <w:rPr>
                <w:rFonts w:ascii="Calibri" w:hAnsi="Calibri"/>
                <w:sz w:val="12"/>
              </w:rPr>
              <w:t>ortak</w:t>
            </w:r>
            <w:proofErr w:type="spellEnd"/>
            <w:r w:rsidRPr="0078123B">
              <w:rPr>
                <w:rFonts w:ascii="Calibri" w:hAnsi="Calibri"/>
                <w:sz w:val="12"/>
              </w:rPr>
              <w:t xml:space="preserve"> </w:t>
            </w:r>
            <w:proofErr w:type="spellStart"/>
            <w:r w:rsidRPr="0078123B">
              <w:rPr>
                <w:rFonts w:ascii="Calibri" w:hAnsi="Calibri"/>
                <w:sz w:val="12"/>
              </w:rPr>
              <w:t>miras</w:t>
            </w:r>
            <w:proofErr w:type="spellEnd"/>
            <w:r w:rsidRPr="0078123B">
              <w:rPr>
                <w:rFonts w:ascii="Calibri" w:hAnsi="Calibri"/>
                <w:sz w:val="12"/>
              </w:rPr>
              <w:t xml:space="preserve"> </w:t>
            </w:r>
            <w:proofErr w:type="spellStart"/>
            <w:r w:rsidRPr="0078123B">
              <w:rPr>
                <w:rFonts w:ascii="Calibri" w:hAnsi="Calibri"/>
                <w:sz w:val="12"/>
              </w:rPr>
              <w:t>ögelerine</w:t>
            </w:r>
            <w:proofErr w:type="spellEnd"/>
            <w:r w:rsidRPr="0078123B">
              <w:rPr>
                <w:rFonts w:ascii="Calibri" w:hAnsi="Calibri"/>
                <w:sz w:val="12"/>
              </w:rPr>
              <w:t xml:space="preserve"> </w:t>
            </w:r>
            <w:proofErr w:type="spellStart"/>
            <w:r w:rsidRPr="0078123B">
              <w:rPr>
                <w:rFonts w:ascii="Calibri" w:hAnsi="Calibri"/>
                <w:sz w:val="12"/>
              </w:rPr>
              <w:t>ilişkin</w:t>
            </w:r>
            <w:proofErr w:type="spellEnd"/>
            <w:r w:rsidRPr="0078123B">
              <w:rPr>
                <w:rFonts w:ascii="Calibri" w:hAnsi="Calibri"/>
                <w:sz w:val="12"/>
              </w:rPr>
              <w:t xml:space="preserve"> </w:t>
            </w:r>
            <w:proofErr w:type="spellStart"/>
            <w:r w:rsidRPr="0078123B">
              <w:rPr>
                <w:rFonts w:ascii="Calibri" w:hAnsi="Calibri"/>
                <w:sz w:val="12"/>
              </w:rPr>
              <w:t>oluşturduğu</w:t>
            </w:r>
            <w:proofErr w:type="spellEnd"/>
            <w:r w:rsidRPr="0078123B">
              <w:rPr>
                <w:rFonts w:ascii="Calibri" w:hAnsi="Calibri"/>
                <w:sz w:val="12"/>
              </w:rPr>
              <w:t xml:space="preserve"> </w:t>
            </w:r>
            <w:proofErr w:type="spellStart"/>
            <w:r w:rsidRPr="0078123B">
              <w:rPr>
                <w:rFonts w:ascii="Calibri" w:hAnsi="Calibri"/>
                <w:sz w:val="12"/>
              </w:rPr>
              <w:t>ürünü</w:t>
            </w:r>
            <w:proofErr w:type="spellEnd"/>
            <w:r w:rsidRPr="0078123B">
              <w:rPr>
                <w:rFonts w:ascii="Calibri" w:hAnsi="Calibri"/>
                <w:sz w:val="12"/>
              </w:rPr>
              <w:t xml:space="preserve"> </w:t>
            </w:r>
            <w:proofErr w:type="spellStart"/>
            <w:r w:rsidRPr="0078123B">
              <w:rPr>
                <w:rFonts w:ascii="Calibri" w:hAnsi="Calibri"/>
                <w:sz w:val="12"/>
              </w:rPr>
              <w:t>paylaşabilme</w:t>
            </w:r>
            <w:proofErr w:type="spellEnd"/>
          </w:p>
        </w:tc>
        <w:tc>
          <w:tcPr>
            <w:tcW w:w="1656" w:type="dxa"/>
            <w:shd w:val="clear" w:color="auto" w:fill="F8FAFC"/>
            <w:tcMar>
              <w:top w:w="20" w:type="dxa"/>
              <w:left w:w="20" w:type="dxa"/>
              <w:bottom w:w="20" w:type="dxa"/>
              <w:right w:w="20" w:type="dxa"/>
            </w:tcMar>
          </w:tcPr>
          <w:p w:rsidR="002147A0" w:rsidRPr="0078123B" w:rsidRDefault="002147A0" w:rsidP="008F4D09">
            <w:pPr>
              <w:spacing w:after="0" w:line="240" w:lineRule="auto"/>
            </w:pPr>
            <w:r w:rsidRPr="0078123B">
              <w:rPr>
                <w:rFonts w:ascii="Calibri" w:hAnsi="Calibri"/>
                <w:sz w:val="12"/>
              </w:rPr>
              <w:t xml:space="preserve">a) </w:t>
            </w:r>
            <w:proofErr w:type="spellStart"/>
            <w:r w:rsidRPr="0078123B">
              <w:rPr>
                <w:rFonts w:ascii="Calibri" w:hAnsi="Calibri"/>
                <w:sz w:val="12"/>
              </w:rPr>
              <w:t>Yaşadığı</w:t>
            </w:r>
            <w:proofErr w:type="spellEnd"/>
            <w:r w:rsidRPr="0078123B">
              <w:rPr>
                <w:rFonts w:ascii="Calibri" w:hAnsi="Calibri"/>
                <w:sz w:val="12"/>
              </w:rPr>
              <w:t xml:space="preserve"> </w:t>
            </w:r>
            <w:proofErr w:type="spellStart"/>
            <w:r w:rsidRPr="0078123B">
              <w:rPr>
                <w:rFonts w:ascii="Calibri" w:hAnsi="Calibri"/>
                <w:sz w:val="12"/>
              </w:rPr>
              <w:t>ildeki</w:t>
            </w:r>
            <w:proofErr w:type="spellEnd"/>
            <w:r w:rsidRPr="0078123B">
              <w:rPr>
                <w:rFonts w:ascii="Calibri" w:hAnsi="Calibri"/>
                <w:sz w:val="12"/>
              </w:rPr>
              <w:t xml:space="preserve"> </w:t>
            </w:r>
            <w:proofErr w:type="spellStart"/>
            <w:r w:rsidRPr="0078123B">
              <w:rPr>
                <w:rFonts w:ascii="Calibri" w:hAnsi="Calibri"/>
                <w:sz w:val="12"/>
              </w:rPr>
              <w:t>somut</w:t>
            </w:r>
            <w:proofErr w:type="spellEnd"/>
            <w:r w:rsidRPr="0078123B">
              <w:rPr>
                <w:rFonts w:ascii="Calibri" w:hAnsi="Calibri"/>
                <w:sz w:val="12"/>
              </w:rPr>
              <w:t xml:space="preserve"> </w:t>
            </w:r>
            <w:proofErr w:type="spellStart"/>
            <w:r w:rsidRPr="0078123B">
              <w:rPr>
                <w:rFonts w:ascii="Calibri" w:hAnsi="Calibri"/>
                <w:sz w:val="12"/>
              </w:rPr>
              <w:t>ve</w:t>
            </w:r>
            <w:proofErr w:type="spellEnd"/>
            <w:r w:rsidRPr="0078123B">
              <w:rPr>
                <w:rFonts w:ascii="Calibri" w:hAnsi="Calibri"/>
                <w:sz w:val="12"/>
              </w:rPr>
              <w:t xml:space="preserve"> </w:t>
            </w:r>
            <w:proofErr w:type="spellStart"/>
            <w:r w:rsidRPr="0078123B">
              <w:rPr>
                <w:rFonts w:ascii="Calibri" w:hAnsi="Calibri"/>
                <w:sz w:val="12"/>
              </w:rPr>
              <w:t>somut</w:t>
            </w:r>
            <w:proofErr w:type="spellEnd"/>
            <w:r w:rsidRPr="0078123B">
              <w:rPr>
                <w:rFonts w:ascii="Calibri" w:hAnsi="Calibri"/>
                <w:sz w:val="12"/>
              </w:rPr>
              <w:t xml:space="preserve"> </w:t>
            </w:r>
            <w:proofErr w:type="spellStart"/>
            <w:r w:rsidRPr="0078123B">
              <w:rPr>
                <w:rFonts w:ascii="Calibri" w:hAnsi="Calibri"/>
                <w:sz w:val="12"/>
              </w:rPr>
              <w:t>olmayan</w:t>
            </w:r>
            <w:proofErr w:type="spellEnd"/>
            <w:r w:rsidRPr="0078123B">
              <w:rPr>
                <w:rFonts w:ascii="Calibri" w:hAnsi="Calibri"/>
                <w:sz w:val="12"/>
              </w:rPr>
              <w:t xml:space="preserve"> </w:t>
            </w:r>
            <w:proofErr w:type="spellStart"/>
            <w:r w:rsidRPr="0078123B">
              <w:rPr>
                <w:rFonts w:ascii="Calibri" w:hAnsi="Calibri"/>
                <w:sz w:val="12"/>
              </w:rPr>
              <w:t>kültürel</w:t>
            </w:r>
            <w:proofErr w:type="spellEnd"/>
            <w:r w:rsidRPr="0078123B">
              <w:rPr>
                <w:rFonts w:ascii="Calibri" w:hAnsi="Calibri"/>
                <w:sz w:val="12"/>
              </w:rPr>
              <w:t xml:space="preserve"> </w:t>
            </w:r>
            <w:proofErr w:type="spellStart"/>
            <w:r w:rsidRPr="0078123B">
              <w:rPr>
                <w:rFonts w:ascii="Calibri" w:hAnsi="Calibri"/>
                <w:sz w:val="12"/>
              </w:rPr>
              <w:t>miras</w:t>
            </w:r>
            <w:proofErr w:type="spellEnd"/>
            <w:r w:rsidRPr="0078123B">
              <w:rPr>
                <w:rFonts w:ascii="Calibri" w:hAnsi="Calibri"/>
                <w:sz w:val="12"/>
              </w:rPr>
              <w:t xml:space="preserve"> </w:t>
            </w:r>
            <w:proofErr w:type="spellStart"/>
            <w:r w:rsidRPr="0078123B">
              <w:rPr>
                <w:rFonts w:ascii="Calibri" w:hAnsi="Calibri"/>
                <w:sz w:val="12"/>
              </w:rPr>
              <w:t>ögelerinden</w:t>
            </w:r>
            <w:proofErr w:type="spellEnd"/>
            <w:r w:rsidRPr="0078123B">
              <w:rPr>
                <w:rFonts w:ascii="Calibri" w:hAnsi="Calibri"/>
                <w:sz w:val="12"/>
              </w:rPr>
              <w:t xml:space="preserve"> </w:t>
            </w:r>
            <w:proofErr w:type="spellStart"/>
            <w:r w:rsidRPr="0078123B">
              <w:rPr>
                <w:rFonts w:ascii="Calibri" w:hAnsi="Calibri"/>
                <w:sz w:val="12"/>
              </w:rPr>
              <w:t>hareketle</w:t>
            </w:r>
            <w:proofErr w:type="spellEnd"/>
            <w:r w:rsidRPr="0078123B">
              <w:rPr>
                <w:rFonts w:ascii="Calibri" w:hAnsi="Calibri"/>
                <w:sz w:val="12"/>
              </w:rPr>
              <w:t xml:space="preserve"> </w:t>
            </w:r>
            <w:proofErr w:type="spellStart"/>
            <w:r w:rsidRPr="0078123B">
              <w:rPr>
                <w:rFonts w:ascii="Calibri" w:hAnsi="Calibri"/>
                <w:sz w:val="12"/>
              </w:rPr>
              <w:t>ortak</w:t>
            </w:r>
            <w:proofErr w:type="spellEnd"/>
            <w:r w:rsidRPr="0078123B">
              <w:rPr>
                <w:rFonts w:ascii="Calibri" w:hAnsi="Calibri"/>
                <w:sz w:val="12"/>
              </w:rPr>
              <w:br/>
            </w:r>
            <w:proofErr w:type="spellStart"/>
            <w:r w:rsidRPr="0078123B">
              <w:rPr>
                <w:rFonts w:ascii="Calibri" w:hAnsi="Calibri"/>
                <w:sz w:val="12"/>
              </w:rPr>
              <w:t>mirasın</w:t>
            </w:r>
            <w:proofErr w:type="spellEnd"/>
            <w:r w:rsidRPr="0078123B">
              <w:rPr>
                <w:rFonts w:ascii="Calibri" w:hAnsi="Calibri"/>
                <w:sz w:val="12"/>
              </w:rPr>
              <w:t xml:space="preserve"> </w:t>
            </w:r>
            <w:proofErr w:type="spellStart"/>
            <w:r w:rsidRPr="0078123B">
              <w:rPr>
                <w:rFonts w:ascii="Calibri" w:hAnsi="Calibri"/>
                <w:sz w:val="12"/>
              </w:rPr>
              <w:t>önemi</w:t>
            </w:r>
            <w:proofErr w:type="spellEnd"/>
            <w:r w:rsidRPr="0078123B">
              <w:rPr>
                <w:rFonts w:ascii="Calibri" w:hAnsi="Calibri"/>
                <w:sz w:val="12"/>
              </w:rPr>
              <w:t xml:space="preserve"> </w:t>
            </w:r>
            <w:proofErr w:type="spellStart"/>
            <w:r w:rsidRPr="0078123B">
              <w:rPr>
                <w:rFonts w:ascii="Calibri" w:hAnsi="Calibri"/>
                <w:sz w:val="12"/>
              </w:rPr>
              <w:t>hakkında</w:t>
            </w:r>
            <w:proofErr w:type="spellEnd"/>
            <w:r w:rsidRPr="0078123B">
              <w:rPr>
                <w:rFonts w:ascii="Calibri" w:hAnsi="Calibri"/>
                <w:sz w:val="12"/>
              </w:rPr>
              <w:t xml:space="preserve"> </w:t>
            </w:r>
            <w:proofErr w:type="spellStart"/>
            <w:r w:rsidRPr="0078123B">
              <w:rPr>
                <w:rFonts w:ascii="Calibri" w:hAnsi="Calibri"/>
                <w:sz w:val="12"/>
              </w:rPr>
              <w:t>çıkarım</w:t>
            </w:r>
            <w:proofErr w:type="spellEnd"/>
            <w:r w:rsidRPr="0078123B">
              <w:rPr>
                <w:rFonts w:ascii="Calibri" w:hAnsi="Calibri"/>
                <w:sz w:val="12"/>
              </w:rPr>
              <w:t xml:space="preserve"> </w:t>
            </w:r>
            <w:proofErr w:type="spellStart"/>
            <w:r w:rsidRPr="0078123B">
              <w:rPr>
                <w:rFonts w:ascii="Calibri" w:hAnsi="Calibri"/>
                <w:sz w:val="12"/>
              </w:rPr>
              <w:t>yapar</w:t>
            </w:r>
            <w:proofErr w:type="spellEnd"/>
            <w:r w:rsidRPr="0078123B">
              <w:rPr>
                <w:rFonts w:ascii="Calibri" w:hAnsi="Calibri"/>
                <w:sz w:val="12"/>
              </w:rPr>
              <w:t>.</w:t>
            </w:r>
            <w:r w:rsidRPr="0078123B">
              <w:rPr>
                <w:rFonts w:ascii="Calibri" w:hAnsi="Calibri"/>
                <w:sz w:val="12"/>
              </w:rPr>
              <w:br/>
              <w:t xml:space="preserve">b) </w:t>
            </w:r>
            <w:proofErr w:type="spellStart"/>
            <w:r w:rsidRPr="0078123B">
              <w:rPr>
                <w:rFonts w:ascii="Calibri" w:hAnsi="Calibri"/>
                <w:sz w:val="12"/>
              </w:rPr>
              <w:t>Yapılan</w:t>
            </w:r>
            <w:proofErr w:type="spellEnd"/>
            <w:r w:rsidRPr="0078123B">
              <w:rPr>
                <w:rFonts w:ascii="Calibri" w:hAnsi="Calibri"/>
                <w:sz w:val="12"/>
              </w:rPr>
              <w:t xml:space="preserve"> </w:t>
            </w:r>
            <w:proofErr w:type="spellStart"/>
            <w:r w:rsidRPr="0078123B">
              <w:rPr>
                <w:rFonts w:ascii="Calibri" w:hAnsi="Calibri"/>
                <w:sz w:val="12"/>
              </w:rPr>
              <w:t>çıkarımlardan</w:t>
            </w:r>
            <w:proofErr w:type="spellEnd"/>
            <w:r w:rsidRPr="0078123B">
              <w:rPr>
                <w:rFonts w:ascii="Calibri" w:hAnsi="Calibri"/>
                <w:sz w:val="12"/>
              </w:rPr>
              <w:t xml:space="preserve"> </w:t>
            </w:r>
            <w:proofErr w:type="spellStart"/>
            <w:r w:rsidRPr="0078123B">
              <w:rPr>
                <w:rFonts w:ascii="Calibri" w:hAnsi="Calibri"/>
                <w:sz w:val="12"/>
              </w:rPr>
              <w:t>hareketle</w:t>
            </w:r>
            <w:proofErr w:type="spellEnd"/>
            <w:r w:rsidRPr="0078123B">
              <w:rPr>
                <w:rFonts w:ascii="Calibri" w:hAnsi="Calibri"/>
                <w:sz w:val="12"/>
              </w:rPr>
              <w:t xml:space="preserve"> </w:t>
            </w:r>
            <w:proofErr w:type="spellStart"/>
            <w:r w:rsidRPr="0078123B">
              <w:rPr>
                <w:rFonts w:ascii="Calibri" w:hAnsi="Calibri"/>
                <w:sz w:val="12"/>
              </w:rPr>
              <w:t>ortak</w:t>
            </w:r>
            <w:proofErr w:type="spellEnd"/>
            <w:r w:rsidRPr="0078123B">
              <w:rPr>
                <w:rFonts w:ascii="Calibri" w:hAnsi="Calibri"/>
                <w:sz w:val="12"/>
              </w:rPr>
              <w:t xml:space="preserve"> </w:t>
            </w:r>
            <w:proofErr w:type="spellStart"/>
            <w:r w:rsidRPr="0078123B">
              <w:rPr>
                <w:rFonts w:ascii="Calibri" w:hAnsi="Calibri"/>
                <w:sz w:val="12"/>
              </w:rPr>
              <w:t>mirasın</w:t>
            </w:r>
            <w:proofErr w:type="spellEnd"/>
            <w:r w:rsidRPr="0078123B">
              <w:rPr>
                <w:rFonts w:ascii="Calibri" w:hAnsi="Calibri"/>
                <w:sz w:val="12"/>
              </w:rPr>
              <w:t xml:space="preserve"> </w:t>
            </w:r>
            <w:proofErr w:type="spellStart"/>
            <w:r w:rsidRPr="0078123B">
              <w:rPr>
                <w:rFonts w:ascii="Calibri" w:hAnsi="Calibri"/>
                <w:sz w:val="12"/>
              </w:rPr>
              <w:t>önemini</w:t>
            </w:r>
            <w:proofErr w:type="spellEnd"/>
            <w:r w:rsidRPr="0078123B">
              <w:rPr>
                <w:rFonts w:ascii="Calibri" w:hAnsi="Calibri"/>
                <w:sz w:val="12"/>
              </w:rPr>
              <w:t xml:space="preserve"> </w:t>
            </w:r>
            <w:proofErr w:type="spellStart"/>
            <w:r w:rsidRPr="0078123B">
              <w:rPr>
                <w:rFonts w:ascii="Calibri" w:hAnsi="Calibri"/>
                <w:sz w:val="12"/>
              </w:rPr>
              <w:t>açıklayan</w:t>
            </w:r>
            <w:proofErr w:type="spellEnd"/>
            <w:r w:rsidRPr="0078123B">
              <w:rPr>
                <w:rFonts w:ascii="Calibri" w:hAnsi="Calibri"/>
                <w:sz w:val="12"/>
              </w:rPr>
              <w:t xml:space="preserve"> </w:t>
            </w:r>
            <w:proofErr w:type="spellStart"/>
            <w:r w:rsidRPr="0078123B">
              <w:rPr>
                <w:rFonts w:ascii="Calibri" w:hAnsi="Calibri"/>
                <w:sz w:val="12"/>
              </w:rPr>
              <w:t>bir</w:t>
            </w:r>
            <w:proofErr w:type="spellEnd"/>
            <w:r w:rsidRPr="0078123B">
              <w:rPr>
                <w:rFonts w:ascii="Calibri" w:hAnsi="Calibri"/>
                <w:sz w:val="12"/>
              </w:rPr>
              <w:t xml:space="preserve"> </w:t>
            </w:r>
            <w:proofErr w:type="spellStart"/>
            <w:r w:rsidRPr="0078123B">
              <w:rPr>
                <w:rFonts w:ascii="Calibri" w:hAnsi="Calibri"/>
                <w:sz w:val="12"/>
              </w:rPr>
              <w:t>ürün</w:t>
            </w:r>
            <w:proofErr w:type="spellEnd"/>
            <w:r w:rsidRPr="0078123B">
              <w:rPr>
                <w:rFonts w:ascii="Calibri" w:hAnsi="Calibri"/>
                <w:sz w:val="12"/>
              </w:rPr>
              <w:t xml:space="preserve"> </w:t>
            </w:r>
            <w:proofErr w:type="spellStart"/>
            <w:r w:rsidRPr="0078123B">
              <w:rPr>
                <w:rFonts w:ascii="Calibri" w:hAnsi="Calibri"/>
                <w:sz w:val="12"/>
              </w:rPr>
              <w:t>oluşturur</w:t>
            </w:r>
            <w:proofErr w:type="spellEnd"/>
            <w:r w:rsidRPr="0078123B">
              <w:rPr>
                <w:rFonts w:ascii="Calibri" w:hAnsi="Calibri"/>
                <w:sz w:val="12"/>
              </w:rPr>
              <w:t>.</w:t>
            </w:r>
            <w:r w:rsidRPr="0078123B">
              <w:rPr>
                <w:rFonts w:ascii="Calibri" w:hAnsi="Calibri"/>
                <w:sz w:val="12"/>
              </w:rPr>
              <w:br/>
              <w:t xml:space="preserve">c) </w:t>
            </w:r>
            <w:proofErr w:type="spellStart"/>
            <w:r w:rsidRPr="0078123B">
              <w:rPr>
                <w:rFonts w:ascii="Calibri" w:hAnsi="Calibri"/>
                <w:sz w:val="12"/>
              </w:rPr>
              <w:t>Ortak</w:t>
            </w:r>
            <w:proofErr w:type="spellEnd"/>
            <w:r w:rsidRPr="0078123B">
              <w:rPr>
                <w:rFonts w:ascii="Calibri" w:hAnsi="Calibri"/>
                <w:sz w:val="12"/>
              </w:rPr>
              <w:t xml:space="preserve"> </w:t>
            </w:r>
            <w:proofErr w:type="spellStart"/>
            <w:r w:rsidRPr="0078123B">
              <w:rPr>
                <w:rFonts w:ascii="Calibri" w:hAnsi="Calibri"/>
                <w:sz w:val="12"/>
              </w:rPr>
              <w:t>mirasın</w:t>
            </w:r>
            <w:proofErr w:type="spellEnd"/>
            <w:r w:rsidRPr="0078123B">
              <w:rPr>
                <w:rFonts w:ascii="Calibri" w:hAnsi="Calibri"/>
                <w:sz w:val="12"/>
              </w:rPr>
              <w:t xml:space="preserve"> </w:t>
            </w:r>
            <w:proofErr w:type="spellStart"/>
            <w:r w:rsidRPr="0078123B">
              <w:rPr>
                <w:rFonts w:ascii="Calibri" w:hAnsi="Calibri"/>
                <w:sz w:val="12"/>
              </w:rPr>
              <w:t>önemi</w:t>
            </w:r>
            <w:proofErr w:type="spellEnd"/>
            <w:r w:rsidRPr="0078123B">
              <w:rPr>
                <w:rFonts w:ascii="Calibri" w:hAnsi="Calibri"/>
                <w:sz w:val="12"/>
              </w:rPr>
              <w:t xml:space="preserve"> </w:t>
            </w:r>
            <w:proofErr w:type="spellStart"/>
            <w:r w:rsidRPr="0078123B">
              <w:rPr>
                <w:rFonts w:ascii="Calibri" w:hAnsi="Calibri"/>
                <w:sz w:val="12"/>
              </w:rPr>
              <w:t>hakkında</w:t>
            </w:r>
            <w:proofErr w:type="spellEnd"/>
            <w:r w:rsidRPr="0078123B">
              <w:rPr>
                <w:rFonts w:ascii="Calibri" w:hAnsi="Calibri"/>
                <w:sz w:val="12"/>
              </w:rPr>
              <w:t xml:space="preserve"> </w:t>
            </w:r>
            <w:proofErr w:type="spellStart"/>
            <w:r w:rsidRPr="0078123B">
              <w:rPr>
                <w:rFonts w:ascii="Calibri" w:hAnsi="Calibri"/>
                <w:sz w:val="12"/>
              </w:rPr>
              <w:t>çıkarımlarına</w:t>
            </w:r>
            <w:proofErr w:type="spellEnd"/>
            <w:r w:rsidRPr="0078123B">
              <w:rPr>
                <w:rFonts w:ascii="Calibri" w:hAnsi="Calibri"/>
                <w:sz w:val="12"/>
              </w:rPr>
              <w:t xml:space="preserve"> </w:t>
            </w:r>
            <w:proofErr w:type="spellStart"/>
            <w:r w:rsidRPr="0078123B">
              <w:rPr>
                <w:rFonts w:ascii="Calibri" w:hAnsi="Calibri"/>
                <w:sz w:val="12"/>
              </w:rPr>
              <w:t>dayalı</w:t>
            </w:r>
            <w:proofErr w:type="spellEnd"/>
            <w:r w:rsidRPr="0078123B">
              <w:rPr>
                <w:rFonts w:ascii="Calibri" w:hAnsi="Calibri"/>
                <w:sz w:val="12"/>
              </w:rPr>
              <w:t xml:space="preserve"> </w:t>
            </w:r>
            <w:proofErr w:type="spellStart"/>
            <w:r w:rsidRPr="0078123B">
              <w:rPr>
                <w:rFonts w:ascii="Calibri" w:hAnsi="Calibri"/>
                <w:sz w:val="12"/>
              </w:rPr>
              <w:t>olarak</w:t>
            </w:r>
            <w:proofErr w:type="spellEnd"/>
            <w:r w:rsidRPr="0078123B">
              <w:rPr>
                <w:rFonts w:ascii="Calibri" w:hAnsi="Calibri"/>
                <w:sz w:val="12"/>
              </w:rPr>
              <w:t xml:space="preserve"> </w:t>
            </w:r>
            <w:proofErr w:type="spellStart"/>
            <w:r w:rsidRPr="0078123B">
              <w:rPr>
                <w:rFonts w:ascii="Calibri" w:hAnsi="Calibri"/>
                <w:sz w:val="12"/>
              </w:rPr>
              <w:t>oluşturduğu</w:t>
            </w:r>
            <w:proofErr w:type="spellEnd"/>
            <w:r w:rsidRPr="0078123B">
              <w:rPr>
                <w:rFonts w:ascii="Calibri" w:hAnsi="Calibri"/>
                <w:sz w:val="12"/>
              </w:rPr>
              <w:t xml:space="preserve"> </w:t>
            </w:r>
            <w:proofErr w:type="spellStart"/>
            <w:r w:rsidRPr="0078123B">
              <w:rPr>
                <w:rFonts w:ascii="Calibri" w:hAnsi="Calibri"/>
                <w:sz w:val="12"/>
              </w:rPr>
              <w:t>ürünü</w:t>
            </w:r>
            <w:proofErr w:type="spellEnd"/>
            <w:r w:rsidRPr="0078123B">
              <w:rPr>
                <w:rFonts w:ascii="Calibri" w:hAnsi="Calibri"/>
                <w:sz w:val="12"/>
              </w:rPr>
              <w:t xml:space="preserve"> </w:t>
            </w:r>
            <w:proofErr w:type="spellStart"/>
            <w:r w:rsidRPr="0078123B">
              <w:rPr>
                <w:rFonts w:ascii="Calibri" w:hAnsi="Calibri"/>
                <w:sz w:val="12"/>
              </w:rPr>
              <w:t>paylaşır</w:t>
            </w:r>
            <w:proofErr w:type="spellEnd"/>
            <w:r w:rsidRPr="0078123B">
              <w:rPr>
                <w:rFonts w:ascii="Calibri" w:hAnsi="Calibri"/>
                <w:sz w:val="12"/>
              </w:rPr>
              <w:t>.</w:t>
            </w:r>
          </w:p>
        </w:tc>
        <w:tc>
          <w:tcPr>
            <w:tcW w:w="1228" w:type="dxa"/>
            <w:gridSpan w:val="2"/>
            <w:shd w:val="clear" w:color="auto" w:fill="F8FAFC"/>
            <w:tcMar>
              <w:top w:w="20" w:type="dxa"/>
              <w:left w:w="20" w:type="dxa"/>
              <w:bottom w:w="20" w:type="dxa"/>
              <w:right w:w="20" w:type="dxa"/>
            </w:tcMar>
          </w:tcPr>
          <w:p w:rsidR="002147A0" w:rsidRPr="0078123B" w:rsidRDefault="002147A0" w:rsidP="004F40CF">
            <w:pPr>
              <w:spacing w:after="0" w:line="240" w:lineRule="auto"/>
            </w:pPr>
          </w:p>
        </w:tc>
        <w:tc>
          <w:tcPr>
            <w:tcW w:w="1152" w:type="dxa"/>
            <w:shd w:val="clear" w:color="auto" w:fill="F8FAFC"/>
            <w:tcMar>
              <w:top w:w="20" w:type="dxa"/>
              <w:left w:w="20" w:type="dxa"/>
              <w:bottom w:w="20" w:type="dxa"/>
              <w:right w:w="20" w:type="dxa"/>
            </w:tcMar>
          </w:tcPr>
          <w:p w:rsidR="002147A0" w:rsidRPr="0078123B" w:rsidRDefault="002147A0" w:rsidP="004F40CF">
            <w:pPr>
              <w:spacing w:after="0" w:line="240" w:lineRule="auto"/>
            </w:pPr>
          </w:p>
        </w:tc>
        <w:tc>
          <w:tcPr>
            <w:tcW w:w="1008" w:type="dxa"/>
            <w:shd w:val="clear" w:color="auto" w:fill="F8FAFC"/>
            <w:tcMar>
              <w:top w:w="20" w:type="dxa"/>
              <w:left w:w="20" w:type="dxa"/>
              <w:bottom w:w="20" w:type="dxa"/>
              <w:right w:w="20" w:type="dxa"/>
            </w:tcMar>
          </w:tcPr>
          <w:p w:rsidR="002147A0" w:rsidRPr="0078123B" w:rsidRDefault="002147A0" w:rsidP="004F40CF">
            <w:pPr>
              <w:spacing w:after="0" w:line="240" w:lineRule="auto"/>
            </w:pPr>
          </w:p>
        </w:tc>
        <w:tc>
          <w:tcPr>
            <w:tcW w:w="1152" w:type="dxa"/>
            <w:shd w:val="clear" w:color="auto" w:fill="F8FAFC"/>
            <w:tcMar>
              <w:top w:w="20" w:type="dxa"/>
              <w:left w:w="20" w:type="dxa"/>
              <w:bottom w:w="20" w:type="dxa"/>
              <w:right w:w="20" w:type="dxa"/>
            </w:tcMar>
          </w:tcPr>
          <w:p w:rsidR="002147A0" w:rsidRPr="0078123B" w:rsidRDefault="002147A0" w:rsidP="004F40CF">
            <w:pPr>
              <w:spacing w:after="0" w:line="240" w:lineRule="auto"/>
            </w:pPr>
          </w:p>
        </w:tc>
        <w:tc>
          <w:tcPr>
            <w:tcW w:w="1008" w:type="dxa"/>
            <w:gridSpan w:val="2"/>
            <w:shd w:val="clear" w:color="auto" w:fill="F8FAFC"/>
            <w:tcMar>
              <w:top w:w="20" w:type="dxa"/>
              <w:left w:w="20" w:type="dxa"/>
              <w:bottom w:w="20" w:type="dxa"/>
              <w:right w:w="20" w:type="dxa"/>
            </w:tcMar>
          </w:tcPr>
          <w:p w:rsidR="002147A0" w:rsidRPr="0078123B" w:rsidRDefault="002147A0" w:rsidP="004F40CF">
            <w:pPr>
              <w:spacing w:after="0" w:line="240" w:lineRule="auto"/>
            </w:pPr>
          </w:p>
        </w:tc>
        <w:tc>
          <w:tcPr>
            <w:tcW w:w="1298" w:type="dxa"/>
            <w:shd w:val="clear" w:color="auto" w:fill="F8FAFC"/>
            <w:tcMar>
              <w:top w:w="20" w:type="dxa"/>
              <w:left w:w="20" w:type="dxa"/>
              <w:bottom w:w="20" w:type="dxa"/>
              <w:right w:w="20" w:type="dxa"/>
            </w:tcMar>
          </w:tcPr>
          <w:p w:rsidR="002147A0" w:rsidRPr="0078123B" w:rsidRDefault="002147A0" w:rsidP="004F40CF">
            <w:pPr>
              <w:spacing w:after="0" w:line="240" w:lineRule="auto"/>
            </w:pPr>
          </w:p>
        </w:tc>
        <w:tc>
          <w:tcPr>
            <w:tcW w:w="1224" w:type="dxa"/>
            <w:shd w:val="clear" w:color="auto" w:fill="F8FAFC"/>
            <w:tcMar>
              <w:top w:w="20" w:type="dxa"/>
              <w:left w:w="20" w:type="dxa"/>
              <w:bottom w:w="20" w:type="dxa"/>
              <w:right w:w="20" w:type="dxa"/>
            </w:tcMar>
          </w:tcPr>
          <w:p w:rsidR="002147A0" w:rsidRPr="0078123B" w:rsidRDefault="002147A0" w:rsidP="004F40CF">
            <w:pPr>
              <w:spacing w:after="0" w:line="240" w:lineRule="auto"/>
            </w:pPr>
          </w:p>
        </w:tc>
      </w:tr>
      <w:tr w:rsidR="00FD1019" w:rsidRPr="0078123B" w:rsidTr="008E6D36">
        <w:tblPrEx>
          <w:tblCellMar>
            <w:left w:w="108" w:type="dxa"/>
            <w:right w:w="108" w:type="dxa"/>
          </w:tblCellMar>
          <w:tblLook w:val="04A0"/>
        </w:tblPrEx>
        <w:trPr>
          <w:gridAfter w:val="1"/>
          <w:wAfter w:w="10" w:type="dxa"/>
          <w:jc w:val="center"/>
        </w:trPr>
        <w:tc>
          <w:tcPr>
            <w:tcW w:w="792" w:type="dxa"/>
            <w:shd w:val="clear" w:color="auto" w:fill="F8FAFC"/>
            <w:tcMar>
              <w:top w:w="20" w:type="dxa"/>
              <w:left w:w="20" w:type="dxa"/>
              <w:bottom w:w="20" w:type="dxa"/>
              <w:right w:w="20" w:type="dxa"/>
            </w:tcMar>
          </w:tcPr>
          <w:p w:rsidR="00FD1019" w:rsidRPr="0078123B" w:rsidRDefault="004F40CF" w:rsidP="004F40CF">
            <w:pPr>
              <w:spacing w:after="0" w:line="240" w:lineRule="auto"/>
              <w:jc w:val="center"/>
            </w:pPr>
            <w:r w:rsidRPr="0078123B">
              <w:rPr>
                <w:rFonts w:ascii="Calibri" w:hAnsi="Calibri"/>
                <w:sz w:val="12"/>
              </w:rPr>
              <w:t>ARALIK</w:t>
            </w:r>
          </w:p>
        </w:tc>
        <w:tc>
          <w:tcPr>
            <w:tcW w:w="1008" w:type="dxa"/>
            <w:shd w:val="clear" w:color="auto" w:fill="F8FAFC"/>
            <w:tcMar>
              <w:top w:w="20" w:type="dxa"/>
              <w:left w:w="20" w:type="dxa"/>
              <w:bottom w:w="20" w:type="dxa"/>
              <w:right w:w="20" w:type="dxa"/>
            </w:tcMar>
          </w:tcPr>
          <w:p w:rsidR="00FD1019" w:rsidRPr="0078123B" w:rsidRDefault="004F40CF" w:rsidP="004F40CF">
            <w:pPr>
              <w:spacing w:after="0" w:line="240" w:lineRule="auto"/>
              <w:jc w:val="center"/>
            </w:pPr>
            <w:r w:rsidRPr="0078123B">
              <w:rPr>
                <w:rFonts w:ascii="Calibri" w:hAnsi="Calibri"/>
                <w:sz w:val="12"/>
              </w:rPr>
              <w:t>15. Hafta:</w:t>
            </w:r>
            <w:r w:rsidRPr="0078123B">
              <w:rPr>
                <w:rFonts w:ascii="Calibri" w:hAnsi="Calibri"/>
                <w:sz w:val="12"/>
              </w:rPr>
              <w:br/>
              <w:t>28 Aralık-1 Ocak 2027</w:t>
            </w:r>
          </w:p>
        </w:tc>
        <w:tc>
          <w:tcPr>
            <w:tcW w:w="652" w:type="dxa"/>
            <w:shd w:val="clear" w:color="auto" w:fill="F8FAFC"/>
            <w:tcMar>
              <w:top w:w="20" w:type="dxa"/>
              <w:left w:w="20" w:type="dxa"/>
              <w:bottom w:w="20" w:type="dxa"/>
              <w:right w:w="20" w:type="dxa"/>
            </w:tcMar>
          </w:tcPr>
          <w:p w:rsidR="00FD1019" w:rsidRPr="0078123B" w:rsidRDefault="004F40CF" w:rsidP="004F40CF">
            <w:pPr>
              <w:spacing w:after="0" w:line="240" w:lineRule="auto"/>
              <w:jc w:val="center"/>
            </w:pPr>
            <w:r w:rsidRPr="0078123B">
              <w:rPr>
                <w:rFonts w:ascii="Calibri" w:hAnsi="Calibri"/>
                <w:sz w:val="12"/>
              </w:rPr>
              <w:t>3</w:t>
            </w:r>
          </w:p>
        </w:tc>
        <w:tc>
          <w:tcPr>
            <w:tcW w:w="1152" w:type="dxa"/>
            <w:shd w:val="clear" w:color="auto" w:fill="F8FAFC"/>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ORTAK MİRASIMIZ</w:t>
            </w:r>
          </w:p>
        </w:tc>
        <w:tc>
          <w:tcPr>
            <w:tcW w:w="1224" w:type="dxa"/>
            <w:shd w:val="clear" w:color="auto" w:fill="F8FAFC"/>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Ortak Miras Ögeleri</w:t>
            </w:r>
          </w:p>
        </w:tc>
        <w:tc>
          <w:tcPr>
            <w:tcW w:w="1512" w:type="dxa"/>
            <w:gridSpan w:val="2"/>
            <w:shd w:val="clear" w:color="auto" w:fill="F8FAFC"/>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SB.5.3.1. Yaşadığı ildeki ortak miras ögelerine ilişkin oluşturduğu ürünü paylaşabilme</w:t>
            </w:r>
          </w:p>
        </w:tc>
        <w:tc>
          <w:tcPr>
            <w:tcW w:w="1656" w:type="dxa"/>
            <w:shd w:val="clear" w:color="auto" w:fill="F8FAFC"/>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a) Yaşadığı ildeki somut ve somut olmayan kültürel miras ögelerinden hareketle ortak</w:t>
            </w:r>
            <w:r w:rsidRPr="0078123B">
              <w:rPr>
                <w:rFonts w:ascii="Calibri" w:hAnsi="Calibri"/>
                <w:sz w:val="12"/>
              </w:rPr>
              <w:br/>
              <w:t>mirasın önemi hakkında çıkarım yapar.</w:t>
            </w:r>
            <w:r w:rsidRPr="0078123B">
              <w:rPr>
                <w:rFonts w:ascii="Calibri" w:hAnsi="Calibri"/>
                <w:sz w:val="12"/>
              </w:rPr>
              <w:br/>
              <w:t>b) Yapılan çıkarımlardan hareketle ortak mirasın önemini açıklayan bir ürün oluşturur.</w:t>
            </w:r>
            <w:r w:rsidRPr="0078123B">
              <w:rPr>
                <w:rFonts w:ascii="Calibri" w:hAnsi="Calibri"/>
                <w:sz w:val="12"/>
              </w:rPr>
              <w:br/>
            </w:r>
            <w:r w:rsidRPr="0078123B">
              <w:rPr>
                <w:rFonts w:ascii="Calibri" w:hAnsi="Calibri"/>
                <w:sz w:val="12"/>
              </w:rPr>
              <w:lastRenderedPageBreak/>
              <w:t>c) Ortak mirasın önemi hakkında çıkarımlarına dayalı olarak oluşturduğu ürünü paylaşır.</w:t>
            </w:r>
          </w:p>
        </w:tc>
        <w:tc>
          <w:tcPr>
            <w:tcW w:w="1228" w:type="dxa"/>
            <w:gridSpan w:val="2"/>
            <w:shd w:val="clear" w:color="auto" w:fill="FFFF99"/>
            <w:tcMar>
              <w:top w:w="20" w:type="dxa"/>
              <w:left w:w="20" w:type="dxa"/>
              <w:bottom w:w="20" w:type="dxa"/>
              <w:right w:w="20" w:type="dxa"/>
            </w:tcMar>
          </w:tcPr>
          <w:p w:rsidR="00FD1019" w:rsidRPr="0078123B" w:rsidRDefault="004F40CF" w:rsidP="00343086">
            <w:pPr>
              <w:spacing w:after="0" w:line="240" w:lineRule="auto"/>
              <w:jc w:val="center"/>
            </w:pPr>
            <w:r w:rsidRPr="00343086">
              <w:rPr>
                <w:rFonts w:ascii="Calibri" w:hAnsi="Calibri"/>
                <w:b/>
                <w:sz w:val="12"/>
              </w:rPr>
              <w:lastRenderedPageBreak/>
              <w:t>SINAV HAFTASI</w:t>
            </w:r>
            <w:r w:rsidRPr="00343086">
              <w:rPr>
                <w:rFonts w:ascii="Calibri" w:hAnsi="Calibri"/>
                <w:b/>
                <w:sz w:val="12"/>
              </w:rPr>
              <w:br/>
            </w:r>
            <w:r w:rsidRPr="0078123B">
              <w:rPr>
                <w:rFonts w:ascii="Calibri" w:hAnsi="Calibri"/>
                <w:sz w:val="12"/>
              </w:rPr>
              <w:t>(29 Aralık 2026-08 Ocak 2027)</w:t>
            </w:r>
            <w:r w:rsidRPr="0078123B">
              <w:rPr>
                <w:rFonts w:ascii="Calibri" w:hAnsi="Calibri"/>
                <w:sz w:val="12"/>
              </w:rPr>
              <w:br/>
            </w:r>
            <w:r w:rsidRPr="0078123B">
              <w:rPr>
                <w:rFonts w:ascii="Calibri" w:hAnsi="Calibri"/>
                <w:sz w:val="12"/>
              </w:rPr>
              <w:br/>
            </w:r>
          </w:p>
        </w:tc>
        <w:tc>
          <w:tcPr>
            <w:tcW w:w="1152" w:type="dxa"/>
            <w:shd w:val="clear" w:color="auto" w:fill="F8FAFC"/>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SDB2.1. İletişim</w:t>
            </w:r>
            <w:proofErr w:type="gramStart"/>
            <w:r w:rsidRPr="0078123B">
              <w:rPr>
                <w:rFonts w:ascii="Calibri" w:hAnsi="Calibri"/>
                <w:sz w:val="12"/>
              </w:rPr>
              <w:t>,</w:t>
            </w:r>
            <w:proofErr w:type="gramEnd"/>
            <w:r w:rsidRPr="0078123B">
              <w:rPr>
                <w:rFonts w:ascii="Calibri" w:hAnsi="Calibri"/>
                <w:sz w:val="12"/>
              </w:rPr>
              <w:br/>
              <w:t>SDB3.3. Sorumlu Karar Verme</w:t>
            </w:r>
          </w:p>
        </w:tc>
        <w:tc>
          <w:tcPr>
            <w:tcW w:w="1008" w:type="dxa"/>
            <w:shd w:val="clear" w:color="auto" w:fill="F8FAFC"/>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D15. Sevgi</w:t>
            </w:r>
            <w:proofErr w:type="gramStart"/>
            <w:r w:rsidRPr="0078123B">
              <w:rPr>
                <w:rFonts w:ascii="Calibri" w:hAnsi="Calibri"/>
                <w:sz w:val="12"/>
              </w:rPr>
              <w:t>,</w:t>
            </w:r>
            <w:proofErr w:type="gramEnd"/>
            <w:r w:rsidRPr="0078123B">
              <w:rPr>
                <w:rFonts w:ascii="Calibri" w:hAnsi="Calibri"/>
                <w:sz w:val="12"/>
              </w:rPr>
              <w:br/>
              <w:t>D19. Vatanseverlik</w:t>
            </w:r>
          </w:p>
        </w:tc>
        <w:tc>
          <w:tcPr>
            <w:tcW w:w="1152" w:type="dxa"/>
            <w:shd w:val="clear" w:color="auto" w:fill="F8FAFC"/>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OB1. Bilgi Okuryazarlığı</w:t>
            </w:r>
            <w:proofErr w:type="gramStart"/>
            <w:r w:rsidRPr="0078123B">
              <w:rPr>
                <w:rFonts w:ascii="Calibri" w:hAnsi="Calibri"/>
                <w:sz w:val="12"/>
              </w:rPr>
              <w:t>,</w:t>
            </w:r>
            <w:proofErr w:type="gramEnd"/>
            <w:r w:rsidRPr="0078123B">
              <w:rPr>
                <w:rFonts w:ascii="Calibri" w:hAnsi="Calibri"/>
                <w:sz w:val="12"/>
              </w:rPr>
              <w:br/>
              <w:t>OB2. Dijital Okuryazarlık, OB4. Görsel Okuryazarlık, OB5. Kültür Okuryazarlığı</w:t>
            </w:r>
          </w:p>
        </w:tc>
        <w:tc>
          <w:tcPr>
            <w:tcW w:w="1008" w:type="dxa"/>
            <w:gridSpan w:val="2"/>
            <w:shd w:val="clear" w:color="auto" w:fill="F8FAFC"/>
            <w:tcMar>
              <w:top w:w="20" w:type="dxa"/>
              <w:left w:w="20" w:type="dxa"/>
              <w:bottom w:w="20" w:type="dxa"/>
              <w:right w:w="20" w:type="dxa"/>
            </w:tcMar>
          </w:tcPr>
          <w:p w:rsidR="00FD1019" w:rsidRPr="0078123B" w:rsidRDefault="00FD1019" w:rsidP="004F40CF">
            <w:pPr>
              <w:spacing w:after="0" w:line="240" w:lineRule="auto"/>
            </w:pPr>
          </w:p>
        </w:tc>
        <w:tc>
          <w:tcPr>
            <w:tcW w:w="1298" w:type="dxa"/>
            <w:shd w:val="clear" w:color="auto" w:fill="F8FAFC"/>
            <w:tcMar>
              <w:top w:w="20" w:type="dxa"/>
              <w:left w:w="20" w:type="dxa"/>
              <w:bottom w:w="20" w:type="dxa"/>
              <w:right w:w="20" w:type="dxa"/>
            </w:tcMar>
          </w:tcPr>
          <w:p w:rsidR="00FD1019" w:rsidRPr="0078123B" w:rsidRDefault="00FD1019" w:rsidP="004F40CF">
            <w:pPr>
              <w:spacing w:after="0" w:line="240" w:lineRule="auto"/>
            </w:pPr>
          </w:p>
        </w:tc>
        <w:tc>
          <w:tcPr>
            <w:tcW w:w="1224" w:type="dxa"/>
            <w:shd w:val="clear" w:color="auto" w:fill="F8FAFC"/>
            <w:tcMar>
              <w:top w:w="20" w:type="dxa"/>
              <w:left w:w="20" w:type="dxa"/>
              <w:bottom w:w="20" w:type="dxa"/>
              <w:right w:w="20" w:type="dxa"/>
            </w:tcMar>
          </w:tcPr>
          <w:p w:rsidR="00FD1019" w:rsidRPr="0078123B" w:rsidRDefault="00FD1019" w:rsidP="004F40CF">
            <w:pPr>
              <w:spacing w:after="0" w:line="240" w:lineRule="auto"/>
            </w:pPr>
          </w:p>
        </w:tc>
      </w:tr>
      <w:tr w:rsidR="00FD1019" w:rsidRPr="0078123B" w:rsidTr="008E6D36">
        <w:tblPrEx>
          <w:tblCellMar>
            <w:left w:w="108" w:type="dxa"/>
            <w:right w:w="108" w:type="dxa"/>
          </w:tblCellMar>
          <w:tblLook w:val="04A0"/>
        </w:tblPrEx>
        <w:trPr>
          <w:gridAfter w:val="1"/>
          <w:wAfter w:w="10" w:type="dxa"/>
          <w:jc w:val="center"/>
        </w:trPr>
        <w:tc>
          <w:tcPr>
            <w:tcW w:w="792" w:type="dxa"/>
            <w:shd w:val="clear" w:color="auto" w:fill="FFFFFF"/>
            <w:tcMar>
              <w:top w:w="20" w:type="dxa"/>
              <w:left w:w="20" w:type="dxa"/>
              <w:bottom w:w="20" w:type="dxa"/>
              <w:right w:w="20" w:type="dxa"/>
            </w:tcMar>
          </w:tcPr>
          <w:p w:rsidR="00FD1019" w:rsidRPr="0078123B" w:rsidRDefault="00D97FCF" w:rsidP="004F40CF">
            <w:pPr>
              <w:spacing w:after="0" w:line="240" w:lineRule="auto"/>
              <w:jc w:val="center"/>
            </w:pPr>
            <w:r>
              <w:rPr>
                <w:rFonts w:ascii="Calibri" w:hAnsi="Calibri"/>
                <w:sz w:val="12"/>
              </w:rPr>
              <w:lastRenderedPageBreak/>
              <w:t>OCAK</w:t>
            </w:r>
          </w:p>
        </w:tc>
        <w:tc>
          <w:tcPr>
            <w:tcW w:w="1008" w:type="dxa"/>
            <w:shd w:val="clear" w:color="auto" w:fill="FFFFFF"/>
            <w:tcMar>
              <w:top w:w="20" w:type="dxa"/>
              <w:left w:w="20" w:type="dxa"/>
              <w:bottom w:w="20" w:type="dxa"/>
              <w:right w:w="20" w:type="dxa"/>
            </w:tcMar>
          </w:tcPr>
          <w:p w:rsidR="00FD1019" w:rsidRPr="0078123B" w:rsidRDefault="004F40CF" w:rsidP="004F40CF">
            <w:pPr>
              <w:spacing w:after="0" w:line="240" w:lineRule="auto"/>
              <w:jc w:val="center"/>
            </w:pPr>
            <w:r w:rsidRPr="0078123B">
              <w:rPr>
                <w:rFonts w:ascii="Calibri" w:hAnsi="Calibri"/>
                <w:sz w:val="12"/>
              </w:rPr>
              <w:t>16. Hafta:</w:t>
            </w:r>
            <w:r w:rsidRPr="0078123B">
              <w:rPr>
                <w:rFonts w:ascii="Calibri" w:hAnsi="Calibri"/>
                <w:sz w:val="12"/>
              </w:rPr>
              <w:br/>
              <w:t>4-8 Ocak 2027</w:t>
            </w:r>
          </w:p>
        </w:tc>
        <w:tc>
          <w:tcPr>
            <w:tcW w:w="652" w:type="dxa"/>
            <w:shd w:val="clear" w:color="auto" w:fill="FFFFFF"/>
            <w:tcMar>
              <w:top w:w="20" w:type="dxa"/>
              <w:left w:w="20" w:type="dxa"/>
              <w:bottom w:w="20" w:type="dxa"/>
              <w:right w:w="20" w:type="dxa"/>
            </w:tcMar>
          </w:tcPr>
          <w:p w:rsidR="00FD1019" w:rsidRPr="0078123B" w:rsidRDefault="004F40CF" w:rsidP="004F40CF">
            <w:pPr>
              <w:spacing w:after="0" w:line="240" w:lineRule="auto"/>
              <w:jc w:val="center"/>
            </w:pPr>
            <w:r w:rsidRPr="0078123B">
              <w:rPr>
                <w:rFonts w:ascii="Calibri" w:hAnsi="Calibri"/>
                <w:sz w:val="12"/>
              </w:rPr>
              <w:t>3</w:t>
            </w:r>
          </w:p>
        </w:tc>
        <w:tc>
          <w:tcPr>
            <w:tcW w:w="1152" w:type="dxa"/>
            <w:shd w:val="clear" w:color="auto" w:fill="FFFFFF"/>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ORTAK MİRASIMIZ</w:t>
            </w:r>
          </w:p>
        </w:tc>
        <w:tc>
          <w:tcPr>
            <w:tcW w:w="1224" w:type="dxa"/>
            <w:shd w:val="clear" w:color="auto" w:fill="FFFFFF"/>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Anadolu’nun İlk Yerleşim Yerlerinde Sosyal Hayat</w:t>
            </w:r>
          </w:p>
        </w:tc>
        <w:tc>
          <w:tcPr>
            <w:tcW w:w="1512" w:type="dxa"/>
            <w:gridSpan w:val="2"/>
            <w:shd w:val="clear" w:color="auto" w:fill="FFFFFF"/>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SB.5.3.2. Anadolu’da ilk yerleşimleri kuran toplumların sosyal hayatlarına yönelik bakış açısı geliştirebilme</w:t>
            </w:r>
          </w:p>
        </w:tc>
        <w:tc>
          <w:tcPr>
            <w:tcW w:w="1656" w:type="dxa"/>
            <w:shd w:val="clear" w:color="auto" w:fill="FFFFFF"/>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 xml:space="preserve">a) Anadolu’da ilk yerleşimleri kuran toplumların sosyal hayatlarını kaynaklardan </w:t>
            </w:r>
            <w:r w:rsidRPr="0078123B">
              <w:rPr>
                <w:rFonts w:ascii="Calibri" w:hAnsi="Calibri"/>
                <w:sz w:val="12"/>
              </w:rPr>
              <w:br/>
              <w:t xml:space="preserve">edindiği bilgiler doğrultusunda yorumlar. </w:t>
            </w:r>
            <w:r w:rsidRPr="0078123B">
              <w:rPr>
                <w:rFonts w:ascii="Calibri" w:hAnsi="Calibri"/>
                <w:sz w:val="12"/>
              </w:rPr>
              <w:br/>
              <w:t xml:space="preserve">b) Anadolu’da ilk yerleşimleri kuran toplumların sosyal hayatlarına ilişkin tarihsel </w:t>
            </w:r>
            <w:r w:rsidRPr="0078123B">
              <w:rPr>
                <w:rFonts w:ascii="Calibri" w:hAnsi="Calibri"/>
                <w:sz w:val="12"/>
              </w:rPr>
              <w:br/>
              <w:t xml:space="preserve">bağlam oluşturur. </w:t>
            </w:r>
            <w:r w:rsidRPr="0078123B">
              <w:rPr>
                <w:rFonts w:ascii="Calibri" w:hAnsi="Calibri"/>
                <w:sz w:val="12"/>
              </w:rPr>
              <w:br/>
              <w:t>c)   Anadolu’da ilk yerleşimleri kuran toplumların sosyal hayatlarına ilişkin bakış açısını kaynaklar doğrultusunda yapılandırır.</w:t>
            </w:r>
          </w:p>
        </w:tc>
        <w:tc>
          <w:tcPr>
            <w:tcW w:w="1228" w:type="dxa"/>
            <w:gridSpan w:val="2"/>
            <w:shd w:val="clear" w:color="auto" w:fill="FFFF99"/>
            <w:tcMar>
              <w:top w:w="20" w:type="dxa"/>
              <w:left w:w="20" w:type="dxa"/>
              <w:bottom w:w="20" w:type="dxa"/>
              <w:right w:w="20" w:type="dxa"/>
            </w:tcMar>
          </w:tcPr>
          <w:p w:rsidR="00FD1019" w:rsidRPr="0078123B" w:rsidRDefault="004F40CF" w:rsidP="00343086">
            <w:pPr>
              <w:spacing w:after="0" w:line="240" w:lineRule="auto"/>
              <w:jc w:val="center"/>
            </w:pPr>
            <w:r w:rsidRPr="00343086">
              <w:rPr>
                <w:rFonts w:ascii="Calibri" w:hAnsi="Calibri"/>
                <w:b/>
                <w:sz w:val="12"/>
              </w:rPr>
              <w:t>SINAV HAFTASI</w:t>
            </w:r>
            <w:r w:rsidRPr="00343086">
              <w:rPr>
                <w:rFonts w:ascii="Calibri" w:hAnsi="Calibri"/>
                <w:b/>
                <w:sz w:val="12"/>
              </w:rPr>
              <w:br/>
            </w:r>
            <w:r w:rsidRPr="0078123B">
              <w:rPr>
                <w:rFonts w:ascii="Calibri" w:hAnsi="Calibri"/>
                <w:sz w:val="12"/>
              </w:rPr>
              <w:t>(29 Aralık 2026-08 Ocak 2027)</w:t>
            </w:r>
            <w:r w:rsidRPr="0078123B">
              <w:rPr>
                <w:rFonts w:ascii="Calibri" w:hAnsi="Calibri"/>
                <w:sz w:val="12"/>
              </w:rPr>
              <w:br/>
            </w:r>
          </w:p>
        </w:tc>
        <w:tc>
          <w:tcPr>
            <w:tcW w:w="1152" w:type="dxa"/>
            <w:shd w:val="clear" w:color="auto" w:fill="FFFFFF"/>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SDB2.1. İletişim</w:t>
            </w:r>
            <w:proofErr w:type="gramStart"/>
            <w:r w:rsidRPr="0078123B">
              <w:rPr>
                <w:rFonts w:ascii="Calibri" w:hAnsi="Calibri"/>
                <w:sz w:val="12"/>
              </w:rPr>
              <w:t>,</w:t>
            </w:r>
            <w:proofErr w:type="gramEnd"/>
            <w:r w:rsidRPr="0078123B">
              <w:rPr>
                <w:rFonts w:ascii="Calibri" w:hAnsi="Calibri"/>
                <w:sz w:val="12"/>
              </w:rPr>
              <w:br/>
              <w:t>SDB3.3. Sorumlu Karar Verme</w:t>
            </w:r>
          </w:p>
        </w:tc>
        <w:tc>
          <w:tcPr>
            <w:tcW w:w="1008" w:type="dxa"/>
            <w:shd w:val="clear" w:color="auto" w:fill="FFFFFF"/>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D15. Sevgi</w:t>
            </w:r>
            <w:proofErr w:type="gramStart"/>
            <w:r w:rsidRPr="0078123B">
              <w:rPr>
                <w:rFonts w:ascii="Calibri" w:hAnsi="Calibri"/>
                <w:sz w:val="12"/>
              </w:rPr>
              <w:t>,</w:t>
            </w:r>
            <w:proofErr w:type="gramEnd"/>
            <w:r w:rsidRPr="0078123B">
              <w:rPr>
                <w:rFonts w:ascii="Calibri" w:hAnsi="Calibri"/>
                <w:sz w:val="12"/>
              </w:rPr>
              <w:br/>
              <w:t>D19. Vatanseverlik</w:t>
            </w:r>
          </w:p>
        </w:tc>
        <w:tc>
          <w:tcPr>
            <w:tcW w:w="1152" w:type="dxa"/>
            <w:shd w:val="clear" w:color="auto" w:fill="FFFFFF"/>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OB1. Bilgi Okuryazarlığı</w:t>
            </w:r>
            <w:proofErr w:type="gramStart"/>
            <w:r w:rsidRPr="0078123B">
              <w:rPr>
                <w:rFonts w:ascii="Calibri" w:hAnsi="Calibri"/>
                <w:sz w:val="12"/>
              </w:rPr>
              <w:t>,</w:t>
            </w:r>
            <w:proofErr w:type="gramEnd"/>
            <w:r w:rsidRPr="0078123B">
              <w:rPr>
                <w:rFonts w:ascii="Calibri" w:hAnsi="Calibri"/>
                <w:sz w:val="12"/>
              </w:rPr>
              <w:br/>
              <w:t>OB2. Dijital Okuryazarlık, OB4. Görsel Okuryazarlık, OB5. Kültür Okuryazarlığı</w:t>
            </w:r>
          </w:p>
        </w:tc>
        <w:tc>
          <w:tcPr>
            <w:tcW w:w="1008" w:type="dxa"/>
            <w:gridSpan w:val="2"/>
            <w:shd w:val="clear" w:color="auto" w:fill="FFFFFF"/>
            <w:tcMar>
              <w:top w:w="20" w:type="dxa"/>
              <w:left w:w="20" w:type="dxa"/>
              <w:bottom w:w="20" w:type="dxa"/>
              <w:right w:w="20" w:type="dxa"/>
            </w:tcMar>
          </w:tcPr>
          <w:p w:rsidR="00FD1019" w:rsidRPr="0078123B" w:rsidRDefault="00FD1019" w:rsidP="004F40CF">
            <w:pPr>
              <w:spacing w:after="0" w:line="240" w:lineRule="auto"/>
            </w:pPr>
          </w:p>
        </w:tc>
        <w:tc>
          <w:tcPr>
            <w:tcW w:w="1298" w:type="dxa"/>
            <w:shd w:val="clear" w:color="auto" w:fill="FFFFFF"/>
            <w:tcMar>
              <w:top w:w="20" w:type="dxa"/>
              <w:left w:w="20" w:type="dxa"/>
              <w:bottom w:w="20" w:type="dxa"/>
              <w:right w:w="20" w:type="dxa"/>
            </w:tcMar>
          </w:tcPr>
          <w:p w:rsidR="00FD1019" w:rsidRPr="0078123B" w:rsidRDefault="00FD1019" w:rsidP="004F40CF">
            <w:pPr>
              <w:spacing w:after="0" w:line="240" w:lineRule="auto"/>
            </w:pPr>
          </w:p>
        </w:tc>
        <w:tc>
          <w:tcPr>
            <w:tcW w:w="1224" w:type="dxa"/>
            <w:shd w:val="clear" w:color="auto" w:fill="FFFFFF"/>
            <w:tcMar>
              <w:top w:w="20" w:type="dxa"/>
              <w:left w:w="20" w:type="dxa"/>
              <w:bottom w:w="20" w:type="dxa"/>
              <w:right w:w="20" w:type="dxa"/>
            </w:tcMar>
          </w:tcPr>
          <w:p w:rsidR="00FD1019" w:rsidRPr="0078123B" w:rsidRDefault="00FD1019" w:rsidP="004F40CF">
            <w:pPr>
              <w:spacing w:after="0" w:line="240" w:lineRule="auto"/>
            </w:pPr>
          </w:p>
        </w:tc>
      </w:tr>
      <w:tr w:rsidR="00FD1019" w:rsidRPr="0078123B" w:rsidTr="008E6D36">
        <w:tblPrEx>
          <w:tblCellMar>
            <w:left w:w="108" w:type="dxa"/>
            <w:right w:w="108" w:type="dxa"/>
          </w:tblCellMar>
          <w:tblLook w:val="04A0"/>
        </w:tblPrEx>
        <w:trPr>
          <w:gridAfter w:val="1"/>
          <w:wAfter w:w="10" w:type="dxa"/>
          <w:jc w:val="center"/>
        </w:trPr>
        <w:tc>
          <w:tcPr>
            <w:tcW w:w="792" w:type="dxa"/>
            <w:shd w:val="clear" w:color="auto" w:fill="F8FAFC"/>
            <w:tcMar>
              <w:top w:w="20" w:type="dxa"/>
              <w:left w:w="20" w:type="dxa"/>
              <w:bottom w:w="20" w:type="dxa"/>
              <w:right w:w="20" w:type="dxa"/>
            </w:tcMar>
          </w:tcPr>
          <w:p w:rsidR="00FD1019" w:rsidRPr="0078123B" w:rsidRDefault="00D97FCF" w:rsidP="004F40CF">
            <w:pPr>
              <w:spacing w:after="0" w:line="240" w:lineRule="auto"/>
              <w:jc w:val="center"/>
            </w:pPr>
            <w:r>
              <w:rPr>
                <w:rFonts w:ascii="Calibri" w:hAnsi="Calibri"/>
                <w:sz w:val="12"/>
              </w:rPr>
              <w:t>OCAK</w:t>
            </w:r>
          </w:p>
        </w:tc>
        <w:tc>
          <w:tcPr>
            <w:tcW w:w="1008" w:type="dxa"/>
            <w:shd w:val="clear" w:color="auto" w:fill="F8FAFC"/>
            <w:tcMar>
              <w:top w:w="20" w:type="dxa"/>
              <w:left w:w="20" w:type="dxa"/>
              <w:bottom w:w="20" w:type="dxa"/>
              <w:right w:w="20" w:type="dxa"/>
            </w:tcMar>
          </w:tcPr>
          <w:p w:rsidR="00FD1019" w:rsidRPr="0078123B" w:rsidRDefault="004F40CF" w:rsidP="004F40CF">
            <w:pPr>
              <w:spacing w:after="0" w:line="240" w:lineRule="auto"/>
              <w:jc w:val="center"/>
            </w:pPr>
            <w:r w:rsidRPr="0078123B">
              <w:rPr>
                <w:rFonts w:ascii="Calibri" w:hAnsi="Calibri"/>
                <w:sz w:val="12"/>
              </w:rPr>
              <w:t>17. Hafta:</w:t>
            </w:r>
            <w:r w:rsidRPr="0078123B">
              <w:rPr>
                <w:rFonts w:ascii="Calibri" w:hAnsi="Calibri"/>
                <w:sz w:val="12"/>
              </w:rPr>
              <w:br/>
              <w:t>11-15 Ocak</w:t>
            </w:r>
          </w:p>
        </w:tc>
        <w:tc>
          <w:tcPr>
            <w:tcW w:w="652" w:type="dxa"/>
            <w:shd w:val="clear" w:color="auto" w:fill="F8FAFC"/>
            <w:tcMar>
              <w:top w:w="20" w:type="dxa"/>
              <w:left w:w="20" w:type="dxa"/>
              <w:bottom w:w="20" w:type="dxa"/>
              <w:right w:w="20" w:type="dxa"/>
            </w:tcMar>
          </w:tcPr>
          <w:p w:rsidR="00FD1019" w:rsidRPr="0078123B" w:rsidRDefault="004F40CF" w:rsidP="004F40CF">
            <w:pPr>
              <w:spacing w:after="0" w:line="240" w:lineRule="auto"/>
              <w:jc w:val="center"/>
            </w:pPr>
            <w:r w:rsidRPr="0078123B">
              <w:rPr>
                <w:rFonts w:ascii="Calibri" w:hAnsi="Calibri"/>
                <w:sz w:val="12"/>
              </w:rPr>
              <w:t>3</w:t>
            </w:r>
          </w:p>
        </w:tc>
        <w:tc>
          <w:tcPr>
            <w:tcW w:w="1152" w:type="dxa"/>
            <w:shd w:val="clear" w:color="auto" w:fill="F8FAFC"/>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ORTAK MİRASIMIZ</w:t>
            </w:r>
          </w:p>
        </w:tc>
        <w:tc>
          <w:tcPr>
            <w:tcW w:w="1224" w:type="dxa"/>
            <w:shd w:val="clear" w:color="auto" w:fill="F8FAFC"/>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Anadolu’nun İlk Yerleşim Yerlerinde Sosyal Hayat</w:t>
            </w:r>
          </w:p>
        </w:tc>
        <w:tc>
          <w:tcPr>
            <w:tcW w:w="1512" w:type="dxa"/>
            <w:gridSpan w:val="2"/>
            <w:shd w:val="clear" w:color="auto" w:fill="F8FAFC"/>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SB.5.3.2. Anadolu’da ilk yerleşimleri kuran toplumların sosyal hayatlarına yönelik bakış açısı geliştirebilme</w:t>
            </w:r>
          </w:p>
        </w:tc>
        <w:tc>
          <w:tcPr>
            <w:tcW w:w="1656" w:type="dxa"/>
            <w:shd w:val="clear" w:color="auto" w:fill="F8FAFC"/>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 xml:space="preserve">a) Anadolu’da ilk yerleşimleri kuran toplumların sosyal hayatlarını kaynaklardan </w:t>
            </w:r>
            <w:r w:rsidRPr="0078123B">
              <w:rPr>
                <w:rFonts w:ascii="Calibri" w:hAnsi="Calibri"/>
                <w:sz w:val="12"/>
              </w:rPr>
              <w:br/>
              <w:t xml:space="preserve">edindiği bilgiler doğrultusunda yorumlar. </w:t>
            </w:r>
            <w:r w:rsidRPr="0078123B">
              <w:rPr>
                <w:rFonts w:ascii="Calibri" w:hAnsi="Calibri"/>
                <w:sz w:val="12"/>
              </w:rPr>
              <w:br/>
              <w:t xml:space="preserve">b) Anadolu’da ilk yerleşimleri kuran toplumların sosyal hayatlarına ilişkin tarihsel </w:t>
            </w:r>
            <w:r w:rsidRPr="0078123B">
              <w:rPr>
                <w:rFonts w:ascii="Calibri" w:hAnsi="Calibri"/>
                <w:sz w:val="12"/>
              </w:rPr>
              <w:br/>
              <w:t xml:space="preserve">bağlam oluşturur. </w:t>
            </w:r>
            <w:r w:rsidRPr="0078123B">
              <w:rPr>
                <w:rFonts w:ascii="Calibri" w:hAnsi="Calibri"/>
                <w:sz w:val="12"/>
              </w:rPr>
              <w:br/>
              <w:t>c)   Anadolu’da ilk yerleşimleri kuran toplumların sosyal hayatlarına ilişkin bakış açı</w:t>
            </w:r>
            <w:r w:rsidRPr="0078123B">
              <w:rPr>
                <w:rFonts w:ascii="Calibri" w:hAnsi="Calibri"/>
                <w:sz w:val="12"/>
              </w:rPr>
              <w:br/>
              <w:t>sını kaynaklar doğrultusunda yapılandırır.</w:t>
            </w:r>
          </w:p>
        </w:tc>
        <w:tc>
          <w:tcPr>
            <w:tcW w:w="1228" w:type="dxa"/>
            <w:gridSpan w:val="2"/>
            <w:shd w:val="clear" w:color="auto" w:fill="F8FAFC"/>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Gözlem formu,</w:t>
            </w:r>
            <w:r w:rsidRPr="0078123B">
              <w:rPr>
                <w:rFonts w:ascii="Calibri" w:hAnsi="Calibri"/>
                <w:sz w:val="12"/>
              </w:rPr>
              <w:br/>
              <w:t>Kontrol listesi,</w:t>
            </w:r>
            <w:r w:rsidRPr="0078123B">
              <w:rPr>
                <w:rFonts w:ascii="Calibri" w:hAnsi="Calibri"/>
                <w:sz w:val="12"/>
              </w:rPr>
              <w:br/>
              <w:t>Bütüncül dereceli puanlama anahtarı,</w:t>
            </w:r>
            <w:r w:rsidRPr="0078123B">
              <w:rPr>
                <w:rFonts w:ascii="Calibri" w:hAnsi="Calibri"/>
                <w:sz w:val="12"/>
              </w:rPr>
              <w:br/>
              <w:t>Derecelendirme ölçeği,</w:t>
            </w:r>
            <w:r w:rsidRPr="0078123B">
              <w:rPr>
                <w:rFonts w:ascii="Calibri" w:hAnsi="Calibri"/>
                <w:sz w:val="12"/>
              </w:rPr>
              <w:br/>
              <w:t>Karşılaştırma tablosu,</w:t>
            </w:r>
            <w:r w:rsidRPr="0078123B">
              <w:rPr>
                <w:rFonts w:ascii="Calibri" w:hAnsi="Calibri"/>
                <w:sz w:val="12"/>
              </w:rPr>
              <w:br/>
              <w:t>İnfografik ve performans görevi</w:t>
            </w:r>
          </w:p>
        </w:tc>
        <w:tc>
          <w:tcPr>
            <w:tcW w:w="1152" w:type="dxa"/>
            <w:shd w:val="clear" w:color="auto" w:fill="F8FAFC"/>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SDB2.1. İletişim</w:t>
            </w:r>
            <w:proofErr w:type="gramStart"/>
            <w:r w:rsidRPr="0078123B">
              <w:rPr>
                <w:rFonts w:ascii="Calibri" w:hAnsi="Calibri"/>
                <w:sz w:val="12"/>
              </w:rPr>
              <w:t>,</w:t>
            </w:r>
            <w:proofErr w:type="gramEnd"/>
            <w:r w:rsidRPr="0078123B">
              <w:rPr>
                <w:rFonts w:ascii="Calibri" w:hAnsi="Calibri"/>
                <w:sz w:val="12"/>
              </w:rPr>
              <w:br/>
              <w:t>SDB3.3. Sorumlu Karar Verme</w:t>
            </w:r>
          </w:p>
        </w:tc>
        <w:tc>
          <w:tcPr>
            <w:tcW w:w="1008" w:type="dxa"/>
            <w:shd w:val="clear" w:color="auto" w:fill="F8FAFC"/>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D15. Sevgi</w:t>
            </w:r>
            <w:proofErr w:type="gramStart"/>
            <w:r w:rsidRPr="0078123B">
              <w:rPr>
                <w:rFonts w:ascii="Calibri" w:hAnsi="Calibri"/>
                <w:sz w:val="12"/>
              </w:rPr>
              <w:t>,</w:t>
            </w:r>
            <w:proofErr w:type="gramEnd"/>
            <w:r w:rsidRPr="0078123B">
              <w:rPr>
                <w:rFonts w:ascii="Calibri" w:hAnsi="Calibri"/>
                <w:sz w:val="12"/>
              </w:rPr>
              <w:br/>
              <w:t>D19. Vatanseverlik</w:t>
            </w:r>
          </w:p>
        </w:tc>
        <w:tc>
          <w:tcPr>
            <w:tcW w:w="1152" w:type="dxa"/>
            <w:shd w:val="clear" w:color="auto" w:fill="F8FAFC"/>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OB1. Bilgi Okuryazarlığı</w:t>
            </w:r>
            <w:proofErr w:type="gramStart"/>
            <w:r w:rsidRPr="0078123B">
              <w:rPr>
                <w:rFonts w:ascii="Calibri" w:hAnsi="Calibri"/>
                <w:sz w:val="12"/>
              </w:rPr>
              <w:t>,</w:t>
            </w:r>
            <w:proofErr w:type="gramEnd"/>
            <w:r w:rsidRPr="0078123B">
              <w:rPr>
                <w:rFonts w:ascii="Calibri" w:hAnsi="Calibri"/>
                <w:sz w:val="12"/>
              </w:rPr>
              <w:br/>
              <w:t>OB2. Dijital Okuryazarlık, OB4. Görsel Okuryazarlık, OB5. Kültür Okuryazarlığı</w:t>
            </w:r>
          </w:p>
        </w:tc>
        <w:tc>
          <w:tcPr>
            <w:tcW w:w="1008" w:type="dxa"/>
            <w:gridSpan w:val="2"/>
            <w:shd w:val="clear" w:color="auto" w:fill="F8FAFC"/>
            <w:tcMar>
              <w:top w:w="20" w:type="dxa"/>
              <w:left w:w="20" w:type="dxa"/>
              <w:bottom w:w="20" w:type="dxa"/>
              <w:right w:w="20" w:type="dxa"/>
            </w:tcMar>
          </w:tcPr>
          <w:p w:rsidR="00FD1019" w:rsidRPr="0078123B" w:rsidRDefault="00FD1019" w:rsidP="004F40CF">
            <w:pPr>
              <w:spacing w:after="0" w:line="240" w:lineRule="auto"/>
            </w:pPr>
          </w:p>
        </w:tc>
        <w:tc>
          <w:tcPr>
            <w:tcW w:w="1298" w:type="dxa"/>
            <w:shd w:val="clear" w:color="auto" w:fill="F8FAFC"/>
            <w:tcMar>
              <w:top w:w="20" w:type="dxa"/>
              <w:left w:w="20" w:type="dxa"/>
              <w:bottom w:w="20" w:type="dxa"/>
              <w:right w:w="20" w:type="dxa"/>
            </w:tcMar>
          </w:tcPr>
          <w:p w:rsidR="00FD1019" w:rsidRPr="0078123B" w:rsidRDefault="00FD1019" w:rsidP="004F40CF">
            <w:pPr>
              <w:spacing w:after="0" w:line="240" w:lineRule="auto"/>
            </w:pPr>
          </w:p>
        </w:tc>
        <w:tc>
          <w:tcPr>
            <w:tcW w:w="1224" w:type="dxa"/>
            <w:shd w:val="clear" w:color="auto" w:fill="F8FAFC"/>
            <w:tcMar>
              <w:top w:w="20" w:type="dxa"/>
              <w:left w:w="20" w:type="dxa"/>
              <w:bottom w:w="20" w:type="dxa"/>
              <w:right w:w="20" w:type="dxa"/>
            </w:tcMar>
          </w:tcPr>
          <w:p w:rsidR="00FD1019" w:rsidRPr="0078123B" w:rsidRDefault="00FD1019" w:rsidP="004F40CF">
            <w:pPr>
              <w:spacing w:after="0" w:line="240" w:lineRule="auto"/>
            </w:pPr>
          </w:p>
        </w:tc>
      </w:tr>
      <w:tr w:rsidR="00FD1019" w:rsidRPr="0078123B" w:rsidTr="008E6D36">
        <w:tblPrEx>
          <w:tblCellMar>
            <w:left w:w="108" w:type="dxa"/>
            <w:right w:w="108" w:type="dxa"/>
          </w:tblCellMar>
          <w:tblLook w:val="04A0"/>
        </w:tblPrEx>
        <w:trPr>
          <w:gridAfter w:val="1"/>
          <w:wAfter w:w="10" w:type="dxa"/>
          <w:jc w:val="center"/>
        </w:trPr>
        <w:tc>
          <w:tcPr>
            <w:tcW w:w="792" w:type="dxa"/>
            <w:shd w:val="clear" w:color="auto" w:fill="FFFFFF"/>
            <w:tcMar>
              <w:top w:w="20" w:type="dxa"/>
              <w:left w:w="20" w:type="dxa"/>
              <w:bottom w:w="20" w:type="dxa"/>
              <w:right w:w="20" w:type="dxa"/>
            </w:tcMar>
          </w:tcPr>
          <w:p w:rsidR="00FD1019" w:rsidRPr="0078123B" w:rsidRDefault="00D97FCF" w:rsidP="004F40CF">
            <w:pPr>
              <w:spacing w:after="0" w:line="240" w:lineRule="auto"/>
              <w:jc w:val="center"/>
            </w:pPr>
            <w:r>
              <w:rPr>
                <w:rFonts w:ascii="Calibri" w:hAnsi="Calibri"/>
                <w:sz w:val="12"/>
              </w:rPr>
              <w:t>OCAK</w:t>
            </w:r>
          </w:p>
        </w:tc>
        <w:tc>
          <w:tcPr>
            <w:tcW w:w="1008" w:type="dxa"/>
            <w:shd w:val="clear" w:color="auto" w:fill="FFFFFF"/>
            <w:tcMar>
              <w:top w:w="20" w:type="dxa"/>
              <w:left w:w="20" w:type="dxa"/>
              <w:bottom w:w="20" w:type="dxa"/>
              <w:right w:w="20" w:type="dxa"/>
            </w:tcMar>
          </w:tcPr>
          <w:p w:rsidR="00FD1019" w:rsidRPr="0078123B" w:rsidRDefault="004F40CF" w:rsidP="004F40CF">
            <w:pPr>
              <w:spacing w:after="0" w:line="240" w:lineRule="auto"/>
              <w:jc w:val="center"/>
            </w:pPr>
            <w:r w:rsidRPr="0078123B">
              <w:rPr>
                <w:rFonts w:ascii="Calibri" w:hAnsi="Calibri"/>
                <w:sz w:val="12"/>
              </w:rPr>
              <w:t>18. Hafta:</w:t>
            </w:r>
            <w:r w:rsidRPr="0078123B">
              <w:rPr>
                <w:rFonts w:ascii="Calibri" w:hAnsi="Calibri"/>
                <w:sz w:val="12"/>
              </w:rPr>
              <w:br/>
              <w:t>18-22 Ocak</w:t>
            </w:r>
          </w:p>
        </w:tc>
        <w:tc>
          <w:tcPr>
            <w:tcW w:w="652" w:type="dxa"/>
            <w:shd w:val="clear" w:color="auto" w:fill="FFFFFF"/>
            <w:tcMar>
              <w:top w:w="20" w:type="dxa"/>
              <w:left w:w="20" w:type="dxa"/>
              <w:bottom w:w="20" w:type="dxa"/>
              <w:right w:w="20" w:type="dxa"/>
            </w:tcMar>
          </w:tcPr>
          <w:p w:rsidR="00FD1019" w:rsidRPr="0078123B" w:rsidRDefault="004F40CF" w:rsidP="004F40CF">
            <w:pPr>
              <w:spacing w:after="0" w:line="240" w:lineRule="auto"/>
              <w:jc w:val="center"/>
            </w:pPr>
            <w:r w:rsidRPr="0078123B">
              <w:rPr>
                <w:rFonts w:ascii="Calibri" w:hAnsi="Calibri"/>
                <w:sz w:val="12"/>
              </w:rPr>
              <w:t>2+1*</w:t>
            </w:r>
          </w:p>
        </w:tc>
        <w:tc>
          <w:tcPr>
            <w:tcW w:w="1152" w:type="dxa"/>
            <w:shd w:val="clear" w:color="auto" w:fill="FFFFFF"/>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ORTAK MİRASIMIZ</w:t>
            </w:r>
          </w:p>
        </w:tc>
        <w:tc>
          <w:tcPr>
            <w:tcW w:w="1224" w:type="dxa"/>
            <w:shd w:val="clear" w:color="auto" w:fill="FFFFFF"/>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Mezopotamya ve Anadolu Medeniyetlerinin Ortak Mirasa Katkıları</w:t>
            </w:r>
          </w:p>
        </w:tc>
        <w:tc>
          <w:tcPr>
            <w:tcW w:w="1512" w:type="dxa"/>
            <w:gridSpan w:val="2"/>
            <w:shd w:val="clear" w:color="auto" w:fill="FFFFFF"/>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SB.5.3.3. Mezopotamya ve Anadolu medeniyetlerinin ortak mirasa katkılarını karşılaştırabilme</w:t>
            </w:r>
          </w:p>
        </w:tc>
        <w:tc>
          <w:tcPr>
            <w:tcW w:w="1656" w:type="dxa"/>
            <w:shd w:val="clear" w:color="auto" w:fill="FFFFFF"/>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a) Mezopotamya ve Anadolu medeniyetlerinin ortak mirasa katkılarını belirler.</w:t>
            </w:r>
            <w:r w:rsidRPr="0078123B">
              <w:rPr>
                <w:rFonts w:ascii="Calibri" w:hAnsi="Calibri"/>
                <w:sz w:val="12"/>
              </w:rPr>
              <w:br/>
              <w:t>b) Mezopotamya ve Anadolu medeniyetlerinin ortak mirasa katkılarının benzerliklerini listeler.</w:t>
            </w:r>
            <w:r w:rsidRPr="0078123B">
              <w:rPr>
                <w:rFonts w:ascii="Calibri" w:hAnsi="Calibri"/>
                <w:sz w:val="12"/>
              </w:rPr>
              <w:br/>
              <w:t>c) Mezopotamya ve Anadolu medeniyetlerinin ortak mirasa katkılarının farklılıklarını listeler.</w:t>
            </w:r>
          </w:p>
        </w:tc>
        <w:tc>
          <w:tcPr>
            <w:tcW w:w="1228" w:type="dxa"/>
            <w:gridSpan w:val="2"/>
            <w:shd w:val="clear" w:color="auto" w:fill="FFFFFF"/>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Gözlem formu,</w:t>
            </w:r>
            <w:r w:rsidRPr="0078123B">
              <w:rPr>
                <w:rFonts w:ascii="Calibri" w:hAnsi="Calibri"/>
                <w:sz w:val="12"/>
              </w:rPr>
              <w:br/>
              <w:t>Kontrol listesi,</w:t>
            </w:r>
            <w:r w:rsidRPr="0078123B">
              <w:rPr>
                <w:rFonts w:ascii="Calibri" w:hAnsi="Calibri"/>
                <w:sz w:val="12"/>
              </w:rPr>
              <w:br/>
              <w:t>Bütüncül dereceli puanlama anahtarı,</w:t>
            </w:r>
            <w:r w:rsidRPr="0078123B">
              <w:rPr>
                <w:rFonts w:ascii="Calibri" w:hAnsi="Calibri"/>
                <w:sz w:val="12"/>
              </w:rPr>
              <w:br/>
              <w:t>Derecelendirme ölçeği,</w:t>
            </w:r>
            <w:r w:rsidRPr="0078123B">
              <w:rPr>
                <w:rFonts w:ascii="Calibri" w:hAnsi="Calibri"/>
                <w:sz w:val="12"/>
              </w:rPr>
              <w:br/>
              <w:t>Karşılaştırma tablosu,</w:t>
            </w:r>
            <w:r w:rsidRPr="0078123B">
              <w:rPr>
                <w:rFonts w:ascii="Calibri" w:hAnsi="Calibri"/>
                <w:sz w:val="12"/>
              </w:rPr>
              <w:br/>
              <w:t>İnfografik ve performans görevi</w:t>
            </w:r>
          </w:p>
        </w:tc>
        <w:tc>
          <w:tcPr>
            <w:tcW w:w="1152" w:type="dxa"/>
            <w:shd w:val="clear" w:color="auto" w:fill="FFFFFF"/>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SDB2.1. İletişim</w:t>
            </w:r>
            <w:proofErr w:type="gramStart"/>
            <w:r w:rsidRPr="0078123B">
              <w:rPr>
                <w:rFonts w:ascii="Calibri" w:hAnsi="Calibri"/>
                <w:sz w:val="12"/>
              </w:rPr>
              <w:t>,</w:t>
            </w:r>
            <w:proofErr w:type="gramEnd"/>
            <w:r w:rsidRPr="0078123B">
              <w:rPr>
                <w:rFonts w:ascii="Calibri" w:hAnsi="Calibri"/>
                <w:sz w:val="12"/>
              </w:rPr>
              <w:br/>
              <w:t>SDB3.3. Sorumlu Karar Verme</w:t>
            </w:r>
          </w:p>
        </w:tc>
        <w:tc>
          <w:tcPr>
            <w:tcW w:w="1008" w:type="dxa"/>
            <w:shd w:val="clear" w:color="auto" w:fill="FFFFFF"/>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D15. Sevgi</w:t>
            </w:r>
            <w:proofErr w:type="gramStart"/>
            <w:r w:rsidRPr="0078123B">
              <w:rPr>
                <w:rFonts w:ascii="Calibri" w:hAnsi="Calibri"/>
                <w:sz w:val="12"/>
              </w:rPr>
              <w:t>,</w:t>
            </w:r>
            <w:proofErr w:type="gramEnd"/>
            <w:r w:rsidRPr="0078123B">
              <w:rPr>
                <w:rFonts w:ascii="Calibri" w:hAnsi="Calibri"/>
                <w:sz w:val="12"/>
              </w:rPr>
              <w:br/>
              <w:t>D19. Vatanseverlik</w:t>
            </w:r>
          </w:p>
        </w:tc>
        <w:tc>
          <w:tcPr>
            <w:tcW w:w="1152" w:type="dxa"/>
            <w:shd w:val="clear" w:color="auto" w:fill="FFFFFF"/>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OB1. Bilgi Okuryazarlığı</w:t>
            </w:r>
            <w:proofErr w:type="gramStart"/>
            <w:r w:rsidRPr="0078123B">
              <w:rPr>
                <w:rFonts w:ascii="Calibri" w:hAnsi="Calibri"/>
                <w:sz w:val="12"/>
              </w:rPr>
              <w:t>,</w:t>
            </w:r>
            <w:proofErr w:type="gramEnd"/>
            <w:r w:rsidRPr="0078123B">
              <w:rPr>
                <w:rFonts w:ascii="Calibri" w:hAnsi="Calibri"/>
                <w:sz w:val="12"/>
              </w:rPr>
              <w:br/>
              <w:t>OB2. Dijital Okuryazarlık, OB4. Görsel Okuryazarlık, OB5. Kültür Okuryazarlığı</w:t>
            </w:r>
          </w:p>
        </w:tc>
        <w:tc>
          <w:tcPr>
            <w:tcW w:w="1008" w:type="dxa"/>
            <w:gridSpan w:val="2"/>
            <w:shd w:val="clear" w:color="auto" w:fill="FFFFFF"/>
            <w:tcMar>
              <w:top w:w="20" w:type="dxa"/>
              <w:left w:w="20" w:type="dxa"/>
              <w:bottom w:w="20" w:type="dxa"/>
              <w:right w:w="20" w:type="dxa"/>
            </w:tcMar>
          </w:tcPr>
          <w:p w:rsidR="00FD1019" w:rsidRPr="0078123B" w:rsidRDefault="00FD1019" w:rsidP="004F40CF">
            <w:pPr>
              <w:spacing w:after="0" w:line="240" w:lineRule="auto"/>
            </w:pPr>
          </w:p>
        </w:tc>
        <w:tc>
          <w:tcPr>
            <w:tcW w:w="1298" w:type="dxa"/>
            <w:shd w:val="clear" w:color="auto" w:fill="FFFFFF"/>
            <w:tcMar>
              <w:top w:w="20" w:type="dxa"/>
              <w:left w:w="20" w:type="dxa"/>
              <w:bottom w:w="20" w:type="dxa"/>
              <w:right w:w="20" w:type="dxa"/>
            </w:tcMar>
          </w:tcPr>
          <w:p w:rsidR="00FD1019" w:rsidRPr="0078123B" w:rsidRDefault="00FD1019" w:rsidP="004F40CF">
            <w:pPr>
              <w:spacing w:after="0" w:line="240" w:lineRule="auto"/>
            </w:pPr>
          </w:p>
        </w:tc>
        <w:tc>
          <w:tcPr>
            <w:tcW w:w="1224" w:type="dxa"/>
            <w:shd w:val="clear" w:color="auto" w:fill="FFFFFF"/>
            <w:tcMar>
              <w:top w:w="20" w:type="dxa"/>
              <w:left w:w="20" w:type="dxa"/>
              <w:bottom w:w="20" w:type="dxa"/>
              <w:right w:w="20" w:type="dxa"/>
            </w:tcMar>
          </w:tcPr>
          <w:p w:rsidR="00FD1019" w:rsidRPr="0078123B" w:rsidRDefault="00FD1019" w:rsidP="004F40CF">
            <w:pPr>
              <w:spacing w:after="0" w:line="240" w:lineRule="auto"/>
            </w:pPr>
          </w:p>
        </w:tc>
      </w:tr>
      <w:tr w:rsidR="00FD1019" w:rsidRPr="0078123B" w:rsidTr="008E6D36">
        <w:tblPrEx>
          <w:tblCellMar>
            <w:left w:w="108" w:type="dxa"/>
            <w:right w:w="108" w:type="dxa"/>
          </w:tblCellMar>
          <w:tblLook w:val="04A0"/>
        </w:tblPrEx>
        <w:trPr>
          <w:gridAfter w:val="1"/>
          <w:wAfter w:w="10" w:type="dxa"/>
          <w:jc w:val="center"/>
        </w:trPr>
        <w:tc>
          <w:tcPr>
            <w:tcW w:w="16066" w:type="dxa"/>
            <w:gridSpan w:val="17"/>
            <w:shd w:val="clear" w:color="auto" w:fill="F2DBDB" w:themeFill="accent2" w:themeFillTint="33"/>
            <w:tcMar>
              <w:top w:w="30" w:type="dxa"/>
              <w:left w:w="30" w:type="dxa"/>
              <w:bottom w:w="30" w:type="dxa"/>
              <w:right w:w="30" w:type="dxa"/>
            </w:tcMar>
          </w:tcPr>
          <w:p w:rsidR="00FD1019" w:rsidRPr="0078123B" w:rsidRDefault="004F40CF" w:rsidP="004F40CF">
            <w:pPr>
              <w:spacing w:after="0"/>
              <w:jc w:val="center"/>
            </w:pPr>
            <w:r w:rsidRPr="0078123B">
              <w:rPr>
                <w:rFonts w:ascii="Calibri" w:hAnsi="Calibri"/>
                <w:b/>
                <w:sz w:val="14"/>
              </w:rPr>
              <w:t xml:space="preserve">YARIYIL TATİLİ: 25 </w:t>
            </w:r>
            <w:proofErr w:type="spellStart"/>
            <w:r w:rsidRPr="0078123B">
              <w:rPr>
                <w:rFonts w:ascii="Calibri" w:hAnsi="Calibri"/>
                <w:b/>
                <w:sz w:val="14"/>
              </w:rPr>
              <w:t>Ocak</w:t>
            </w:r>
            <w:proofErr w:type="spellEnd"/>
            <w:r w:rsidRPr="0078123B">
              <w:rPr>
                <w:rFonts w:ascii="Calibri" w:hAnsi="Calibri"/>
                <w:b/>
                <w:sz w:val="14"/>
              </w:rPr>
              <w:t xml:space="preserve"> - 5 ŞUBAT 2027</w:t>
            </w:r>
          </w:p>
        </w:tc>
      </w:tr>
      <w:tr w:rsidR="00FD1019" w:rsidRPr="0078123B" w:rsidTr="008E6D36">
        <w:tblPrEx>
          <w:tblCellMar>
            <w:left w:w="108" w:type="dxa"/>
            <w:right w:w="108" w:type="dxa"/>
          </w:tblCellMar>
          <w:tblLook w:val="04A0"/>
        </w:tblPrEx>
        <w:trPr>
          <w:gridAfter w:val="1"/>
          <w:wAfter w:w="10" w:type="dxa"/>
          <w:jc w:val="center"/>
        </w:trPr>
        <w:tc>
          <w:tcPr>
            <w:tcW w:w="792" w:type="dxa"/>
            <w:shd w:val="clear" w:color="auto" w:fill="FFFFFF"/>
            <w:tcMar>
              <w:top w:w="20" w:type="dxa"/>
              <w:left w:w="20" w:type="dxa"/>
              <w:bottom w:w="20" w:type="dxa"/>
              <w:right w:w="20" w:type="dxa"/>
            </w:tcMar>
          </w:tcPr>
          <w:p w:rsidR="00FD1019" w:rsidRPr="0078123B" w:rsidRDefault="00032AB6" w:rsidP="004F40CF">
            <w:pPr>
              <w:spacing w:after="0" w:line="240" w:lineRule="auto"/>
              <w:jc w:val="center"/>
            </w:pPr>
            <w:r>
              <w:rPr>
                <w:rFonts w:ascii="Calibri" w:hAnsi="Calibri"/>
                <w:sz w:val="12"/>
              </w:rPr>
              <w:t>ŞUBAT</w:t>
            </w:r>
          </w:p>
        </w:tc>
        <w:tc>
          <w:tcPr>
            <w:tcW w:w="1008" w:type="dxa"/>
            <w:shd w:val="clear" w:color="auto" w:fill="FFFFFF"/>
            <w:tcMar>
              <w:top w:w="20" w:type="dxa"/>
              <w:left w:w="20" w:type="dxa"/>
              <w:bottom w:w="20" w:type="dxa"/>
              <w:right w:w="20" w:type="dxa"/>
            </w:tcMar>
          </w:tcPr>
          <w:p w:rsidR="00FD1019" w:rsidRPr="0078123B" w:rsidRDefault="004F40CF" w:rsidP="004F40CF">
            <w:pPr>
              <w:spacing w:after="0" w:line="240" w:lineRule="auto"/>
              <w:jc w:val="center"/>
            </w:pPr>
            <w:r w:rsidRPr="0078123B">
              <w:rPr>
                <w:rFonts w:ascii="Calibri" w:hAnsi="Calibri"/>
                <w:sz w:val="12"/>
              </w:rPr>
              <w:t>19. Hafta:</w:t>
            </w:r>
            <w:r w:rsidRPr="0078123B">
              <w:rPr>
                <w:rFonts w:ascii="Calibri" w:hAnsi="Calibri"/>
                <w:sz w:val="12"/>
              </w:rPr>
              <w:br/>
              <w:t>8-12 Şubat</w:t>
            </w:r>
          </w:p>
        </w:tc>
        <w:tc>
          <w:tcPr>
            <w:tcW w:w="652" w:type="dxa"/>
            <w:shd w:val="clear" w:color="auto" w:fill="FFFFFF"/>
            <w:tcMar>
              <w:top w:w="20" w:type="dxa"/>
              <w:left w:w="20" w:type="dxa"/>
              <w:bottom w:w="20" w:type="dxa"/>
              <w:right w:w="20" w:type="dxa"/>
            </w:tcMar>
          </w:tcPr>
          <w:p w:rsidR="00FD1019" w:rsidRPr="0078123B" w:rsidRDefault="004F40CF" w:rsidP="004F40CF">
            <w:pPr>
              <w:spacing w:after="0" w:line="240" w:lineRule="auto"/>
              <w:jc w:val="center"/>
            </w:pPr>
            <w:r w:rsidRPr="0078123B">
              <w:rPr>
                <w:rFonts w:ascii="Calibri" w:hAnsi="Calibri"/>
                <w:sz w:val="12"/>
              </w:rPr>
              <w:t>3</w:t>
            </w:r>
          </w:p>
        </w:tc>
        <w:tc>
          <w:tcPr>
            <w:tcW w:w="1152" w:type="dxa"/>
            <w:shd w:val="clear" w:color="auto" w:fill="FFFFFF"/>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ORTAK MİRASIMIZ</w:t>
            </w:r>
          </w:p>
        </w:tc>
        <w:tc>
          <w:tcPr>
            <w:tcW w:w="1224" w:type="dxa"/>
            <w:shd w:val="clear" w:color="auto" w:fill="FFFFFF"/>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Mezopotamya ve Anadolu Medeniyetlerinin Ortak Mirasa Katkıları</w:t>
            </w:r>
          </w:p>
        </w:tc>
        <w:tc>
          <w:tcPr>
            <w:tcW w:w="1512" w:type="dxa"/>
            <w:gridSpan w:val="2"/>
            <w:shd w:val="clear" w:color="auto" w:fill="FFFFFF"/>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SB.5.3.3. Mezopotamya ve Anadolu medeniyetlerinin ortak mirasa katkılarını karşılaştırabilme</w:t>
            </w:r>
          </w:p>
        </w:tc>
        <w:tc>
          <w:tcPr>
            <w:tcW w:w="1656" w:type="dxa"/>
            <w:shd w:val="clear" w:color="auto" w:fill="FFFFFF"/>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a) Mezopotamya ve Anadolu medeniyetlerinin ortak mirasa katkılarını belirler.</w:t>
            </w:r>
            <w:r w:rsidRPr="0078123B">
              <w:rPr>
                <w:rFonts w:ascii="Calibri" w:hAnsi="Calibri"/>
                <w:sz w:val="12"/>
              </w:rPr>
              <w:br/>
              <w:t>b) Mezopotamya ve Anadolu medeniyetlerinin ortak mirasa katkılarının benzerliklerini listeler.</w:t>
            </w:r>
            <w:r w:rsidRPr="0078123B">
              <w:rPr>
                <w:rFonts w:ascii="Calibri" w:hAnsi="Calibri"/>
                <w:sz w:val="12"/>
              </w:rPr>
              <w:br/>
              <w:t>c) Mezopotamya ve Anadolu medeniyetlerinin ortak mirasa katkılarının farklılıklarını listeler.</w:t>
            </w:r>
          </w:p>
        </w:tc>
        <w:tc>
          <w:tcPr>
            <w:tcW w:w="1228" w:type="dxa"/>
            <w:gridSpan w:val="2"/>
            <w:shd w:val="clear" w:color="auto" w:fill="FFFFFF"/>
            <w:tcMar>
              <w:top w:w="20" w:type="dxa"/>
              <w:left w:w="20" w:type="dxa"/>
              <w:bottom w:w="20" w:type="dxa"/>
              <w:right w:w="20" w:type="dxa"/>
            </w:tcMar>
          </w:tcPr>
          <w:p w:rsidR="00FD1019" w:rsidRPr="0078123B" w:rsidRDefault="00FD1019" w:rsidP="004F40CF">
            <w:pPr>
              <w:spacing w:after="0" w:line="240" w:lineRule="auto"/>
            </w:pPr>
          </w:p>
        </w:tc>
        <w:tc>
          <w:tcPr>
            <w:tcW w:w="1152" w:type="dxa"/>
            <w:shd w:val="clear" w:color="auto" w:fill="FFFFFF"/>
            <w:tcMar>
              <w:top w:w="20" w:type="dxa"/>
              <w:left w:w="20" w:type="dxa"/>
              <w:bottom w:w="20" w:type="dxa"/>
              <w:right w:w="20" w:type="dxa"/>
            </w:tcMar>
          </w:tcPr>
          <w:p w:rsidR="00FD1019" w:rsidRPr="0078123B" w:rsidRDefault="00FD1019" w:rsidP="004F40CF">
            <w:pPr>
              <w:spacing w:after="0" w:line="240" w:lineRule="auto"/>
            </w:pPr>
          </w:p>
        </w:tc>
        <w:tc>
          <w:tcPr>
            <w:tcW w:w="1008" w:type="dxa"/>
            <w:shd w:val="clear" w:color="auto" w:fill="FFFFFF"/>
            <w:tcMar>
              <w:top w:w="20" w:type="dxa"/>
              <w:left w:w="20" w:type="dxa"/>
              <w:bottom w:w="20" w:type="dxa"/>
              <w:right w:w="20" w:type="dxa"/>
            </w:tcMar>
          </w:tcPr>
          <w:p w:rsidR="00FD1019" w:rsidRPr="0078123B" w:rsidRDefault="00FD1019" w:rsidP="004F40CF">
            <w:pPr>
              <w:spacing w:after="0" w:line="240" w:lineRule="auto"/>
            </w:pPr>
          </w:p>
        </w:tc>
        <w:tc>
          <w:tcPr>
            <w:tcW w:w="1152" w:type="dxa"/>
            <w:shd w:val="clear" w:color="auto" w:fill="FFFFFF"/>
            <w:tcMar>
              <w:top w:w="20" w:type="dxa"/>
              <w:left w:w="20" w:type="dxa"/>
              <w:bottom w:w="20" w:type="dxa"/>
              <w:right w:w="20" w:type="dxa"/>
            </w:tcMar>
          </w:tcPr>
          <w:p w:rsidR="00FD1019" w:rsidRPr="0078123B" w:rsidRDefault="00FD1019" w:rsidP="004F40CF">
            <w:pPr>
              <w:spacing w:after="0" w:line="240" w:lineRule="auto"/>
            </w:pPr>
          </w:p>
        </w:tc>
        <w:tc>
          <w:tcPr>
            <w:tcW w:w="1008" w:type="dxa"/>
            <w:gridSpan w:val="2"/>
            <w:shd w:val="clear" w:color="auto" w:fill="FFFFFF"/>
            <w:tcMar>
              <w:top w:w="20" w:type="dxa"/>
              <w:left w:w="20" w:type="dxa"/>
              <w:bottom w:w="20" w:type="dxa"/>
              <w:right w:w="20" w:type="dxa"/>
            </w:tcMar>
          </w:tcPr>
          <w:p w:rsidR="00FD1019" w:rsidRPr="0078123B" w:rsidRDefault="00FD1019" w:rsidP="004F40CF">
            <w:pPr>
              <w:spacing w:after="0" w:line="240" w:lineRule="auto"/>
            </w:pPr>
          </w:p>
        </w:tc>
        <w:tc>
          <w:tcPr>
            <w:tcW w:w="1298" w:type="dxa"/>
            <w:shd w:val="clear" w:color="auto" w:fill="FFFFFF"/>
            <w:tcMar>
              <w:top w:w="20" w:type="dxa"/>
              <w:left w:w="20" w:type="dxa"/>
              <w:bottom w:w="20" w:type="dxa"/>
              <w:right w:w="20" w:type="dxa"/>
            </w:tcMar>
          </w:tcPr>
          <w:p w:rsidR="00FD1019" w:rsidRPr="0078123B" w:rsidRDefault="00FD1019" w:rsidP="004F40CF">
            <w:pPr>
              <w:spacing w:after="0" w:line="240" w:lineRule="auto"/>
            </w:pPr>
          </w:p>
        </w:tc>
        <w:tc>
          <w:tcPr>
            <w:tcW w:w="1224" w:type="dxa"/>
            <w:shd w:val="clear" w:color="auto" w:fill="FFFFFF"/>
            <w:tcMar>
              <w:top w:w="20" w:type="dxa"/>
              <w:left w:w="20" w:type="dxa"/>
              <w:bottom w:w="20" w:type="dxa"/>
              <w:right w:w="20" w:type="dxa"/>
            </w:tcMar>
          </w:tcPr>
          <w:p w:rsidR="00FD1019" w:rsidRPr="0078123B" w:rsidRDefault="00FD1019" w:rsidP="00D018BF">
            <w:pPr>
              <w:spacing w:after="0" w:line="240" w:lineRule="auto"/>
            </w:pPr>
          </w:p>
        </w:tc>
      </w:tr>
      <w:tr w:rsidR="00FD1019" w:rsidRPr="0078123B" w:rsidTr="008E6D36">
        <w:tblPrEx>
          <w:tblCellMar>
            <w:left w:w="108" w:type="dxa"/>
            <w:right w:w="108" w:type="dxa"/>
          </w:tblCellMar>
          <w:tblLook w:val="04A0"/>
        </w:tblPrEx>
        <w:trPr>
          <w:gridAfter w:val="1"/>
          <w:wAfter w:w="10" w:type="dxa"/>
          <w:jc w:val="center"/>
        </w:trPr>
        <w:tc>
          <w:tcPr>
            <w:tcW w:w="792" w:type="dxa"/>
            <w:shd w:val="clear" w:color="auto" w:fill="F8FAFC"/>
            <w:tcMar>
              <w:top w:w="20" w:type="dxa"/>
              <w:left w:w="20" w:type="dxa"/>
              <w:bottom w:w="20" w:type="dxa"/>
              <w:right w:w="20" w:type="dxa"/>
            </w:tcMar>
          </w:tcPr>
          <w:p w:rsidR="00FD1019" w:rsidRPr="0078123B" w:rsidRDefault="00032AB6" w:rsidP="004F40CF">
            <w:pPr>
              <w:spacing w:after="0" w:line="240" w:lineRule="auto"/>
              <w:jc w:val="center"/>
            </w:pPr>
            <w:r>
              <w:rPr>
                <w:rFonts w:ascii="Calibri" w:hAnsi="Calibri"/>
                <w:sz w:val="12"/>
              </w:rPr>
              <w:t>ŞUBAT</w:t>
            </w:r>
          </w:p>
        </w:tc>
        <w:tc>
          <w:tcPr>
            <w:tcW w:w="1008" w:type="dxa"/>
            <w:shd w:val="clear" w:color="auto" w:fill="F8FAFC"/>
            <w:tcMar>
              <w:top w:w="20" w:type="dxa"/>
              <w:left w:w="20" w:type="dxa"/>
              <w:bottom w:w="20" w:type="dxa"/>
              <w:right w:w="20" w:type="dxa"/>
            </w:tcMar>
          </w:tcPr>
          <w:p w:rsidR="00FD1019" w:rsidRPr="0078123B" w:rsidRDefault="004F40CF" w:rsidP="004F40CF">
            <w:pPr>
              <w:spacing w:after="0" w:line="240" w:lineRule="auto"/>
              <w:jc w:val="center"/>
            </w:pPr>
            <w:r w:rsidRPr="0078123B">
              <w:rPr>
                <w:rFonts w:ascii="Calibri" w:hAnsi="Calibri"/>
                <w:sz w:val="12"/>
              </w:rPr>
              <w:t>20. Hafta:</w:t>
            </w:r>
            <w:r w:rsidRPr="0078123B">
              <w:rPr>
                <w:rFonts w:ascii="Calibri" w:hAnsi="Calibri"/>
                <w:sz w:val="12"/>
              </w:rPr>
              <w:br/>
              <w:t xml:space="preserve"> 15-19 Şubat</w:t>
            </w:r>
          </w:p>
        </w:tc>
        <w:tc>
          <w:tcPr>
            <w:tcW w:w="652" w:type="dxa"/>
            <w:shd w:val="clear" w:color="auto" w:fill="F8FAFC"/>
            <w:tcMar>
              <w:top w:w="20" w:type="dxa"/>
              <w:left w:w="20" w:type="dxa"/>
              <w:bottom w:w="20" w:type="dxa"/>
              <w:right w:w="20" w:type="dxa"/>
            </w:tcMar>
          </w:tcPr>
          <w:p w:rsidR="00FD1019" w:rsidRPr="0078123B" w:rsidRDefault="004F40CF" w:rsidP="004F40CF">
            <w:pPr>
              <w:spacing w:after="0" w:line="240" w:lineRule="auto"/>
              <w:jc w:val="center"/>
            </w:pPr>
            <w:r w:rsidRPr="0078123B">
              <w:rPr>
                <w:rFonts w:ascii="Calibri" w:hAnsi="Calibri"/>
                <w:sz w:val="12"/>
              </w:rPr>
              <w:t>1</w:t>
            </w:r>
          </w:p>
        </w:tc>
        <w:tc>
          <w:tcPr>
            <w:tcW w:w="1152" w:type="dxa"/>
            <w:shd w:val="clear" w:color="auto" w:fill="F8FAFC"/>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ORTAK MİRASIMIZ</w:t>
            </w:r>
          </w:p>
        </w:tc>
        <w:tc>
          <w:tcPr>
            <w:tcW w:w="1224" w:type="dxa"/>
            <w:shd w:val="clear" w:color="auto" w:fill="F8FAFC"/>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Mezopotamya ve Anadolu Medeniyetlerinin Ortak Mirasa Katkıları</w:t>
            </w:r>
          </w:p>
        </w:tc>
        <w:tc>
          <w:tcPr>
            <w:tcW w:w="1512" w:type="dxa"/>
            <w:gridSpan w:val="2"/>
            <w:shd w:val="clear" w:color="auto" w:fill="F8FAFC"/>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SB.5.3.3. Mezopotamya ve Anadolu medeniyetlerinin ortak mirasa katkılarını karşılaştırabilme</w:t>
            </w:r>
          </w:p>
        </w:tc>
        <w:tc>
          <w:tcPr>
            <w:tcW w:w="1656" w:type="dxa"/>
            <w:shd w:val="clear" w:color="auto" w:fill="F8FAFC"/>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a) Mezopotamya ve Anadolu medeniyetlerinin ortak mirasa katkılarını belirler.</w:t>
            </w:r>
            <w:r w:rsidRPr="0078123B">
              <w:rPr>
                <w:rFonts w:ascii="Calibri" w:hAnsi="Calibri"/>
                <w:sz w:val="12"/>
              </w:rPr>
              <w:br/>
              <w:t>b) Mezopotamya ve Anadolu medeniyetlerinin ortak mirasa katkılarının benzerliklerini listeler.</w:t>
            </w:r>
            <w:r w:rsidRPr="0078123B">
              <w:rPr>
                <w:rFonts w:ascii="Calibri" w:hAnsi="Calibri"/>
                <w:sz w:val="12"/>
              </w:rPr>
              <w:br/>
              <w:t>c) Mezopotamya ve Anadolu medeniyetlerinin ortak mirasa katkılarının farklılıklarını listeler.</w:t>
            </w:r>
          </w:p>
        </w:tc>
        <w:tc>
          <w:tcPr>
            <w:tcW w:w="1228" w:type="dxa"/>
            <w:gridSpan w:val="2"/>
            <w:shd w:val="clear" w:color="auto" w:fill="F8FAFC"/>
            <w:tcMar>
              <w:top w:w="20" w:type="dxa"/>
              <w:left w:w="20" w:type="dxa"/>
              <w:bottom w:w="20" w:type="dxa"/>
              <w:right w:w="20" w:type="dxa"/>
            </w:tcMar>
          </w:tcPr>
          <w:p w:rsidR="00FD1019" w:rsidRPr="0078123B" w:rsidRDefault="00FD1019" w:rsidP="004F40CF">
            <w:pPr>
              <w:spacing w:after="0" w:line="240" w:lineRule="auto"/>
            </w:pPr>
          </w:p>
        </w:tc>
        <w:tc>
          <w:tcPr>
            <w:tcW w:w="1152" w:type="dxa"/>
            <w:shd w:val="clear" w:color="auto" w:fill="F8FAFC"/>
            <w:tcMar>
              <w:top w:w="20" w:type="dxa"/>
              <w:left w:w="20" w:type="dxa"/>
              <w:bottom w:w="20" w:type="dxa"/>
              <w:right w:w="20" w:type="dxa"/>
            </w:tcMar>
          </w:tcPr>
          <w:p w:rsidR="00FD1019" w:rsidRPr="0078123B" w:rsidRDefault="00FD1019" w:rsidP="004F40CF">
            <w:pPr>
              <w:spacing w:after="0" w:line="240" w:lineRule="auto"/>
            </w:pPr>
          </w:p>
        </w:tc>
        <w:tc>
          <w:tcPr>
            <w:tcW w:w="1008" w:type="dxa"/>
            <w:shd w:val="clear" w:color="auto" w:fill="F8FAFC"/>
            <w:tcMar>
              <w:top w:w="20" w:type="dxa"/>
              <w:left w:w="20" w:type="dxa"/>
              <w:bottom w:w="20" w:type="dxa"/>
              <w:right w:w="20" w:type="dxa"/>
            </w:tcMar>
          </w:tcPr>
          <w:p w:rsidR="00FD1019" w:rsidRPr="0078123B" w:rsidRDefault="00FD1019" w:rsidP="004F40CF">
            <w:pPr>
              <w:spacing w:after="0" w:line="240" w:lineRule="auto"/>
            </w:pPr>
          </w:p>
        </w:tc>
        <w:tc>
          <w:tcPr>
            <w:tcW w:w="1152" w:type="dxa"/>
            <w:shd w:val="clear" w:color="auto" w:fill="F8FAFC"/>
            <w:tcMar>
              <w:top w:w="20" w:type="dxa"/>
              <w:left w:w="20" w:type="dxa"/>
              <w:bottom w:w="20" w:type="dxa"/>
              <w:right w:w="20" w:type="dxa"/>
            </w:tcMar>
          </w:tcPr>
          <w:p w:rsidR="00FD1019" w:rsidRPr="0078123B" w:rsidRDefault="00FD1019" w:rsidP="004F40CF">
            <w:pPr>
              <w:spacing w:after="0" w:line="240" w:lineRule="auto"/>
            </w:pPr>
          </w:p>
        </w:tc>
        <w:tc>
          <w:tcPr>
            <w:tcW w:w="1008" w:type="dxa"/>
            <w:gridSpan w:val="2"/>
            <w:shd w:val="clear" w:color="auto" w:fill="F8FAFC"/>
            <w:tcMar>
              <w:top w:w="20" w:type="dxa"/>
              <w:left w:w="20" w:type="dxa"/>
              <w:bottom w:w="20" w:type="dxa"/>
              <w:right w:w="20" w:type="dxa"/>
            </w:tcMar>
          </w:tcPr>
          <w:p w:rsidR="00FD1019" w:rsidRPr="0078123B" w:rsidRDefault="00FD1019" w:rsidP="004F40CF">
            <w:pPr>
              <w:spacing w:after="0" w:line="240" w:lineRule="auto"/>
            </w:pPr>
          </w:p>
        </w:tc>
        <w:tc>
          <w:tcPr>
            <w:tcW w:w="1298" w:type="dxa"/>
            <w:shd w:val="clear" w:color="auto" w:fill="F8FAFC"/>
            <w:tcMar>
              <w:top w:w="20" w:type="dxa"/>
              <w:left w:w="20" w:type="dxa"/>
              <w:bottom w:w="20" w:type="dxa"/>
              <w:right w:w="20" w:type="dxa"/>
            </w:tcMar>
          </w:tcPr>
          <w:p w:rsidR="00FD1019" w:rsidRPr="0078123B" w:rsidRDefault="00FD1019" w:rsidP="004F40CF">
            <w:pPr>
              <w:spacing w:after="0" w:line="240" w:lineRule="auto"/>
            </w:pPr>
          </w:p>
        </w:tc>
        <w:tc>
          <w:tcPr>
            <w:tcW w:w="1224" w:type="dxa"/>
            <w:shd w:val="clear" w:color="auto" w:fill="F8FAFC"/>
            <w:tcMar>
              <w:top w:w="20" w:type="dxa"/>
              <w:left w:w="20" w:type="dxa"/>
              <w:bottom w:w="20" w:type="dxa"/>
              <w:right w:w="20" w:type="dxa"/>
            </w:tcMar>
          </w:tcPr>
          <w:p w:rsidR="00FD1019" w:rsidRPr="0078123B" w:rsidRDefault="00FD1019" w:rsidP="004F40CF">
            <w:pPr>
              <w:spacing w:after="0" w:line="240" w:lineRule="auto"/>
            </w:pPr>
          </w:p>
        </w:tc>
      </w:tr>
      <w:tr w:rsidR="00FD1019" w:rsidRPr="0078123B" w:rsidTr="008E6D36">
        <w:tblPrEx>
          <w:tblCellMar>
            <w:left w:w="108" w:type="dxa"/>
            <w:right w:w="108" w:type="dxa"/>
          </w:tblCellMar>
          <w:tblLook w:val="04A0"/>
        </w:tblPrEx>
        <w:trPr>
          <w:gridAfter w:val="1"/>
          <w:wAfter w:w="10" w:type="dxa"/>
          <w:jc w:val="center"/>
        </w:trPr>
        <w:tc>
          <w:tcPr>
            <w:tcW w:w="792" w:type="dxa"/>
            <w:shd w:val="clear" w:color="auto" w:fill="FFFFFF"/>
            <w:tcMar>
              <w:top w:w="20" w:type="dxa"/>
              <w:left w:w="20" w:type="dxa"/>
              <w:bottom w:w="20" w:type="dxa"/>
              <w:right w:w="20" w:type="dxa"/>
            </w:tcMar>
          </w:tcPr>
          <w:p w:rsidR="00FD1019" w:rsidRPr="0078123B" w:rsidRDefault="00032AB6" w:rsidP="004F40CF">
            <w:pPr>
              <w:spacing w:after="0" w:line="240" w:lineRule="auto"/>
              <w:jc w:val="center"/>
            </w:pPr>
            <w:r>
              <w:rPr>
                <w:rFonts w:ascii="Calibri" w:hAnsi="Calibri"/>
                <w:sz w:val="12"/>
              </w:rPr>
              <w:t>ŞUBAT</w:t>
            </w:r>
          </w:p>
        </w:tc>
        <w:tc>
          <w:tcPr>
            <w:tcW w:w="1008" w:type="dxa"/>
            <w:shd w:val="clear" w:color="auto" w:fill="FFFFFF"/>
            <w:tcMar>
              <w:top w:w="20" w:type="dxa"/>
              <w:left w:w="20" w:type="dxa"/>
              <w:bottom w:w="20" w:type="dxa"/>
              <w:right w:w="20" w:type="dxa"/>
            </w:tcMar>
          </w:tcPr>
          <w:p w:rsidR="00FD1019" w:rsidRPr="0078123B" w:rsidRDefault="004F40CF" w:rsidP="004F40CF">
            <w:pPr>
              <w:spacing w:after="0" w:line="240" w:lineRule="auto"/>
              <w:jc w:val="center"/>
            </w:pPr>
            <w:r w:rsidRPr="0078123B">
              <w:rPr>
                <w:rFonts w:ascii="Calibri" w:hAnsi="Calibri"/>
                <w:sz w:val="12"/>
              </w:rPr>
              <w:t>20. Hafta:</w:t>
            </w:r>
            <w:r w:rsidRPr="0078123B">
              <w:rPr>
                <w:rFonts w:ascii="Calibri" w:hAnsi="Calibri"/>
                <w:sz w:val="12"/>
              </w:rPr>
              <w:br/>
              <w:t xml:space="preserve"> 15-19 Şubat</w:t>
            </w:r>
          </w:p>
        </w:tc>
        <w:tc>
          <w:tcPr>
            <w:tcW w:w="652" w:type="dxa"/>
            <w:shd w:val="clear" w:color="auto" w:fill="FFFFFF"/>
            <w:tcMar>
              <w:top w:w="20" w:type="dxa"/>
              <w:left w:w="20" w:type="dxa"/>
              <w:bottom w:w="20" w:type="dxa"/>
              <w:right w:w="20" w:type="dxa"/>
            </w:tcMar>
          </w:tcPr>
          <w:p w:rsidR="00FD1019" w:rsidRPr="0078123B" w:rsidRDefault="004F40CF" w:rsidP="004F40CF">
            <w:pPr>
              <w:spacing w:after="0" w:line="240" w:lineRule="auto"/>
              <w:jc w:val="center"/>
            </w:pPr>
            <w:r w:rsidRPr="0078123B">
              <w:rPr>
                <w:rFonts w:ascii="Calibri" w:hAnsi="Calibri"/>
                <w:sz w:val="12"/>
              </w:rPr>
              <w:t>2</w:t>
            </w:r>
          </w:p>
        </w:tc>
        <w:tc>
          <w:tcPr>
            <w:tcW w:w="1152" w:type="dxa"/>
            <w:shd w:val="clear" w:color="auto" w:fill="FFFFFF"/>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YAŞAYAN DEMOKRASİMİZ</w:t>
            </w:r>
          </w:p>
        </w:tc>
        <w:tc>
          <w:tcPr>
            <w:tcW w:w="1224" w:type="dxa"/>
            <w:shd w:val="clear" w:color="auto" w:fill="FFFFFF"/>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Demokrasi ve Cumhuriyet Kavramının Temel Nitelikleri</w:t>
            </w:r>
          </w:p>
        </w:tc>
        <w:tc>
          <w:tcPr>
            <w:tcW w:w="1512" w:type="dxa"/>
            <w:gridSpan w:val="2"/>
            <w:shd w:val="clear" w:color="auto" w:fill="FFFFFF"/>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SB.5.4.1. Demokrasi ve cumhuriyet kavramları arasındaki ilişkiyi çözümleyebilme</w:t>
            </w:r>
          </w:p>
        </w:tc>
        <w:tc>
          <w:tcPr>
            <w:tcW w:w="1656" w:type="dxa"/>
            <w:shd w:val="clear" w:color="auto" w:fill="FFFFFF"/>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a) Demokrasi ve cumhuriyet kavramlarının niteliklerini belirler.</w:t>
            </w:r>
            <w:r w:rsidRPr="0078123B">
              <w:rPr>
                <w:rFonts w:ascii="Calibri" w:hAnsi="Calibri"/>
                <w:sz w:val="12"/>
              </w:rPr>
              <w:br/>
              <w:t>b) Demokrasi ve cumhuriyet kavramları arasındaki ilişkiyi belirler.</w:t>
            </w:r>
          </w:p>
        </w:tc>
        <w:tc>
          <w:tcPr>
            <w:tcW w:w="1228" w:type="dxa"/>
            <w:gridSpan w:val="2"/>
            <w:shd w:val="clear" w:color="auto" w:fill="FFFFFF"/>
            <w:tcMar>
              <w:top w:w="20" w:type="dxa"/>
              <w:left w:w="20" w:type="dxa"/>
              <w:bottom w:w="20" w:type="dxa"/>
              <w:right w:w="20" w:type="dxa"/>
            </w:tcMar>
          </w:tcPr>
          <w:p w:rsidR="00FD1019" w:rsidRPr="0078123B" w:rsidRDefault="004F40CF" w:rsidP="00632ABD">
            <w:pPr>
              <w:spacing w:after="0" w:line="240" w:lineRule="auto"/>
            </w:pPr>
            <w:r w:rsidRPr="0078123B">
              <w:rPr>
                <w:rFonts w:ascii="Calibri" w:hAnsi="Calibri"/>
                <w:sz w:val="12"/>
              </w:rPr>
              <w:t>Gözlem formu,</w:t>
            </w:r>
            <w:r w:rsidRPr="0078123B">
              <w:rPr>
                <w:rFonts w:ascii="Calibri" w:hAnsi="Calibri"/>
                <w:sz w:val="12"/>
              </w:rPr>
              <w:br/>
              <w:t>Kontrol listesi,</w:t>
            </w:r>
            <w:r w:rsidRPr="0078123B">
              <w:rPr>
                <w:rFonts w:ascii="Calibri" w:hAnsi="Calibri"/>
                <w:sz w:val="12"/>
              </w:rPr>
              <w:br/>
              <w:t>Derecelendirme ölçeği,</w:t>
            </w:r>
            <w:r w:rsidRPr="0078123B">
              <w:rPr>
                <w:rFonts w:ascii="Calibri" w:hAnsi="Calibri"/>
                <w:sz w:val="12"/>
              </w:rPr>
              <w:br/>
              <w:t>Bütüncül dereceli puanlama anahtarı,</w:t>
            </w:r>
            <w:r w:rsidRPr="0078123B">
              <w:rPr>
                <w:rFonts w:ascii="Calibri" w:hAnsi="Calibri"/>
                <w:sz w:val="12"/>
              </w:rPr>
              <w:br/>
              <w:t xml:space="preserve">Çalışma yaprağı </w:t>
            </w:r>
            <w:r w:rsidRPr="0078123B">
              <w:rPr>
                <w:rFonts w:ascii="Calibri" w:hAnsi="Calibri"/>
                <w:sz w:val="12"/>
              </w:rPr>
              <w:br/>
              <w:t xml:space="preserve">Performans görevi </w:t>
            </w:r>
            <w:r w:rsidRPr="0078123B">
              <w:rPr>
                <w:rFonts w:ascii="Calibri" w:hAnsi="Calibri"/>
                <w:sz w:val="12"/>
              </w:rPr>
              <w:br/>
              <w:t>Frayer Modeli,</w:t>
            </w:r>
            <w:r w:rsidRPr="0078123B">
              <w:rPr>
                <w:rFonts w:ascii="Calibri" w:hAnsi="Calibri"/>
                <w:sz w:val="12"/>
              </w:rPr>
              <w:br/>
            </w:r>
          </w:p>
        </w:tc>
        <w:tc>
          <w:tcPr>
            <w:tcW w:w="1152" w:type="dxa"/>
            <w:shd w:val="clear" w:color="auto" w:fill="FFFFFF"/>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SDB1.2. Kendini Düzenleme (Öz Düzenleme Becerisi)</w:t>
            </w:r>
            <w:proofErr w:type="gramStart"/>
            <w:r w:rsidRPr="0078123B">
              <w:rPr>
                <w:rFonts w:ascii="Calibri" w:hAnsi="Calibri"/>
                <w:sz w:val="12"/>
              </w:rPr>
              <w:t>,</w:t>
            </w:r>
            <w:proofErr w:type="gramEnd"/>
            <w:r w:rsidRPr="0078123B">
              <w:rPr>
                <w:rFonts w:ascii="Calibri" w:hAnsi="Calibri"/>
                <w:sz w:val="12"/>
              </w:rPr>
              <w:br/>
              <w:t>SDB2.1. İletişim</w:t>
            </w:r>
            <w:proofErr w:type="gramStart"/>
            <w:r w:rsidRPr="0078123B">
              <w:rPr>
                <w:rFonts w:ascii="Calibri" w:hAnsi="Calibri"/>
                <w:sz w:val="12"/>
              </w:rPr>
              <w:t>,</w:t>
            </w:r>
            <w:proofErr w:type="gramEnd"/>
            <w:r w:rsidRPr="0078123B">
              <w:rPr>
                <w:rFonts w:ascii="Calibri" w:hAnsi="Calibri"/>
                <w:sz w:val="12"/>
              </w:rPr>
              <w:br/>
              <w:t xml:space="preserve">SDB2.2. İş Birliği, </w:t>
            </w:r>
            <w:r w:rsidRPr="0078123B">
              <w:rPr>
                <w:rFonts w:ascii="Calibri" w:hAnsi="Calibri"/>
                <w:sz w:val="12"/>
              </w:rPr>
              <w:br/>
              <w:t>SDB2.3. Sosyal Farkındalık</w:t>
            </w:r>
          </w:p>
        </w:tc>
        <w:tc>
          <w:tcPr>
            <w:tcW w:w="1008" w:type="dxa"/>
            <w:shd w:val="clear" w:color="auto" w:fill="FFFFFF"/>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D1. Adalet</w:t>
            </w:r>
            <w:proofErr w:type="gramStart"/>
            <w:r w:rsidRPr="0078123B">
              <w:rPr>
                <w:rFonts w:ascii="Calibri" w:hAnsi="Calibri"/>
                <w:sz w:val="12"/>
              </w:rPr>
              <w:t>,</w:t>
            </w:r>
            <w:proofErr w:type="gramEnd"/>
            <w:r w:rsidRPr="0078123B">
              <w:rPr>
                <w:rFonts w:ascii="Calibri" w:hAnsi="Calibri"/>
                <w:sz w:val="12"/>
              </w:rPr>
              <w:br/>
              <w:t>D5. Duyarlılık</w:t>
            </w:r>
            <w:proofErr w:type="gramStart"/>
            <w:r w:rsidRPr="0078123B">
              <w:rPr>
                <w:rFonts w:ascii="Calibri" w:hAnsi="Calibri"/>
                <w:sz w:val="12"/>
              </w:rPr>
              <w:t>,</w:t>
            </w:r>
            <w:proofErr w:type="gramEnd"/>
            <w:r w:rsidRPr="0078123B">
              <w:rPr>
                <w:rFonts w:ascii="Calibri" w:hAnsi="Calibri"/>
                <w:sz w:val="12"/>
              </w:rPr>
              <w:br/>
              <w:t>D16. Sorumluluk, D19. Vatanseverlik, D20. Yardımseverlik</w:t>
            </w:r>
          </w:p>
        </w:tc>
        <w:tc>
          <w:tcPr>
            <w:tcW w:w="1152" w:type="dxa"/>
            <w:shd w:val="clear" w:color="auto" w:fill="FFFFFF"/>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OB1. Bilgi Okuryazarlığı</w:t>
            </w:r>
            <w:proofErr w:type="gramStart"/>
            <w:r w:rsidRPr="0078123B">
              <w:rPr>
                <w:rFonts w:ascii="Calibri" w:hAnsi="Calibri"/>
                <w:sz w:val="12"/>
              </w:rPr>
              <w:t>,</w:t>
            </w:r>
            <w:proofErr w:type="gramEnd"/>
            <w:r w:rsidRPr="0078123B">
              <w:rPr>
                <w:rFonts w:ascii="Calibri" w:hAnsi="Calibri"/>
                <w:sz w:val="12"/>
              </w:rPr>
              <w:br/>
              <w:t>OB2. Dijital Okuryazarlık</w:t>
            </w:r>
            <w:proofErr w:type="gramStart"/>
            <w:r w:rsidRPr="0078123B">
              <w:rPr>
                <w:rFonts w:ascii="Calibri" w:hAnsi="Calibri"/>
                <w:sz w:val="12"/>
              </w:rPr>
              <w:t>,</w:t>
            </w:r>
            <w:proofErr w:type="gramEnd"/>
            <w:r w:rsidRPr="0078123B">
              <w:rPr>
                <w:rFonts w:ascii="Calibri" w:hAnsi="Calibri"/>
                <w:sz w:val="12"/>
              </w:rPr>
              <w:br/>
              <w:t>OB4. Görsel Okuryazarlık</w:t>
            </w:r>
            <w:proofErr w:type="gramStart"/>
            <w:r w:rsidRPr="0078123B">
              <w:rPr>
                <w:rFonts w:ascii="Calibri" w:hAnsi="Calibri"/>
                <w:sz w:val="12"/>
              </w:rPr>
              <w:t>,</w:t>
            </w:r>
            <w:proofErr w:type="gramEnd"/>
            <w:r w:rsidRPr="0078123B">
              <w:rPr>
                <w:rFonts w:ascii="Calibri" w:hAnsi="Calibri"/>
                <w:sz w:val="12"/>
              </w:rPr>
              <w:br/>
              <w:t>OB6. Vatandaşlık Okuryazarlığı</w:t>
            </w:r>
          </w:p>
        </w:tc>
        <w:tc>
          <w:tcPr>
            <w:tcW w:w="1008" w:type="dxa"/>
            <w:gridSpan w:val="2"/>
            <w:shd w:val="clear" w:color="auto" w:fill="FFFFFF"/>
            <w:tcMar>
              <w:top w:w="20" w:type="dxa"/>
              <w:left w:w="20" w:type="dxa"/>
              <w:bottom w:w="20" w:type="dxa"/>
              <w:right w:w="20" w:type="dxa"/>
            </w:tcMar>
          </w:tcPr>
          <w:p w:rsidR="00FD1019" w:rsidRPr="0078123B" w:rsidRDefault="00FD1019" w:rsidP="004F40CF">
            <w:pPr>
              <w:spacing w:after="0" w:line="240" w:lineRule="auto"/>
            </w:pPr>
          </w:p>
        </w:tc>
        <w:tc>
          <w:tcPr>
            <w:tcW w:w="1298" w:type="dxa"/>
            <w:shd w:val="clear" w:color="auto" w:fill="FFFFFF"/>
            <w:tcMar>
              <w:top w:w="20" w:type="dxa"/>
              <w:left w:w="20" w:type="dxa"/>
              <w:bottom w:w="20" w:type="dxa"/>
              <w:right w:w="20" w:type="dxa"/>
            </w:tcMar>
          </w:tcPr>
          <w:p w:rsidR="00FD1019" w:rsidRPr="0078123B" w:rsidRDefault="00FD1019" w:rsidP="004F40CF">
            <w:pPr>
              <w:spacing w:after="0" w:line="240" w:lineRule="auto"/>
            </w:pPr>
          </w:p>
        </w:tc>
        <w:tc>
          <w:tcPr>
            <w:tcW w:w="1224" w:type="dxa"/>
            <w:shd w:val="clear" w:color="auto" w:fill="FFFFFF"/>
            <w:tcMar>
              <w:top w:w="20" w:type="dxa"/>
              <w:left w:w="20" w:type="dxa"/>
              <w:bottom w:w="20" w:type="dxa"/>
              <w:right w:w="20" w:type="dxa"/>
            </w:tcMar>
          </w:tcPr>
          <w:p w:rsidR="00FD1019" w:rsidRPr="0078123B" w:rsidRDefault="00FD1019" w:rsidP="004F40CF">
            <w:pPr>
              <w:spacing w:after="0" w:line="240" w:lineRule="auto"/>
            </w:pPr>
          </w:p>
        </w:tc>
      </w:tr>
      <w:tr w:rsidR="00FD1019" w:rsidRPr="0078123B" w:rsidTr="008E6D36">
        <w:tblPrEx>
          <w:tblCellMar>
            <w:left w:w="108" w:type="dxa"/>
            <w:right w:w="108" w:type="dxa"/>
          </w:tblCellMar>
          <w:tblLook w:val="04A0"/>
        </w:tblPrEx>
        <w:trPr>
          <w:gridAfter w:val="1"/>
          <w:wAfter w:w="10" w:type="dxa"/>
          <w:jc w:val="center"/>
        </w:trPr>
        <w:tc>
          <w:tcPr>
            <w:tcW w:w="792" w:type="dxa"/>
            <w:shd w:val="clear" w:color="auto" w:fill="F8FAFC"/>
            <w:tcMar>
              <w:top w:w="20" w:type="dxa"/>
              <w:left w:w="20" w:type="dxa"/>
              <w:bottom w:w="20" w:type="dxa"/>
              <w:right w:w="20" w:type="dxa"/>
            </w:tcMar>
          </w:tcPr>
          <w:p w:rsidR="00FD1019" w:rsidRPr="0078123B" w:rsidRDefault="004F40CF" w:rsidP="004F40CF">
            <w:pPr>
              <w:spacing w:after="0" w:line="240" w:lineRule="auto"/>
              <w:jc w:val="center"/>
            </w:pPr>
            <w:r w:rsidRPr="0078123B">
              <w:rPr>
                <w:rFonts w:ascii="Calibri" w:hAnsi="Calibri"/>
                <w:sz w:val="12"/>
              </w:rPr>
              <w:lastRenderedPageBreak/>
              <w:t>ŞUBAT</w:t>
            </w:r>
          </w:p>
        </w:tc>
        <w:tc>
          <w:tcPr>
            <w:tcW w:w="1008" w:type="dxa"/>
            <w:shd w:val="clear" w:color="auto" w:fill="F8FAFC"/>
            <w:tcMar>
              <w:top w:w="20" w:type="dxa"/>
              <w:left w:w="20" w:type="dxa"/>
              <w:bottom w:w="20" w:type="dxa"/>
              <w:right w:w="20" w:type="dxa"/>
            </w:tcMar>
          </w:tcPr>
          <w:p w:rsidR="00FD1019" w:rsidRPr="0078123B" w:rsidRDefault="004F40CF" w:rsidP="004F40CF">
            <w:pPr>
              <w:spacing w:after="0" w:line="240" w:lineRule="auto"/>
              <w:jc w:val="center"/>
            </w:pPr>
            <w:r w:rsidRPr="0078123B">
              <w:rPr>
                <w:rFonts w:ascii="Calibri" w:hAnsi="Calibri"/>
                <w:sz w:val="12"/>
              </w:rPr>
              <w:t>21. Hafta:</w:t>
            </w:r>
            <w:r w:rsidRPr="0078123B">
              <w:rPr>
                <w:rFonts w:ascii="Calibri" w:hAnsi="Calibri"/>
                <w:sz w:val="12"/>
              </w:rPr>
              <w:br/>
              <w:t xml:space="preserve"> 22-26 Şubat</w:t>
            </w:r>
          </w:p>
        </w:tc>
        <w:tc>
          <w:tcPr>
            <w:tcW w:w="652" w:type="dxa"/>
            <w:shd w:val="clear" w:color="auto" w:fill="F8FAFC"/>
            <w:tcMar>
              <w:top w:w="20" w:type="dxa"/>
              <w:left w:w="20" w:type="dxa"/>
              <w:bottom w:w="20" w:type="dxa"/>
              <w:right w:w="20" w:type="dxa"/>
            </w:tcMar>
          </w:tcPr>
          <w:p w:rsidR="00FD1019" w:rsidRPr="0078123B" w:rsidRDefault="004F40CF" w:rsidP="004F40CF">
            <w:pPr>
              <w:spacing w:after="0" w:line="240" w:lineRule="auto"/>
              <w:jc w:val="center"/>
            </w:pPr>
            <w:r w:rsidRPr="0078123B">
              <w:rPr>
                <w:rFonts w:ascii="Calibri" w:hAnsi="Calibri"/>
                <w:sz w:val="12"/>
              </w:rPr>
              <w:t>3</w:t>
            </w:r>
          </w:p>
        </w:tc>
        <w:tc>
          <w:tcPr>
            <w:tcW w:w="1152" w:type="dxa"/>
            <w:shd w:val="clear" w:color="auto" w:fill="F8FAFC"/>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YAŞAYAN DEMOKRASİMİZ</w:t>
            </w:r>
          </w:p>
        </w:tc>
        <w:tc>
          <w:tcPr>
            <w:tcW w:w="1224" w:type="dxa"/>
            <w:shd w:val="clear" w:color="auto" w:fill="F8FAFC"/>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Etkin Vatandaşın Özellikleri ve Önemi</w:t>
            </w:r>
          </w:p>
        </w:tc>
        <w:tc>
          <w:tcPr>
            <w:tcW w:w="1512" w:type="dxa"/>
            <w:gridSpan w:val="2"/>
            <w:shd w:val="clear" w:color="auto" w:fill="F8FAFC"/>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SB.5.4.2. Toplum düzenine etkisi bakımından etkin vatandaş olmanın önemine yönelik</w:t>
            </w:r>
            <w:r w:rsidRPr="0078123B">
              <w:rPr>
                <w:rFonts w:ascii="Calibri" w:hAnsi="Calibri"/>
                <w:sz w:val="12"/>
              </w:rPr>
              <w:br/>
              <w:t>çıkarımda bulunabilme</w:t>
            </w:r>
          </w:p>
        </w:tc>
        <w:tc>
          <w:tcPr>
            <w:tcW w:w="1656" w:type="dxa"/>
            <w:shd w:val="clear" w:color="auto" w:fill="F8FAFC"/>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a) Etkin vatandaş olmanın önemine ilişkin varsayımda bulunur.</w:t>
            </w:r>
            <w:r w:rsidRPr="0078123B">
              <w:rPr>
                <w:rFonts w:ascii="Calibri" w:hAnsi="Calibri"/>
                <w:sz w:val="12"/>
              </w:rPr>
              <w:br/>
              <w:t>b) Etkin vatandaşın sahip olması gereken özellikleri listeler.</w:t>
            </w:r>
            <w:r w:rsidRPr="0078123B">
              <w:rPr>
                <w:rFonts w:ascii="Calibri" w:hAnsi="Calibri"/>
                <w:sz w:val="12"/>
              </w:rPr>
              <w:br/>
              <w:t>c) Etkin olan ve olmayan vatandaş özelliklerini karşılaştırır.</w:t>
            </w:r>
            <w:r w:rsidRPr="0078123B">
              <w:rPr>
                <w:rFonts w:ascii="Calibri" w:hAnsi="Calibri"/>
                <w:sz w:val="12"/>
              </w:rPr>
              <w:br/>
            </w:r>
            <w:proofErr w:type="gramStart"/>
            <w:r w:rsidRPr="0078123B">
              <w:rPr>
                <w:rFonts w:ascii="Calibri" w:hAnsi="Calibri"/>
                <w:sz w:val="12"/>
              </w:rPr>
              <w:t>ç)</w:t>
            </w:r>
            <w:proofErr w:type="gramEnd"/>
            <w:r w:rsidRPr="0078123B">
              <w:rPr>
                <w:rFonts w:ascii="Calibri" w:hAnsi="Calibri"/>
                <w:sz w:val="12"/>
              </w:rPr>
              <w:t>Etkin vatandaş davranışlarının toplum düzenine etkisine yönelik önermelerde bulunur</w:t>
            </w:r>
            <w:r w:rsidRPr="0078123B">
              <w:rPr>
                <w:rFonts w:ascii="Calibri" w:hAnsi="Calibri"/>
                <w:sz w:val="12"/>
              </w:rPr>
              <w:br/>
              <w:t>d) Etkin vatandaş olmanın önemini toplum düzeni açısından değerlendirir.</w:t>
            </w:r>
          </w:p>
        </w:tc>
        <w:tc>
          <w:tcPr>
            <w:tcW w:w="1228" w:type="dxa"/>
            <w:gridSpan w:val="2"/>
            <w:shd w:val="clear" w:color="auto" w:fill="F8FAFC"/>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Gözlem formu,</w:t>
            </w:r>
            <w:r w:rsidRPr="0078123B">
              <w:rPr>
                <w:rFonts w:ascii="Calibri" w:hAnsi="Calibri"/>
                <w:sz w:val="12"/>
              </w:rPr>
              <w:br/>
              <w:t>Kontrol listesi,</w:t>
            </w:r>
            <w:r w:rsidRPr="0078123B">
              <w:rPr>
                <w:rFonts w:ascii="Calibri" w:hAnsi="Calibri"/>
                <w:sz w:val="12"/>
              </w:rPr>
              <w:br/>
              <w:t>Derecelendirme ölçeği,</w:t>
            </w:r>
            <w:r w:rsidRPr="0078123B">
              <w:rPr>
                <w:rFonts w:ascii="Calibri" w:hAnsi="Calibri"/>
                <w:sz w:val="12"/>
              </w:rPr>
              <w:br/>
              <w:t>Bütüncül dereceli puanlama anahtarı,</w:t>
            </w:r>
            <w:r w:rsidRPr="0078123B">
              <w:rPr>
                <w:rFonts w:ascii="Calibri" w:hAnsi="Calibri"/>
                <w:sz w:val="12"/>
              </w:rPr>
              <w:br/>
              <w:t xml:space="preserve">Çalışma yaprağı </w:t>
            </w:r>
            <w:r w:rsidRPr="0078123B">
              <w:rPr>
                <w:rFonts w:ascii="Calibri" w:hAnsi="Calibri"/>
                <w:sz w:val="12"/>
              </w:rPr>
              <w:br/>
              <w:t xml:space="preserve">Performans görevi </w:t>
            </w:r>
            <w:r w:rsidRPr="0078123B">
              <w:rPr>
                <w:rFonts w:ascii="Calibri" w:hAnsi="Calibri"/>
                <w:sz w:val="12"/>
              </w:rPr>
              <w:br/>
              <w:t>Frayer Modeli,</w:t>
            </w:r>
            <w:r w:rsidRPr="0078123B">
              <w:rPr>
                <w:rFonts w:ascii="Calibri" w:hAnsi="Calibri"/>
                <w:sz w:val="12"/>
              </w:rPr>
              <w:br/>
              <w:t>Kelime ilişkilendirme testi,</w:t>
            </w:r>
            <w:r w:rsidRPr="0078123B">
              <w:rPr>
                <w:rFonts w:ascii="Calibri" w:hAnsi="Calibri"/>
                <w:sz w:val="12"/>
              </w:rPr>
              <w:br/>
              <w:t xml:space="preserve">Doğru-yanlış testleri </w:t>
            </w:r>
            <w:r w:rsidRPr="0078123B">
              <w:rPr>
                <w:rFonts w:ascii="Calibri" w:hAnsi="Calibri"/>
                <w:sz w:val="12"/>
              </w:rPr>
              <w:br/>
              <w:t>Tanılayıcı dallanmış ağaç</w:t>
            </w:r>
          </w:p>
        </w:tc>
        <w:tc>
          <w:tcPr>
            <w:tcW w:w="1152" w:type="dxa"/>
            <w:shd w:val="clear" w:color="auto" w:fill="F8FAFC"/>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SDB1.2. Kendini Düzenleme (Öz Düzenleme Becerisi)</w:t>
            </w:r>
            <w:proofErr w:type="gramStart"/>
            <w:r w:rsidRPr="0078123B">
              <w:rPr>
                <w:rFonts w:ascii="Calibri" w:hAnsi="Calibri"/>
                <w:sz w:val="12"/>
              </w:rPr>
              <w:t>,</w:t>
            </w:r>
            <w:proofErr w:type="gramEnd"/>
            <w:r w:rsidRPr="0078123B">
              <w:rPr>
                <w:rFonts w:ascii="Calibri" w:hAnsi="Calibri"/>
                <w:sz w:val="12"/>
              </w:rPr>
              <w:br/>
              <w:t>SDB2.1. İletişim</w:t>
            </w:r>
            <w:proofErr w:type="gramStart"/>
            <w:r w:rsidRPr="0078123B">
              <w:rPr>
                <w:rFonts w:ascii="Calibri" w:hAnsi="Calibri"/>
                <w:sz w:val="12"/>
              </w:rPr>
              <w:t>,</w:t>
            </w:r>
            <w:proofErr w:type="gramEnd"/>
            <w:r w:rsidRPr="0078123B">
              <w:rPr>
                <w:rFonts w:ascii="Calibri" w:hAnsi="Calibri"/>
                <w:sz w:val="12"/>
              </w:rPr>
              <w:br/>
              <w:t xml:space="preserve">SDB2.2. İş Birliği, </w:t>
            </w:r>
            <w:r w:rsidRPr="0078123B">
              <w:rPr>
                <w:rFonts w:ascii="Calibri" w:hAnsi="Calibri"/>
                <w:sz w:val="12"/>
              </w:rPr>
              <w:br/>
              <w:t>SDB2.3. Sosyal Farkındalık</w:t>
            </w:r>
          </w:p>
        </w:tc>
        <w:tc>
          <w:tcPr>
            <w:tcW w:w="1008" w:type="dxa"/>
            <w:shd w:val="clear" w:color="auto" w:fill="F8FAFC"/>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D1. Adalet</w:t>
            </w:r>
            <w:proofErr w:type="gramStart"/>
            <w:r w:rsidRPr="0078123B">
              <w:rPr>
                <w:rFonts w:ascii="Calibri" w:hAnsi="Calibri"/>
                <w:sz w:val="12"/>
              </w:rPr>
              <w:t>,</w:t>
            </w:r>
            <w:proofErr w:type="gramEnd"/>
            <w:r w:rsidRPr="0078123B">
              <w:rPr>
                <w:rFonts w:ascii="Calibri" w:hAnsi="Calibri"/>
                <w:sz w:val="12"/>
              </w:rPr>
              <w:br/>
              <w:t>D5. Duyarlılık</w:t>
            </w:r>
            <w:proofErr w:type="gramStart"/>
            <w:r w:rsidRPr="0078123B">
              <w:rPr>
                <w:rFonts w:ascii="Calibri" w:hAnsi="Calibri"/>
                <w:sz w:val="12"/>
              </w:rPr>
              <w:t>,</w:t>
            </w:r>
            <w:proofErr w:type="gramEnd"/>
            <w:r w:rsidRPr="0078123B">
              <w:rPr>
                <w:rFonts w:ascii="Calibri" w:hAnsi="Calibri"/>
                <w:sz w:val="12"/>
              </w:rPr>
              <w:br/>
              <w:t>D16. Sorumluluk, D19. Vatanseverlik, D20. Yardımseverlik</w:t>
            </w:r>
          </w:p>
        </w:tc>
        <w:tc>
          <w:tcPr>
            <w:tcW w:w="1152" w:type="dxa"/>
            <w:shd w:val="clear" w:color="auto" w:fill="F8FAFC"/>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OB1. Bilgi Okuryazarlığı</w:t>
            </w:r>
            <w:proofErr w:type="gramStart"/>
            <w:r w:rsidRPr="0078123B">
              <w:rPr>
                <w:rFonts w:ascii="Calibri" w:hAnsi="Calibri"/>
                <w:sz w:val="12"/>
              </w:rPr>
              <w:t>,</w:t>
            </w:r>
            <w:proofErr w:type="gramEnd"/>
            <w:r w:rsidRPr="0078123B">
              <w:rPr>
                <w:rFonts w:ascii="Calibri" w:hAnsi="Calibri"/>
                <w:sz w:val="12"/>
              </w:rPr>
              <w:br/>
              <w:t>OB2. Dijital Okuryazarlık</w:t>
            </w:r>
            <w:proofErr w:type="gramStart"/>
            <w:r w:rsidRPr="0078123B">
              <w:rPr>
                <w:rFonts w:ascii="Calibri" w:hAnsi="Calibri"/>
                <w:sz w:val="12"/>
              </w:rPr>
              <w:t>,</w:t>
            </w:r>
            <w:proofErr w:type="gramEnd"/>
            <w:r w:rsidRPr="0078123B">
              <w:rPr>
                <w:rFonts w:ascii="Calibri" w:hAnsi="Calibri"/>
                <w:sz w:val="12"/>
              </w:rPr>
              <w:br/>
              <w:t>OB4. Görsel Okuryazarlık</w:t>
            </w:r>
            <w:proofErr w:type="gramStart"/>
            <w:r w:rsidRPr="0078123B">
              <w:rPr>
                <w:rFonts w:ascii="Calibri" w:hAnsi="Calibri"/>
                <w:sz w:val="12"/>
              </w:rPr>
              <w:t>,</w:t>
            </w:r>
            <w:proofErr w:type="gramEnd"/>
            <w:r w:rsidRPr="0078123B">
              <w:rPr>
                <w:rFonts w:ascii="Calibri" w:hAnsi="Calibri"/>
                <w:sz w:val="12"/>
              </w:rPr>
              <w:br/>
              <w:t>OB6. Vatandaşlık Okuryazarlığı</w:t>
            </w:r>
          </w:p>
        </w:tc>
        <w:tc>
          <w:tcPr>
            <w:tcW w:w="1008" w:type="dxa"/>
            <w:gridSpan w:val="2"/>
            <w:shd w:val="clear" w:color="auto" w:fill="F8FAFC"/>
            <w:tcMar>
              <w:top w:w="20" w:type="dxa"/>
              <w:left w:w="20" w:type="dxa"/>
              <w:bottom w:w="20" w:type="dxa"/>
              <w:right w:w="20" w:type="dxa"/>
            </w:tcMar>
          </w:tcPr>
          <w:p w:rsidR="00FD1019" w:rsidRPr="0078123B" w:rsidRDefault="00FD1019" w:rsidP="004F40CF">
            <w:pPr>
              <w:spacing w:after="0" w:line="240" w:lineRule="auto"/>
            </w:pPr>
          </w:p>
        </w:tc>
        <w:tc>
          <w:tcPr>
            <w:tcW w:w="1298" w:type="dxa"/>
            <w:shd w:val="clear" w:color="auto" w:fill="F8FAFC"/>
            <w:tcMar>
              <w:top w:w="20" w:type="dxa"/>
              <w:left w:w="20" w:type="dxa"/>
              <w:bottom w:w="20" w:type="dxa"/>
              <w:right w:w="20" w:type="dxa"/>
            </w:tcMar>
          </w:tcPr>
          <w:p w:rsidR="00FD1019" w:rsidRPr="0078123B" w:rsidRDefault="00FD1019" w:rsidP="004F40CF">
            <w:pPr>
              <w:spacing w:after="0" w:line="240" w:lineRule="auto"/>
            </w:pPr>
          </w:p>
        </w:tc>
        <w:tc>
          <w:tcPr>
            <w:tcW w:w="1224" w:type="dxa"/>
            <w:shd w:val="clear" w:color="auto" w:fill="F8FAFC"/>
            <w:tcMar>
              <w:top w:w="20" w:type="dxa"/>
              <w:left w:w="20" w:type="dxa"/>
              <w:bottom w:w="20" w:type="dxa"/>
              <w:right w:w="20" w:type="dxa"/>
            </w:tcMar>
          </w:tcPr>
          <w:p w:rsidR="00FD1019" w:rsidRPr="0078123B" w:rsidRDefault="00FD1019" w:rsidP="004F40CF">
            <w:pPr>
              <w:spacing w:after="0" w:line="240" w:lineRule="auto"/>
            </w:pPr>
          </w:p>
        </w:tc>
      </w:tr>
      <w:tr w:rsidR="00632ABD" w:rsidRPr="0078123B" w:rsidTr="00632ABD">
        <w:tblPrEx>
          <w:tblCellMar>
            <w:left w:w="108" w:type="dxa"/>
            <w:right w:w="108" w:type="dxa"/>
          </w:tblCellMar>
          <w:tblLook w:val="04A0"/>
        </w:tblPrEx>
        <w:trPr>
          <w:gridAfter w:val="1"/>
          <w:wAfter w:w="10" w:type="dxa"/>
          <w:trHeight w:val="2048"/>
          <w:jc w:val="center"/>
        </w:trPr>
        <w:tc>
          <w:tcPr>
            <w:tcW w:w="792" w:type="dxa"/>
            <w:vMerge w:val="restart"/>
            <w:shd w:val="clear" w:color="auto" w:fill="FFFFFF"/>
            <w:tcMar>
              <w:top w:w="20" w:type="dxa"/>
              <w:left w:w="20" w:type="dxa"/>
              <w:bottom w:w="20" w:type="dxa"/>
              <w:right w:w="20" w:type="dxa"/>
            </w:tcMar>
          </w:tcPr>
          <w:p w:rsidR="00632ABD" w:rsidRPr="0078123B" w:rsidRDefault="00632ABD" w:rsidP="004F40CF">
            <w:pPr>
              <w:spacing w:after="0" w:line="240" w:lineRule="auto"/>
              <w:jc w:val="center"/>
            </w:pPr>
            <w:r>
              <w:rPr>
                <w:rFonts w:ascii="Calibri" w:hAnsi="Calibri"/>
                <w:sz w:val="12"/>
              </w:rPr>
              <w:t>MART</w:t>
            </w:r>
          </w:p>
        </w:tc>
        <w:tc>
          <w:tcPr>
            <w:tcW w:w="1008" w:type="dxa"/>
            <w:vMerge w:val="restart"/>
            <w:shd w:val="clear" w:color="auto" w:fill="FFFFFF"/>
            <w:tcMar>
              <w:top w:w="20" w:type="dxa"/>
              <w:left w:w="20" w:type="dxa"/>
              <w:bottom w:w="20" w:type="dxa"/>
              <w:right w:w="20" w:type="dxa"/>
            </w:tcMar>
          </w:tcPr>
          <w:p w:rsidR="00632ABD" w:rsidRPr="0078123B" w:rsidRDefault="00632ABD" w:rsidP="004F40CF">
            <w:pPr>
              <w:spacing w:after="0" w:line="240" w:lineRule="auto"/>
              <w:jc w:val="center"/>
            </w:pPr>
            <w:r w:rsidRPr="0078123B">
              <w:rPr>
                <w:rFonts w:ascii="Calibri" w:hAnsi="Calibri"/>
                <w:sz w:val="12"/>
              </w:rPr>
              <w:t>22. Hafta:</w:t>
            </w:r>
            <w:r w:rsidRPr="0078123B">
              <w:rPr>
                <w:rFonts w:ascii="Calibri" w:hAnsi="Calibri"/>
                <w:sz w:val="12"/>
              </w:rPr>
              <w:br/>
              <w:t xml:space="preserve"> 1-5 Mart</w:t>
            </w:r>
          </w:p>
        </w:tc>
        <w:tc>
          <w:tcPr>
            <w:tcW w:w="652" w:type="dxa"/>
            <w:shd w:val="clear" w:color="auto" w:fill="FFFFFF"/>
            <w:tcMar>
              <w:top w:w="20" w:type="dxa"/>
              <w:left w:w="20" w:type="dxa"/>
              <w:bottom w:w="20" w:type="dxa"/>
              <w:right w:w="20" w:type="dxa"/>
            </w:tcMar>
          </w:tcPr>
          <w:p w:rsidR="00632ABD" w:rsidRPr="0078123B" w:rsidRDefault="00632ABD" w:rsidP="004F40CF">
            <w:pPr>
              <w:spacing w:after="0" w:line="240" w:lineRule="auto"/>
              <w:jc w:val="center"/>
            </w:pPr>
            <w:r>
              <w:rPr>
                <w:rFonts w:ascii="Calibri" w:hAnsi="Calibri"/>
                <w:sz w:val="12"/>
              </w:rPr>
              <w:t>2+1*</w:t>
            </w:r>
          </w:p>
        </w:tc>
        <w:tc>
          <w:tcPr>
            <w:tcW w:w="1152" w:type="dxa"/>
            <w:shd w:val="clear" w:color="auto" w:fill="FFFFFF"/>
            <w:tcMar>
              <w:top w:w="20" w:type="dxa"/>
              <w:left w:w="20" w:type="dxa"/>
              <w:bottom w:w="20" w:type="dxa"/>
              <w:right w:w="20" w:type="dxa"/>
            </w:tcMar>
          </w:tcPr>
          <w:p w:rsidR="00632ABD" w:rsidRPr="0078123B" w:rsidRDefault="00632ABD" w:rsidP="004F40CF">
            <w:pPr>
              <w:spacing w:after="0" w:line="240" w:lineRule="auto"/>
            </w:pPr>
            <w:r w:rsidRPr="0078123B">
              <w:rPr>
                <w:rFonts w:ascii="Calibri" w:hAnsi="Calibri"/>
                <w:sz w:val="12"/>
              </w:rPr>
              <w:t>YAŞAYAN DEMOKRASİMİZ</w:t>
            </w:r>
          </w:p>
        </w:tc>
        <w:tc>
          <w:tcPr>
            <w:tcW w:w="1224" w:type="dxa"/>
            <w:shd w:val="clear" w:color="auto" w:fill="FFFFFF"/>
            <w:tcMar>
              <w:top w:w="20" w:type="dxa"/>
              <w:left w:w="20" w:type="dxa"/>
              <w:bottom w:w="20" w:type="dxa"/>
              <w:right w:w="20" w:type="dxa"/>
            </w:tcMar>
          </w:tcPr>
          <w:p w:rsidR="00632ABD" w:rsidRPr="0078123B" w:rsidRDefault="00632ABD" w:rsidP="004F40CF">
            <w:pPr>
              <w:spacing w:after="0" w:line="240" w:lineRule="auto"/>
            </w:pPr>
            <w:r w:rsidRPr="0078123B">
              <w:rPr>
                <w:rFonts w:ascii="Calibri" w:hAnsi="Calibri"/>
                <w:sz w:val="12"/>
              </w:rPr>
              <w:t>Etkin Vatandaşın Özellikleri ve Önemi</w:t>
            </w:r>
          </w:p>
        </w:tc>
        <w:tc>
          <w:tcPr>
            <w:tcW w:w="1512" w:type="dxa"/>
            <w:gridSpan w:val="2"/>
            <w:shd w:val="clear" w:color="auto" w:fill="FFFFFF"/>
            <w:tcMar>
              <w:top w:w="20" w:type="dxa"/>
              <w:left w:w="20" w:type="dxa"/>
              <w:bottom w:w="20" w:type="dxa"/>
              <w:right w:w="20" w:type="dxa"/>
            </w:tcMar>
          </w:tcPr>
          <w:p w:rsidR="00632ABD" w:rsidRPr="0078123B" w:rsidRDefault="00632ABD" w:rsidP="004F40CF">
            <w:pPr>
              <w:spacing w:after="0" w:line="240" w:lineRule="auto"/>
            </w:pPr>
            <w:r w:rsidRPr="0078123B">
              <w:rPr>
                <w:rFonts w:ascii="Calibri" w:hAnsi="Calibri"/>
                <w:sz w:val="12"/>
              </w:rPr>
              <w:t>SB.5.4.2. Toplum düzenine etkisi bakımından etkin vatandaş olmanın önemine yönelik</w:t>
            </w:r>
            <w:r w:rsidRPr="0078123B">
              <w:rPr>
                <w:rFonts w:ascii="Calibri" w:hAnsi="Calibri"/>
                <w:sz w:val="12"/>
              </w:rPr>
              <w:br/>
              <w:t>çıkarımda bulunabilme</w:t>
            </w:r>
          </w:p>
        </w:tc>
        <w:tc>
          <w:tcPr>
            <w:tcW w:w="1656" w:type="dxa"/>
            <w:shd w:val="clear" w:color="auto" w:fill="FFFFFF"/>
            <w:tcMar>
              <w:top w:w="20" w:type="dxa"/>
              <w:left w:w="20" w:type="dxa"/>
              <w:bottom w:w="20" w:type="dxa"/>
              <w:right w:w="20" w:type="dxa"/>
            </w:tcMar>
          </w:tcPr>
          <w:p w:rsidR="00632ABD" w:rsidRPr="0078123B" w:rsidRDefault="00632ABD" w:rsidP="004F40CF">
            <w:pPr>
              <w:spacing w:after="0" w:line="240" w:lineRule="auto"/>
            </w:pPr>
            <w:r w:rsidRPr="0078123B">
              <w:rPr>
                <w:rFonts w:ascii="Calibri" w:hAnsi="Calibri"/>
                <w:sz w:val="12"/>
              </w:rPr>
              <w:t xml:space="preserve">a) </w:t>
            </w:r>
            <w:proofErr w:type="spellStart"/>
            <w:r w:rsidRPr="0078123B">
              <w:rPr>
                <w:rFonts w:ascii="Calibri" w:hAnsi="Calibri"/>
                <w:sz w:val="12"/>
              </w:rPr>
              <w:t>Etkin</w:t>
            </w:r>
            <w:proofErr w:type="spellEnd"/>
            <w:r w:rsidRPr="0078123B">
              <w:rPr>
                <w:rFonts w:ascii="Calibri" w:hAnsi="Calibri"/>
                <w:sz w:val="12"/>
              </w:rPr>
              <w:t xml:space="preserve"> </w:t>
            </w:r>
            <w:proofErr w:type="spellStart"/>
            <w:r w:rsidRPr="0078123B">
              <w:rPr>
                <w:rFonts w:ascii="Calibri" w:hAnsi="Calibri"/>
                <w:sz w:val="12"/>
              </w:rPr>
              <w:t>vatandaş</w:t>
            </w:r>
            <w:proofErr w:type="spellEnd"/>
            <w:r w:rsidRPr="0078123B">
              <w:rPr>
                <w:rFonts w:ascii="Calibri" w:hAnsi="Calibri"/>
                <w:sz w:val="12"/>
              </w:rPr>
              <w:t xml:space="preserve"> </w:t>
            </w:r>
            <w:proofErr w:type="spellStart"/>
            <w:r w:rsidRPr="0078123B">
              <w:rPr>
                <w:rFonts w:ascii="Calibri" w:hAnsi="Calibri"/>
                <w:sz w:val="12"/>
              </w:rPr>
              <w:t>olmanın</w:t>
            </w:r>
            <w:proofErr w:type="spellEnd"/>
            <w:r w:rsidRPr="0078123B">
              <w:rPr>
                <w:rFonts w:ascii="Calibri" w:hAnsi="Calibri"/>
                <w:sz w:val="12"/>
              </w:rPr>
              <w:t xml:space="preserve"> </w:t>
            </w:r>
            <w:proofErr w:type="spellStart"/>
            <w:r w:rsidRPr="0078123B">
              <w:rPr>
                <w:rFonts w:ascii="Calibri" w:hAnsi="Calibri"/>
                <w:sz w:val="12"/>
              </w:rPr>
              <w:t>önemine</w:t>
            </w:r>
            <w:proofErr w:type="spellEnd"/>
            <w:r w:rsidRPr="0078123B">
              <w:rPr>
                <w:rFonts w:ascii="Calibri" w:hAnsi="Calibri"/>
                <w:sz w:val="12"/>
              </w:rPr>
              <w:t xml:space="preserve"> ilişkin varsayımda bulunur.</w:t>
            </w:r>
            <w:r w:rsidRPr="0078123B">
              <w:rPr>
                <w:rFonts w:ascii="Calibri" w:hAnsi="Calibri"/>
                <w:sz w:val="12"/>
              </w:rPr>
              <w:br/>
              <w:t>b) Etkin vatandaşın sahip olması gereken özellikleri listeler.</w:t>
            </w:r>
            <w:r w:rsidRPr="0078123B">
              <w:rPr>
                <w:rFonts w:ascii="Calibri" w:hAnsi="Calibri"/>
                <w:sz w:val="12"/>
              </w:rPr>
              <w:br/>
              <w:t>c) Etkin olan ve olmayan vatandaş özelliklerini karşılaştırır.</w:t>
            </w:r>
            <w:r w:rsidRPr="0078123B">
              <w:rPr>
                <w:rFonts w:ascii="Calibri" w:hAnsi="Calibri"/>
                <w:sz w:val="12"/>
              </w:rPr>
              <w:br/>
              <w:t>ç) Etkin vatandaş davranışlarının toplum düzenine etkisine yönelik tahminlerde bulunur.</w:t>
            </w:r>
            <w:r w:rsidRPr="0078123B">
              <w:rPr>
                <w:rFonts w:ascii="Calibri" w:hAnsi="Calibri"/>
                <w:sz w:val="12"/>
              </w:rPr>
              <w:br/>
              <w:t xml:space="preserve">d) </w:t>
            </w:r>
            <w:proofErr w:type="spellStart"/>
            <w:r w:rsidRPr="0078123B">
              <w:rPr>
                <w:rFonts w:ascii="Calibri" w:hAnsi="Calibri"/>
                <w:sz w:val="12"/>
              </w:rPr>
              <w:t>Etkin</w:t>
            </w:r>
            <w:proofErr w:type="spellEnd"/>
            <w:r w:rsidRPr="0078123B">
              <w:rPr>
                <w:rFonts w:ascii="Calibri" w:hAnsi="Calibri"/>
                <w:sz w:val="12"/>
              </w:rPr>
              <w:t xml:space="preserve"> </w:t>
            </w:r>
            <w:proofErr w:type="spellStart"/>
            <w:r w:rsidRPr="0078123B">
              <w:rPr>
                <w:rFonts w:ascii="Calibri" w:hAnsi="Calibri"/>
                <w:sz w:val="12"/>
              </w:rPr>
              <w:t>vatandaş</w:t>
            </w:r>
            <w:proofErr w:type="spellEnd"/>
            <w:r w:rsidRPr="0078123B">
              <w:rPr>
                <w:rFonts w:ascii="Calibri" w:hAnsi="Calibri"/>
                <w:sz w:val="12"/>
              </w:rPr>
              <w:t xml:space="preserve"> </w:t>
            </w:r>
            <w:proofErr w:type="spellStart"/>
            <w:r w:rsidRPr="0078123B">
              <w:rPr>
                <w:rFonts w:ascii="Calibri" w:hAnsi="Calibri"/>
                <w:sz w:val="12"/>
              </w:rPr>
              <w:t>olmanın</w:t>
            </w:r>
            <w:proofErr w:type="spellEnd"/>
            <w:r w:rsidRPr="0078123B">
              <w:rPr>
                <w:rFonts w:ascii="Calibri" w:hAnsi="Calibri"/>
                <w:sz w:val="12"/>
              </w:rPr>
              <w:t xml:space="preserve"> </w:t>
            </w:r>
            <w:proofErr w:type="spellStart"/>
            <w:r w:rsidRPr="0078123B">
              <w:rPr>
                <w:rFonts w:ascii="Calibri" w:hAnsi="Calibri"/>
                <w:sz w:val="12"/>
              </w:rPr>
              <w:t>önemini</w:t>
            </w:r>
            <w:proofErr w:type="spellEnd"/>
            <w:r w:rsidRPr="0078123B">
              <w:rPr>
                <w:rFonts w:ascii="Calibri" w:hAnsi="Calibri"/>
                <w:sz w:val="12"/>
              </w:rPr>
              <w:t xml:space="preserve"> </w:t>
            </w:r>
            <w:proofErr w:type="spellStart"/>
            <w:r w:rsidRPr="0078123B">
              <w:rPr>
                <w:rFonts w:ascii="Calibri" w:hAnsi="Calibri"/>
                <w:sz w:val="12"/>
              </w:rPr>
              <w:t>toplum</w:t>
            </w:r>
            <w:proofErr w:type="spellEnd"/>
            <w:r w:rsidRPr="0078123B">
              <w:rPr>
                <w:rFonts w:ascii="Calibri" w:hAnsi="Calibri"/>
                <w:sz w:val="12"/>
              </w:rPr>
              <w:t xml:space="preserve"> </w:t>
            </w:r>
            <w:proofErr w:type="spellStart"/>
            <w:r w:rsidRPr="0078123B">
              <w:rPr>
                <w:rFonts w:ascii="Calibri" w:hAnsi="Calibri"/>
                <w:sz w:val="12"/>
              </w:rPr>
              <w:t>düzeni</w:t>
            </w:r>
            <w:proofErr w:type="spellEnd"/>
            <w:r w:rsidRPr="0078123B">
              <w:rPr>
                <w:rFonts w:ascii="Calibri" w:hAnsi="Calibri"/>
                <w:sz w:val="12"/>
              </w:rPr>
              <w:t xml:space="preserve"> </w:t>
            </w:r>
            <w:proofErr w:type="spellStart"/>
            <w:r w:rsidRPr="0078123B">
              <w:rPr>
                <w:rFonts w:ascii="Calibri" w:hAnsi="Calibri"/>
                <w:sz w:val="12"/>
              </w:rPr>
              <w:t>açısından</w:t>
            </w:r>
            <w:proofErr w:type="spellEnd"/>
            <w:r w:rsidRPr="0078123B">
              <w:rPr>
                <w:rFonts w:ascii="Calibri" w:hAnsi="Calibri"/>
                <w:sz w:val="12"/>
              </w:rPr>
              <w:t xml:space="preserve"> </w:t>
            </w:r>
            <w:proofErr w:type="spellStart"/>
            <w:r w:rsidRPr="0078123B">
              <w:rPr>
                <w:rFonts w:ascii="Calibri" w:hAnsi="Calibri"/>
                <w:sz w:val="12"/>
              </w:rPr>
              <w:t>değerlendirir</w:t>
            </w:r>
            <w:proofErr w:type="spellEnd"/>
            <w:r w:rsidRPr="0078123B">
              <w:rPr>
                <w:rFonts w:ascii="Calibri" w:hAnsi="Calibri"/>
                <w:sz w:val="12"/>
              </w:rPr>
              <w:t>.</w:t>
            </w:r>
          </w:p>
        </w:tc>
        <w:tc>
          <w:tcPr>
            <w:tcW w:w="1228" w:type="dxa"/>
            <w:gridSpan w:val="2"/>
            <w:vMerge w:val="restart"/>
            <w:shd w:val="clear" w:color="auto" w:fill="FFFFFF"/>
            <w:tcMar>
              <w:top w:w="20" w:type="dxa"/>
              <w:left w:w="20" w:type="dxa"/>
              <w:bottom w:w="20" w:type="dxa"/>
              <w:right w:w="20" w:type="dxa"/>
            </w:tcMar>
          </w:tcPr>
          <w:p w:rsidR="00632ABD" w:rsidRPr="0078123B" w:rsidRDefault="00632ABD" w:rsidP="004F40CF">
            <w:pPr>
              <w:spacing w:after="0" w:line="240" w:lineRule="auto"/>
            </w:pPr>
            <w:r w:rsidRPr="0078123B">
              <w:rPr>
                <w:rFonts w:ascii="Calibri" w:hAnsi="Calibri"/>
                <w:sz w:val="12"/>
              </w:rPr>
              <w:t>Gözlem formu,</w:t>
            </w:r>
            <w:r w:rsidRPr="0078123B">
              <w:rPr>
                <w:rFonts w:ascii="Calibri" w:hAnsi="Calibri"/>
                <w:sz w:val="12"/>
              </w:rPr>
              <w:br/>
              <w:t>Kontrol listesi,</w:t>
            </w:r>
            <w:r w:rsidRPr="0078123B">
              <w:rPr>
                <w:rFonts w:ascii="Calibri" w:hAnsi="Calibri"/>
                <w:sz w:val="12"/>
              </w:rPr>
              <w:br/>
              <w:t>Derecelendirme ölçeği,</w:t>
            </w:r>
            <w:r w:rsidRPr="0078123B">
              <w:rPr>
                <w:rFonts w:ascii="Calibri" w:hAnsi="Calibri"/>
                <w:sz w:val="12"/>
              </w:rPr>
              <w:br/>
              <w:t>Bütüncül dereceli puanlama anahtarı,</w:t>
            </w:r>
            <w:r w:rsidRPr="0078123B">
              <w:rPr>
                <w:rFonts w:ascii="Calibri" w:hAnsi="Calibri"/>
                <w:sz w:val="12"/>
              </w:rPr>
              <w:br/>
              <w:t xml:space="preserve">Çalışma yaprağı </w:t>
            </w:r>
            <w:r w:rsidRPr="0078123B">
              <w:rPr>
                <w:rFonts w:ascii="Calibri" w:hAnsi="Calibri"/>
                <w:sz w:val="12"/>
              </w:rPr>
              <w:br/>
              <w:t xml:space="preserve">Performans görevi </w:t>
            </w:r>
            <w:r w:rsidRPr="0078123B">
              <w:rPr>
                <w:rFonts w:ascii="Calibri" w:hAnsi="Calibri"/>
                <w:sz w:val="12"/>
              </w:rPr>
              <w:br/>
              <w:t>Frayer Modeli,</w:t>
            </w:r>
            <w:r w:rsidRPr="0078123B">
              <w:rPr>
                <w:rFonts w:ascii="Calibri" w:hAnsi="Calibri"/>
                <w:sz w:val="12"/>
              </w:rPr>
              <w:br/>
              <w:t>Kelime ilişkilendirme testi,</w:t>
            </w:r>
            <w:r w:rsidRPr="0078123B">
              <w:rPr>
                <w:rFonts w:ascii="Calibri" w:hAnsi="Calibri"/>
                <w:sz w:val="12"/>
              </w:rPr>
              <w:br/>
              <w:t xml:space="preserve">Doğru-yanlış testleri </w:t>
            </w:r>
            <w:r w:rsidRPr="0078123B">
              <w:rPr>
                <w:rFonts w:ascii="Calibri" w:hAnsi="Calibri"/>
                <w:sz w:val="12"/>
              </w:rPr>
              <w:br/>
              <w:t>Tanılayıcı dallanmış ağaç</w:t>
            </w:r>
          </w:p>
        </w:tc>
        <w:tc>
          <w:tcPr>
            <w:tcW w:w="1152" w:type="dxa"/>
            <w:vMerge w:val="restart"/>
            <w:shd w:val="clear" w:color="auto" w:fill="FFFFFF"/>
            <w:tcMar>
              <w:top w:w="20" w:type="dxa"/>
              <w:left w:w="20" w:type="dxa"/>
              <w:bottom w:w="20" w:type="dxa"/>
              <w:right w:w="20" w:type="dxa"/>
            </w:tcMar>
          </w:tcPr>
          <w:p w:rsidR="00632ABD" w:rsidRPr="0078123B" w:rsidRDefault="00632ABD" w:rsidP="004F40CF">
            <w:pPr>
              <w:spacing w:after="0" w:line="240" w:lineRule="auto"/>
            </w:pPr>
            <w:r w:rsidRPr="0078123B">
              <w:rPr>
                <w:rFonts w:ascii="Calibri" w:hAnsi="Calibri"/>
                <w:sz w:val="12"/>
              </w:rPr>
              <w:t>SDB1.2. Kendini Düzenleme (Öz Düzenleme Becerisi)</w:t>
            </w:r>
            <w:proofErr w:type="gramStart"/>
            <w:r w:rsidRPr="0078123B">
              <w:rPr>
                <w:rFonts w:ascii="Calibri" w:hAnsi="Calibri"/>
                <w:sz w:val="12"/>
              </w:rPr>
              <w:t>,</w:t>
            </w:r>
            <w:proofErr w:type="gramEnd"/>
            <w:r w:rsidRPr="0078123B">
              <w:rPr>
                <w:rFonts w:ascii="Calibri" w:hAnsi="Calibri"/>
                <w:sz w:val="12"/>
              </w:rPr>
              <w:br/>
              <w:t>SDB2.1. İletişim</w:t>
            </w:r>
            <w:proofErr w:type="gramStart"/>
            <w:r w:rsidRPr="0078123B">
              <w:rPr>
                <w:rFonts w:ascii="Calibri" w:hAnsi="Calibri"/>
                <w:sz w:val="12"/>
              </w:rPr>
              <w:t>,</w:t>
            </w:r>
            <w:proofErr w:type="gramEnd"/>
            <w:r w:rsidRPr="0078123B">
              <w:rPr>
                <w:rFonts w:ascii="Calibri" w:hAnsi="Calibri"/>
                <w:sz w:val="12"/>
              </w:rPr>
              <w:br/>
              <w:t xml:space="preserve">SDB2.2. İş Birliği, </w:t>
            </w:r>
            <w:r w:rsidRPr="0078123B">
              <w:rPr>
                <w:rFonts w:ascii="Calibri" w:hAnsi="Calibri"/>
                <w:sz w:val="12"/>
              </w:rPr>
              <w:br/>
              <w:t>SDB2.3. Sosyal Farkındalık</w:t>
            </w:r>
          </w:p>
        </w:tc>
        <w:tc>
          <w:tcPr>
            <w:tcW w:w="1008" w:type="dxa"/>
            <w:vMerge w:val="restart"/>
            <w:shd w:val="clear" w:color="auto" w:fill="FFFFFF"/>
            <w:tcMar>
              <w:top w:w="20" w:type="dxa"/>
              <w:left w:w="20" w:type="dxa"/>
              <w:bottom w:w="20" w:type="dxa"/>
              <w:right w:w="20" w:type="dxa"/>
            </w:tcMar>
          </w:tcPr>
          <w:p w:rsidR="00632ABD" w:rsidRPr="0078123B" w:rsidRDefault="00632ABD" w:rsidP="004F40CF">
            <w:pPr>
              <w:spacing w:after="0" w:line="240" w:lineRule="auto"/>
            </w:pPr>
            <w:r w:rsidRPr="0078123B">
              <w:rPr>
                <w:rFonts w:ascii="Calibri" w:hAnsi="Calibri"/>
                <w:sz w:val="12"/>
              </w:rPr>
              <w:t>D1. Adalet</w:t>
            </w:r>
            <w:proofErr w:type="gramStart"/>
            <w:r w:rsidRPr="0078123B">
              <w:rPr>
                <w:rFonts w:ascii="Calibri" w:hAnsi="Calibri"/>
                <w:sz w:val="12"/>
              </w:rPr>
              <w:t>,</w:t>
            </w:r>
            <w:proofErr w:type="gramEnd"/>
            <w:r w:rsidRPr="0078123B">
              <w:rPr>
                <w:rFonts w:ascii="Calibri" w:hAnsi="Calibri"/>
                <w:sz w:val="12"/>
              </w:rPr>
              <w:br/>
              <w:t>D5. Duyarlılık</w:t>
            </w:r>
            <w:proofErr w:type="gramStart"/>
            <w:r w:rsidRPr="0078123B">
              <w:rPr>
                <w:rFonts w:ascii="Calibri" w:hAnsi="Calibri"/>
                <w:sz w:val="12"/>
              </w:rPr>
              <w:t>,</w:t>
            </w:r>
            <w:proofErr w:type="gramEnd"/>
            <w:r w:rsidRPr="0078123B">
              <w:rPr>
                <w:rFonts w:ascii="Calibri" w:hAnsi="Calibri"/>
                <w:sz w:val="12"/>
              </w:rPr>
              <w:br/>
              <w:t>D16. Sorumluluk, D19. Vatanseverlik, D20. Yardımseverlik</w:t>
            </w:r>
          </w:p>
        </w:tc>
        <w:tc>
          <w:tcPr>
            <w:tcW w:w="1152" w:type="dxa"/>
            <w:vMerge w:val="restart"/>
            <w:shd w:val="clear" w:color="auto" w:fill="FFFFFF"/>
            <w:tcMar>
              <w:top w:w="20" w:type="dxa"/>
              <w:left w:w="20" w:type="dxa"/>
              <w:bottom w:w="20" w:type="dxa"/>
              <w:right w:w="20" w:type="dxa"/>
            </w:tcMar>
          </w:tcPr>
          <w:p w:rsidR="00632ABD" w:rsidRPr="0078123B" w:rsidRDefault="00632ABD" w:rsidP="004F40CF">
            <w:pPr>
              <w:spacing w:after="0" w:line="240" w:lineRule="auto"/>
            </w:pPr>
            <w:r w:rsidRPr="0078123B">
              <w:rPr>
                <w:rFonts w:ascii="Calibri" w:hAnsi="Calibri"/>
                <w:sz w:val="12"/>
              </w:rPr>
              <w:t>OB1. Bilgi Okuryazarlığı</w:t>
            </w:r>
            <w:proofErr w:type="gramStart"/>
            <w:r w:rsidRPr="0078123B">
              <w:rPr>
                <w:rFonts w:ascii="Calibri" w:hAnsi="Calibri"/>
                <w:sz w:val="12"/>
              </w:rPr>
              <w:t>,</w:t>
            </w:r>
            <w:proofErr w:type="gramEnd"/>
            <w:r w:rsidRPr="0078123B">
              <w:rPr>
                <w:rFonts w:ascii="Calibri" w:hAnsi="Calibri"/>
                <w:sz w:val="12"/>
              </w:rPr>
              <w:br/>
              <w:t>OB2. Dijital Okuryazarlık</w:t>
            </w:r>
            <w:proofErr w:type="gramStart"/>
            <w:r w:rsidRPr="0078123B">
              <w:rPr>
                <w:rFonts w:ascii="Calibri" w:hAnsi="Calibri"/>
                <w:sz w:val="12"/>
              </w:rPr>
              <w:t>,</w:t>
            </w:r>
            <w:proofErr w:type="gramEnd"/>
            <w:r w:rsidRPr="0078123B">
              <w:rPr>
                <w:rFonts w:ascii="Calibri" w:hAnsi="Calibri"/>
                <w:sz w:val="12"/>
              </w:rPr>
              <w:br/>
              <w:t>OB4. Görsel Okuryazarlık</w:t>
            </w:r>
            <w:proofErr w:type="gramStart"/>
            <w:r w:rsidRPr="0078123B">
              <w:rPr>
                <w:rFonts w:ascii="Calibri" w:hAnsi="Calibri"/>
                <w:sz w:val="12"/>
              </w:rPr>
              <w:t>,</w:t>
            </w:r>
            <w:proofErr w:type="gramEnd"/>
            <w:r w:rsidRPr="0078123B">
              <w:rPr>
                <w:rFonts w:ascii="Calibri" w:hAnsi="Calibri"/>
                <w:sz w:val="12"/>
              </w:rPr>
              <w:br/>
              <w:t>OB6. Vatandaşlık Okuryazarlığı</w:t>
            </w:r>
          </w:p>
        </w:tc>
        <w:tc>
          <w:tcPr>
            <w:tcW w:w="1008" w:type="dxa"/>
            <w:gridSpan w:val="2"/>
            <w:vMerge w:val="restart"/>
            <w:shd w:val="clear" w:color="auto" w:fill="FFFFFF"/>
            <w:tcMar>
              <w:top w:w="20" w:type="dxa"/>
              <w:left w:w="20" w:type="dxa"/>
              <w:bottom w:w="20" w:type="dxa"/>
              <w:right w:w="20" w:type="dxa"/>
            </w:tcMar>
          </w:tcPr>
          <w:p w:rsidR="00632ABD" w:rsidRPr="0078123B" w:rsidRDefault="00632ABD" w:rsidP="004F40CF">
            <w:pPr>
              <w:spacing w:after="0" w:line="240" w:lineRule="auto"/>
            </w:pPr>
          </w:p>
        </w:tc>
        <w:tc>
          <w:tcPr>
            <w:tcW w:w="1298" w:type="dxa"/>
            <w:vMerge w:val="restart"/>
            <w:shd w:val="clear" w:color="auto" w:fill="FFFFFF"/>
            <w:tcMar>
              <w:top w:w="20" w:type="dxa"/>
              <w:left w:w="20" w:type="dxa"/>
              <w:bottom w:w="20" w:type="dxa"/>
              <w:right w:w="20" w:type="dxa"/>
            </w:tcMar>
          </w:tcPr>
          <w:p w:rsidR="00632ABD" w:rsidRPr="0078123B" w:rsidRDefault="00632ABD" w:rsidP="004F40CF">
            <w:pPr>
              <w:spacing w:after="0" w:line="240" w:lineRule="auto"/>
            </w:pPr>
          </w:p>
        </w:tc>
        <w:tc>
          <w:tcPr>
            <w:tcW w:w="1224" w:type="dxa"/>
            <w:vMerge w:val="restart"/>
            <w:shd w:val="clear" w:color="auto" w:fill="FFFFFF"/>
            <w:tcMar>
              <w:top w:w="20" w:type="dxa"/>
              <w:left w:w="20" w:type="dxa"/>
              <w:bottom w:w="20" w:type="dxa"/>
              <w:right w:w="20" w:type="dxa"/>
            </w:tcMar>
          </w:tcPr>
          <w:p w:rsidR="00632ABD" w:rsidRPr="0078123B" w:rsidRDefault="00632ABD" w:rsidP="004F40CF">
            <w:pPr>
              <w:spacing w:after="0" w:line="240" w:lineRule="auto"/>
            </w:pPr>
          </w:p>
        </w:tc>
      </w:tr>
      <w:tr w:rsidR="00632ABD" w:rsidRPr="0078123B" w:rsidTr="00BB3EAB">
        <w:tblPrEx>
          <w:tblCellMar>
            <w:left w:w="108" w:type="dxa"/>
            <w:right w:w="108" w:type="dxa"/>
          </w:tblCellMar>
          <w:tblLook w:val="04A0"/>
        </w:tblPrEx>
        <w:trPr>
          <w:gridAfter w:val="1"/>
          <w:wAfter w:w="10" w:type="dxa"/>
          <w:trHeight w:val="274"/>
          <w:jc w:val="center"/>
        </w:trPr>
        <w:tc>
          <w:tcPr>
            <w:tcW w:w="792" w:type="dxa"/>
            <w:vMerge/>
            <w:shd w:val="clear" w:color="auto" w:fill="FFFFFF"/>
            <w:tcMar>
              <w:top w:w="20" w:type="dxa"/>
              <w:left w:w="20" w:type="dxa"/>
              <w:bottom w:w="20" w:type="dxa"/>
              <w:right w:w="20" w:type="dxa"/>
            </w:tcMar>
          </w:tcPr>
          <w:p w:rsidR="00632ABD" w:rsidRDefault="00632ABD" w:rsidP="004F40CF">
            <w:pPr>
              <w:spacing w:after="0" w:line="240" w:lineRule="auto"/>
              <w:jc w:val="center"/>
              <w:rPr>
                <w:rFonts w:ascii="Calibri" w:hAnsi="Calibri"/>
                <w:sz w:val="12"/>
              </w:rPr>
            </w:pPr>
          </w:p>
        </w:tc>
        <w:tc>
          <w:tcPr>
            <w:tcW w:w="1008" w:type="dxa"/>
            <w:vMerge/>
            <w:shd w:val="clear" w:color="auto" w:fill="FFFFFF"/>
            <w:tcMar>
              <w:top w:w="20" w:type="dxa"/>
              <w:left w:w="20" w:type="dxa"/>
              <w:bottom w:w="20" w:type="dxa"/>
              <w:right w:w="20" w:type="dxa"/>
            </w:tcMar>
          </w:tcPr>
          <w:p w:rsidR="00632ABD" w:rsidRPr="0078123B" w:rsidRDefault="00632ABD" w:rsidP="004F40CF">
            <w:pPr>
              <w:spacing w:after="0" w:line="240" w:lineRule="auto"/>
              <w:jc w:val="center"/>
              <w:rPr>
                <w:rFonts w:ascii="Calibri" w:hAnsi="Calibri"/>
                <w:sz w:val="12"/>
              </w:rPr>
            </w:pPr>
          </w:p>
        </w:tc>
        <w:tc>
          <w:tcPr>
            <w:tcW w:w="652" w:type="dxa"/>
            <w:shd w:val="clear" w:color="auto" w:fill="CCFFFF"/>
            <w:tcMar>
              <w:top w:w="20" w:type="dxa"/>
              <w:left w:w="20" w:type="dxa"/>
              <w:bottom w:w="20" w:type="dxa"/>
              <w:right w:w="20" w:type="dxa"/>
            </w:tcMar>
          </w:tcPr>
          <w:p w:rsidR="00632ABD" w:rsidRPr="0078123B" w:rsidRDefault="00632ABD" w:rsidP="004F40CF">
            <w:pPr>
              <w:spacing w:after="0" w:line="240" w:lineRule="auto"/>
              <w:jc w:val="center"/>
              <w:rPr>
                <w:rFonts w:ascii="Calibri" w:hAnsi="Calibri"/>
                <w:sz w:val="12"/>
              </w:rPr>
            </w:pPr>
            <w:r>
              <w:rPr>
                <w:rFonts w:ascii="Calibri" w:hAnsi="Calibri"/>
                <w:sz w:val="12"/>
              </w:rPr>
              <w:t>1*</w:t>
            </w:r>
          </w:p>
        </w:tc>
        <w:tc>
          <w:tcPr>
            <w:tcW w:w="5544" w:type="dxa"/>
            <w:gridSpan w:val="5"/>
            <w:shd w:val="clear" w:color="auto" w:fill="CCFFFF"/>
            <w:tcMar>
              <w:top w:w="20" w:type="dxa"/>
              <w:left w:w="20" w:type="dxa"/>
              <w:bottom w:w="20" w:type="dxa"/>
              <w:right w:w="20" w:type="dxa"/>
            </w:tcMar>
          </w:tcPr>
          <w:p w:rsidR="00632ABD" w:rsidRPr="00632ABD" w:rsidRDefault="00632ABD" w:rsidP="00632ABD">
            <w:pPr>
              <w:spacing w:after="0" w:line="240" w:lineRule="auto"/>
              <w:jc w:val="center"/>
              <w:rPr>
                <w:rFonts w:ascii="Calibri" w:hAnsi="Calibri"/>
                <w:sz w:val="12"/>
              </w:rPr>
            </w:pPr>
            <w:r w:rsidRPr="00632ABD">
              <w:rPr>
                <w:rFonts w:ascii="Calibri" w:hAnsi="Calibri"/>
                <w:b/>
                <w:sz w:val="12"/>
              </w:rPr>
              <w:t>*OKUL TEMELİ PLANLAMA</w:t>
            </w:r>
            <w:r w:rsidRPr="00632ABD">
              <w:rPr>
                <w:rFonts w:ascii="Calibri" w:hAnsi="Calibri"/>
                <w:sz w:val="12"/>
              </w:rPr>
              <w:t xml:space="preserve"> - </w:t>
            </w:r>
            <w:proofErr w:type="spellStart"/>
            <w:r w:rsidRPr="00632ABD">
              <w:rPr>
                <w:rFonts w:ascii="Calibri" w:hAnsi="Calibri"/>
                <w:sz w:val="12"/>
              </w:rPr>
              <w:t>Etkin</w:t>
            </w:r>
            <w:proofErr w:type="spellEnd"/>
            <w:r w:rsidRPr="00632ABD">
              <w:rPr>
                <w:rFonts w:ascii="Calibri" w:hAnsi="Calibri"/>
                <w:sz w:val="12"/>
              </w:rPr>
              <w:t xml:space="preserve"> </w:t>
            </w:r>
            <w:proofErr w:type="spellStart"/>
            <w:r w:rsidRPr="00632ABD">
              <w:rPr>
                <w:rFonts w:ascii="Calibri" w:hAnsi="Calibri"/>
                <w:sz w:val="12"/>
              </w:rPr>
              <w:t>Bir</w:t>
            </w:r>
            <w:proofErr w:type="spellEnd"/>
            <w:r w:rsidRPr="00632ABD">
              <w:rPr>
                <w:rFonts w:ascii="Calibri" w:hAnsi="Calibri"/>
                <w:sz w:val="12"/>
              </w:rPr>
              <w:t xml:space="preserve"> </w:t>
            </w:r>
            <w:proofErr w:type="spellStart"/>
            <w:r w:rsidRPr="00632ABD">
              <w:rPr>
                <w:rFonts w:ascii="Calibri" w:hAnsi="Calibri"/>
                <w:sz w:val="12"/>
              </w:rPr>
              <w:t>Vatandaşım</w:t>
            </w:r>
            <w:proofErr w:type="spellEnd"/>
          </w:p>
          <w:p w:rsidR="00632ABD" w:rsidRPr="0078123B" w:rsidRDefault="00632ABD" w:rsidP="00632ABD">
            <w:pPr>
              <w:spacing w:after="0" w:line="240" w:lineRule="auto"/>
              <w:jc w:val="center"/>
              <w:rPr>
                <w:rFonts w:ascii="Calibri" w:hAnsi="Calibri"/>
                <w:sz w:val="12"/>
              </w:rPr>
            </w:pPr>
            <w:r w:rsidRPr="00632ABD">
              <w:rPr>
                <w:rFonts w:ascii="Calibri" w:hAnsi="Calibri"/>
                <w:sz w:val="12"/>
              </w:rPr>
              <w:t>(</w:t>
            </w:r>
            <w:proofErr w:type="spellStart"/>
            <w:r w:rsidRPr="00632ABD">
              <w:rPr>
                <w:rFonts w:ascii="Calibri" w:hAnsi="Calibri"/>
                <w:sz w:val="12"/>
              </w:rPr>
              <w:t>Öğrenciler</w:t>
            </w:r>
            <w:proofErr w:type="spellEnd"/>
            <w:r w:rsidRPr="00632ABD">
              <w:rPr>
                <w:rFonts w:ascii="Calibri" w:hAnsi="Calibri"/>
                <w:sz w:val="12"/>
              </w:rPr>
              <w:t xml:space="preserve"> </w:t>
            </w:r>
            <w:proofErr w:type="spellStart"/>
            <w:r w:rsidRPr="00632ABD">
              <w:rPr>
                <w:rFonts w:ascii="Calibri" w:hAnsi="Calibri"/>
                <w:sz w:val="12"/>
              </w:rPr>
              <w:t>iki</w:t>
            </w:r>
            <w:proofErr w:type="spellEnd"/>
            <w:r w:rsidRPr="00632ABD">
              <w:rPr>
                <w:rFonts w:ascii="Calibri" w:hAnsi="Calibri"/>
                <w:sz w:val="12"/>
              </w:rPr>
              <w:t xml:space="preserve"> </w:t>
            </w:r>
            <w:proofErr w:type="spellStart"/>
            <w:r w:rsidRPr="00632ABD">
              <w:rPr>
                <w:rFonts w:ascii="Calibri" w:hAnsi="Calibri"/>
                <w:sz w:val="12"/>
              </w:rPr>
              <w:t>gruba</w:t>
            </w:r>
            <w:proofErr w:type="spellEnd"/>
            <w:r w:rsidRPr="00632ABD">
              <w:rPr>
                <w:rFonts w:ascii="Calibri" w:hAnsi="Calibri"/>
                <w:sz w:val="12"/>
              </w:rPr>
              <w:t xml:space="preserve"> </w:t>
            </w:r>
            <w:proofErr w:type="spellStart"/>
            <w:r w:rsidRPr="00632ABD">
              <w:rPr>
                <w:rFonts w:ascii="Calibri" w:hAnsi="Calibri"/>
                <w:sz w:val="12"/>
              </w:rPr>
              <w:t>ayrılır</w:t>
            </w:r>
            <w:proofErr w:type="spellEnd"/>
            <w:r w:rsidRPr="00632ABD">
              <w:rPr>
                <w:rFonts w:ascii="Calibri" w:hAnsi="Calibri"/>
                <w:sz w:val="12"/>
              </w:rPr>
              <w:t xml:space="preserve">, </w:t>
            </w:r>
            <w:proofErr w:type="spellStart"/>
            <w:r w:rsidRPr="00632ABD">
              <w:rPr>
                <w:rFonts w:ascii="Calibri" w:hAnsi="Calibri"/>
                <w:sz w:val="12"/>
              </w:rPr>
              <w:t>Etkin</w:t>
            </w:r>
            <w:proofErr w:type="spellEnd"/>
            <w:r w:rsidRPr="00632ABD">
              <w:rPr>
                <w:rFonts w:ascii="Calibri" w:hAnsi="Calibri"/>
                <w:sz w:val="12"/>
              </w:rPr>
              <w:t xml:space="preserve"> </w:t>
            </w:r>
            <w:proofErr w:type="spellStart"/>
            <w:r w:rsidRPr="00632ABD">
              <w:rPr>
                <w:rFonts w:ascii="Calibri" w:hAnsi="Calibri"/>
                <w:sz w:val="12"/>
              </w:rPr>
              <w:t>vatandaş</w:t>
            </w:r>
            <w:proofErr w:type="spellEnd"/>
            <w:r w:rsidRPr="00632ABD">
              <w:rPr>
                <w:rFonts w:ascii="Calibri" w:hAnsi="Calibri"/>
                <w:sz w:val="12"/>
              </w:rPr>
              <w:t xml:space="preserve"> </w:t>
            </w:r>
            <w:proofErr w:type="spellStart"/>
            <w:r w:rsidRPr="00632ABD">
              <w:rPr>
                <w:rFonts w:ascii="Calibri" w:hAnsi="Calibri"/>
                <w:sz w:val="12"/>
              </w:rPr>
              <w:t>ve</w:t>
            </w:r>
            <w:proofErr w:type="spellEnd"/>
            <w:r w:rsidRPr="00632ABD">
              <w:rPr>
                <w:rFonts w:ascii="Calibri" w:hAnsi="Calibri"/>
                <w:sz w:val="12"/>
              </w:rPr>
              <w:t xml:space="preserve"> </w:t>
            </w:r>
            <w:proofErr w:type="spellStart"/>
            <w:r w:rsidRPr="00632ABD">
              <w:rPr>
                <w:rFonts w:ascii="Calibri" w:hAnsi="Calibri"/>
                <w:sz w:val="12"/>
              </w:rPr>
              <w:t>etkin</w:t>
            </w:r>
            <w:proofErr w:type="spellEnd"/>
            <w:r w:rsidRPr="00632ABD">
              <w:rPr>
                <w:rFonts w:ascii="Calibri" w:hAnsi="Calibri"/>
                <w:sz w:val="12"/>
              </w:rPr>
              <w:t xml:space="preserve"> </w:t>
            </w:r>
            <w:proofErr w:type="spellStart"/>
            <w:r w:rsidRPr="00632ABD">
              <w:rPr>
                <w:rFonts w:ascii="Calibri" w:hAnsi="Calibri"/>
                <w:sz w:val="12"/>
              </w:rPr>
              <w:t>olmayan</w:t>
            </w:r>
            <w:proofErr w:type="spellEnd"/>
            <w:r w:rsidRPr="00632ABD">
              <w:rPr>
                <w:rFonts w:ascii="Calibri" w:hAnsi="Calibri"/>
                <w:sz w:val="12"/>
              </w:rPr>
              <w:t xml:space="preserve"> </w:t>
            </w:r>
            <w:proofErr w:type="spellStart"/>
            <w:r w:rsidRPr="00632ABD">
              <w:rPr>
                <w:rFonts w:ascii="Calibri" w:hAnsi="Calibri"/>
                <w:sz w:val="12"/>
              </w:rPr>
              <w:t>vatandaş</w:t>
            </w:r>
            <w:proofErr w:type="spellEnd"/>
            <w:r w:rsidRPr="00632ABD">
              <w:rPr>
                <w:rFonts w:ascii="Calibri" w:hAnsi="Calibri"/>
                <w:sz w:val="12"/>
              </w:rPr>
              <w:t xml:space="preserve"> </w:t>
            </w:r>
            <w:proofErr w:type="spellStart"/>
            <w:r w:rsidRPr="00632ABD">
              <w:rPr>
                <w:rFonts w:ascii="Calibri" w:hAnsi="Calibri"/>
                <w:sz w:val="12"/>
              </w:rPr>
              <w:t>rolleri</w:t>
            </w:r>
            <w:proofErr w:type="spellEnd"/>
            <w:r w:rsidRPr="00632ABD">
              <w:rPr>
                <w:rFonts w:ascii="Calibri" w:hAnsi="Calibri"/>
                <w:sz w:val="12"/>
              </w:rPr>
              <w:t xml:space="preserve"> </w:t>
            </w:r>
            <w:proofErr w:type="spellStart"/>
            <w:r w:rsidRPr="00632ABD">
              <w:rPr>
                <w:rFonts w:ascii="Calibri" w:hAnsi="Calibri"/>
                <w:sz w:val="12"/>
              </w:rPr>
              <w:t>canlandırılır</w:t>
            </w:r>
            <w:proofErr w:type="spellEnd"/>
            <w:r w:rsidRPr="00632ABD">
              <w:rPr>
                <w:rFonts w:ascii="Calibri" w:hAnsi="Calibri"/>
                <w:sz w:val="12"/>
              </w:rPr>
              <w:t>)</w:t>
            </w:r>
          </w:p>
        </w:tc>
        <w:tc>
          <w:tcPr>
            <w:tcW w:w="1228" w:type="dxa"/>
            <w:gridSpan w:val="2"/>
            <w:vMerge/>
            <w:shd w:val="clear" w:color="auto" w:fill="FFFFFF"/>
            <w:tcMar>
              <w:top w:w="20" w:type="dxa"/>
              <w:left w:w="20" w:type="dxa"/>
              <w:bottom w:w="20" w:type="dxa"/>
              <w:right w:w="20" w:type="dxa"/>
            </w:tcMar>
          </w:tcPr>
          <w:p w:rsidR="00632ABD" w:rsidRPr="0078123B" w:rsidRDefault="00632ABD" w:rsidP="004F40CF">
            <w:pPr>
              <w:spacing w:after="0" w:line="240" w:lineRule="auto"/>
              <w:rPr>
                <w:rFonts w:ascii="Calibri" w:hAnsi="Calibri"/>
                <w:sz w:val="12"/>
              </w:rPr>
            </w:pPr>
          </w:p>
        </w:tc>
        <w:tc>
          <w:tcPr>
            <w:tcW w:w="1152" w:type="dxa"/>
            <w:vMerge/>
            <w:shd w:val="clear" w:color="auto" w:fill="FFFFFF"/>
            <w:tcMar>
              <w:top w:w="20" w:type="dxa"/>
              <w:left w:w="20" w:type="dxa"/>
              <w:bottom w:w="20" w:type="dxa"/>
              <w:right w:w="20" w:type="dxa"/>
            </w:tcMar>
          </w:tcPr>
          <w:p w:rsidR="00632ABD" w:rsidRPr="0078123B" w:rsidRDefault="00632ABD" w:rsidP="004F40CF">
            <w:pPr>
              <w:spacing w:after="0" w:line="240" w:lineRule="auto"/>
              <w:rPr>
                <w:rFonts w:ascii="Calibri" w:hAnsi="Calibri"/>
                <w:sz w:val="12"/>
              </w:rPr>
            </w:pPr>
          </w:p>
        </w:tc>
        <w:tc>
          <w:tcPr>
            <w:tcW w:w="1008" w:type="dxa"/>
            <w:vMerge/>
            <w:shd w:val="clear" w:color="auto" w:fill="FFFFFF"/>
            <w:tcMar>
              <w:top w:w="20" w:type="dxa"/>
              <w:left w:w="20" w:type="dxa"/>
              <w:bottom w:w="20" w:type="dxa"/>
              <w:right w:w="20" w:type="dxa"/>
            </w:tcMar>
          </w:tcPr>
          <w:p w:rsidR="00632ABD" w:rsidRPr="0078123B" w:rsidRDefault="00632ABD" w:rsidP="004F40CF">
            <w:pPr>
              <w:spacing w:after="0" w:line="240" w:lineRule="auto"/>
              <w:rPr>
                <w:rFonts w:ascii="Calibri" w:hAnsi="Calibri"/>
                <w:sz w:val="12"/>
              </w:rPr>
            </w:pPr>
          </w:p>
        </w:tc>
        <w:tc>
          <w:tcPr>
            <w:tcW w:w="1152" w:type="dxa"/>
            <w:vMerge/>
            <w:shd w:val="clear" w:color="auto" w:fill="FFFFFF"/>
            <w:tcMar>
              <w:top w:w="20" w:type="dxa"/>
              <w:left w:w="20" w:type="dxa"/>
              <w:bottom w:w="20" w:type="dxa"/>
              <w:right w:w="20" w:type="dxa"/>
            </w:tcMar>
          </w:tcPr>
          <w:p w:rsidR="00632ABD" w:rsidRPr="0078123B" w:rsidRDefault="00632ABD" w:rsidP="004F40CF">
            <w:pPr>
              <w:spacing w:after="0" w:line="240" w:lineRule="auto"/>
              <w:rPr>
                <w:rFonts w:ascii="Calibri" w:hAnsi="Calibri"/>
                <w:sz w:val="12"/>
              </w:rPr>
            </w:pPr>
          </w:p>
        </w:tc>
        <w:tc>
          <w:tcPr>
            <w:tcW w:w="1008" w:type="dxa"/>
            <w:gridSpan w:val="2"/>
            <w:vMerge/>
            <w:shd w:val="clear" w:color="auto" w:fill="FFFFFF"/>
            <w:tcMar>
              <w:top w:w="20" w:type="dxa"/>
              <w:left w:w="20" w:type="dxa"/>
              <w:bottom w:w="20" w:type="dxa"/>
              <w:right w:w="20" w:type="dxa"/>
            </w:tcMar>
          </w:tcPr>
          <w:p w:rsidR="00632ABD" w:rsidRPr="0078123B" w:rsidRDefault="00632ABD" w:rsidP="004F40CF">
            <w:pPr>
              <w:spacing w:after="0" w:line="240" w:lineRule="auto"/>
            </w:pPr>
          </w:p>
        </w:tc>
        <w:tc>
          <w:tcPr>
            <w:tcW w:w="1298" w:type="dxa"/>
            <w:vMerge/>
            <w:shd w:val="clear" w:color="auto" w:fill="FFFFFF"/>
            <w:tcMar>
              <w:top w:w="20" w:type="dxa"/>
              <w:left w:w="20" w:type="dxa"/>
              <w:bottom w:w="20" w:type="dxa"/>
              <w:right w:w="20" w:type="dxa"/>
            </w:tcMar>
          </w:tcPr>
          <w:p w:rsidR="00632ABD" w:rsidRPr="0078123B" w:rsidRDefault="00632ABD" w:rsidP="004F40CF">
            <w:pPr>
              <w:spacing w:after="0" w:line="240" w:lineRule="auto"/>
            </w:pPr>
          </w:p>
        </w:tc>
        <w:tc>
          <w:tcPr>
            <w:tcW w:w="1224" w:type="dxa"/>
            <w:vMerge/>
            <w:shd w:val="clear" w:color="auto" w:fill="FFFFFF"/>
            <w:tcMar>
              <w:top w:w="20" w:type="dxa"/>
              <w:left w:w="20" w:type="dxa"/>
              <w:bottom w:w="20" w:type="dxa"/>
              <w:right w:w="20" w:type="dxa"/>
            </w:tcMar>
          </w:tcPr>
          <w:p w:rsidR="00632ABD" w:rsidRPr="0078123B" w:rsidRDefault="00632ABD" w:rsidP="004F40CF">
            <w:pPr>
              <w:spacing w:after="0" w:line="240" w:lineRule="auto"/>
            </w:pPr>
          </w:p>
        </w:tc>
      </w:tr>
      <w:tr w:rsidR="004B538E" w:rsidRPr="0078123B" w:rsidTr="008E6D36">
        <w:tblPrEx>
          <w:tblCellMar>
            <w:left w:w="108" w:type="dxa"/>
            <w:right w:w="108" w:type="dxa"/>
          </w:tblCellMar>
          <w:tblLook w:val="04A0"/>
        </w:tblPrEx>
        <w:trPr>
          <w:gridAfter w:val="1"/>
          <w:wAfter w:w="10" w:type="dxa"/>
          <w:jc w:val="center"/>
        </w:trPr>
        <w:tc>
          <w:tcPr>
            <w:tcW w:w="16066" w:type="dxa"/>
            <w:gridSpan w:val="17"/>
            <w:shd w:val="clear" w:color="auto" w:fill="FEF3C7"/>
            <w:tcMar>
              <w:top w:w="30" w:type="dxa"/>
              <w:left w:w="30" w:type="dxa"/>
              <w:bottom w:w="30" w:type="dxa"/>
              <w:right w:w="30" w:type="dxa"/>
            </w:tcMar>
            <w:vAlign w:val="center"/>
          </w:tcPr>
          <w:p w:rsidR="004B538E" w:rsidRPr="00840F5E" w:rsidRDefault="004B538E">
            <w:pPr>
              <w:jc w:val="center"/>
              <w:rPr>
                <w:rFonts w:ascii="Calibri" w:hAnsi="Calibri"/>
                <w:color w:val="000000"/>
                <w:sz w:val="16"/>
                <w:szCs w:val="16"/>
              </w:rPr>
            </w:pPr>
            <w:r w:rsidRPr="00840F5E">
              <w:rPr>
                <w:rFonts w:ascii="Calibri" w:hAnsi="Calibri"/>
                <w:color w:val="000000"/>
                <w:sz w:val="16"/>
                <w:szCs w:val="16"/>
              </w:rPr>
              <w:t>RAMAZAN BAYRAMI (8-9-10 VE 11 MART 2027)</w:t>
            </w:r>
          </w:p>
        </w:tc>
      </w:tr>
      <w:tr w:rsidR="004B538E" w:rsidRPr="0078123B" w:rsidTr="00F94DC0">
        <w:tblPrEx>
          <w:tblCellMar>
            <w:left w:w="108" w:type="dxa"/>
            <w:right w:w="108" w:type="dxa"/>
          </w:tblCellMar>
          <w:tblLook w:val="04A0"/>
        </w:tblPrEx>
        <w:trPr>
          <w:gridAfter w:val="1"/>
          <w:wAfter w:w="10" w:type="dxa"/>
          <w:jc w:val="center"/>
        </w:trPr>
        <w:tc>
          <w:tcPr>
            <w:tcW w:w="16066" w:type="dxa"/>
            <w:gridSpan w:val="17"/>
            <w:shd w:val="clear" w:color="auto" w:fill="CCFF99"/>
            <w:tcMar>
              <w:top w:w="30" w:type="dxa"/>
              <w:left w:w="30" w:type="dxa"/>
              <w:bottom w:w="30" w:type="dxa"/>
              <w:right w:w="30" w:type="dxa"/>
            </w:tcMar>
            <w:vAlign w:val="center"/>
          </w:tcPr>
          <w:p w:rsidR="004B538E" w:rsidRPr="00840F5E" w:rsidRDefault="004B538E">
            <w:pPr>
              <w:jc w:val="center"/>
              <w:rPr>
                <w:rFonts w:ascii="Calibri" w:hAnsi="Calibri"/>
                <w:b/>
                <w:color w:val="000000"/>
                <w:sz w:val="16"/>
                <w:szCs w:val="16"/>
              </w:rPr>
            </w:pPr>
            <w:r w:rsidRPr="00840F5E">
              <w:rPr>
                <w:rFonts w:ascii="Calibri" w:hAnsi="Calibri"/>
                <w:b/>
                <w:color w:val="000000"/>
                <w:sz w:val="16"/>
                <w:szCs w:val="16"/>
              </w:rPr>
              <w:t>2. DÖNEM ARA TATİLİ: 8-12 MART 2027</w:t>
            </w:r>
          </w:p>
        </w:tc>
      </w:tr>
      <w:tr w:rsidR="00065AF5" w:rsidRPr="0078123B" w:rsidTr="008E6D36">
        <w:tblPrEx>
          <w:tblCellMar>
            <w:left w:w="108" w:type="dxa"/>
            <w:right w:w="108" w:type="dxa"/>
          </w:tblCellMar>
          <w:tblLook w:val="04A0"/>
        </w:tblPrEx>
        <w:trPr>
          <w:gridAfter w:val="1"/>
          <w:wAfter w:w="10" w:type="dxa"/>
          <w:jc w:val="center"/>
        </w:trPr>
        <w:tc>
          <w:tcPr>
            <w:tcW w:w="792" w:type="dxa"/>
            <w:shd w:val="clear" w:color="auto" w:fill="F8FAFC"/>
            <w:tcMar>
              <w:top w:w="20" w:type="dxa"/>
              <w:left w:w="20" w:type="dxa"/>
              <w:bottom w:w="20" w:type="dxa"/>
              <w:right w:w="20" w:type="dxa"/>
            </w:tcMar>
          </w:tcPr>
          <w:p w:rsidR="00065AF5" w:rsidRPr="0078123B" w:rsidRDefault="00065AF5" w:rsidP="004F40CF">
            <w:pPr>
              <w:spacing w:after="0" w:line="240" w:lineRule="auto"/>
              <w:jc w:val="center"/>
            </w:pPr>
            <w:r>
              <w:rPr>
                <w:rFonts w:ascii="Calibri" w:hAnsi="Calibri"/>
                <w:sz w:val="12"/>
              </w:rPr>
              <w:t>MART</w:t>
            </w:r>
          </w:p>
        </w:tc>
        <w:tc>
          <w:tcPr>
            <w:tcW w:w="1008" w:type="dxa"/>
            <w:shd w:val="clear" w:color="auto" w:fill="F8FAFC"/>
            <w:tcMar>
              <w:top w:w="20" w:type="dxa"/>
              <w:left w:w="20" w:type="dxa"/>
              <w:bottom w:w="20" w:type="dxa"/>
              <w:right w:w="20" w:type="dxa"/>
            </w:tcMar>
          </w:tcPr>
          <w:p w:rsidR="00065AF5" w:rsidRPr="0078123B" w:rsidRDefault="00065AF5" w:rsidP="004F40CF">
            <w:pPr>
              <w:spacing w:after="0" w:line="240" w:lineRule="auto"/>
              <w:jc w:val="center"/>
            </w:pPr>
            <w:r>
              <w:rPr>
                <w:rFonts w:ascii="Calibri" w:hAnsi="Calibri"/>
                <w:sz w:val="12"/>
              </w:rPr>
              <w:t>23</w:t>
            </w:r>
            <w:r w:rsidRPr="0078123B">
              <w:rPr>
                <w:rFonts w:ascii="Calibri" w:hAnsi="Calibri"/>
                <w:sz w:val="12"/>
              </w:rPr>
              <w:t>. Hafta 15-19 Mart</w:t>
            </w:r>
          </w:p>
        </w:tc>
        <w:tc>
          <w:tcPr>
            <w:tcW w:w="652" w:type="dxa"/>
            <w:shd w:val="clear" w:color="auto" w:fill="F8FAFC"/>
            <w:tcMar>
              <w:top w:w="20" w:type="dxa"/>
              <w:left w:w="20" w:type="dxa"/>
              <w:bottom w:w="20" w:type="dxa"/>
              <w:right w:w="20" w:type="dxa"/>
            </w:tcMar>
          </w:tcPr>
          <w:p w:rsidR="00065AF5" w:rsidRPr="0078123B" w:rsidRDefault="00065AF5" w:rsidP="004F40CF">
            <w:pPr>
              <w:spacing w:after="0" w:line="240" w:lineRule="auto"/>
              <w:jc w:val="center"/>
            </w:pPr>
            <w:r w:rsidRPr="0078123B">
              <w:rPr>
                <w:rFonts w:ascii="Calibri" w:hAnsi="Calibri"/>
                <w:sz w:val="12"/>
              </w:rPr>
              <w:t>3</w:t>
            </w:r>
          </w:p>
        </w:tc>
        <w:tc>
          <w:tcPr>
            <w:tcW w:w="1152" w:type="dxa"/>
            <w:shd w:val="clear" w:color="auto" w:fill="F8FAFC"/>
            <w:tcMar>
              <w:top w:w="20" w:type="dxa"/>
              <w:left w:w="20" w:type="dxa"/>
              <w:bottom w:w="20" w:type="dxa"/>
              <w:right w:w="20" w:type="dxa"/>
            </w:tcMar>
          </w:tcPr>
          <w:p w:rsidR="00065AF5" w:rsidRPr="0078123B" w:rsidRDefault="00065AF5" w:rsidP="004F40CF">
            <w:pPr>
              <w:spacing w:after="0" w:line="240" w:lineRule="auto"/>
            </w:pPr>
            <w:r w:rsidRPr="0078123B">
              <w:rPr>
                <w:rFonts w:ascii="Calibri" w:hAnsi="Calibri"/>
                <w:sz w:val="12"/>
              </w:rPr>
              <w:t>YAŞAYAN DEMOKRASİMİZ</w:t>
            </w:r>
          </w:p>
        </w:tc>
        <w:tc>
          <w:tcPr>
            <w:tcW w:w="1224" w:type="dxa"/>
            <w:shd w:val="clear" w:color="auto" w:fill="F8FAFC"/>
            <w:tcMar>
              <w:top w:w="20" w:type="dxa"/>
              <w:left w:w="20" w:type="dxa"/>
              <w:bottom w:w="20" w:type="dxa"/>
              <w:right w:w="20" w:type="dxa"/>
            </w:tcMar>
          </w:tcPr>
          <w:p w:rsidR="00065AF5" w:rsidRPr="0078123B" w:rsidRDefault="00065AF5" w:rsidP="004F40CF">
            <w:pPr>
              <w:spacing w:after="0" w:line="240" w:lineRule="auto"/>
            </w:pPr>
            <w:r w:rsidRPr="0078123B">
              <w:rPr>
                <w:rFonts w:ascii="Calibri" w:hAnsi="Calibri"/>
                <w:sz w:val="12"/>
              </w:rPr>
              <w:t>Etkin Vatandaşın Özellikleri ve Önemi</w:t>
            </w:r>
          </w:p>
        </w:tc>
        <w:tc>
          <w:tcPr>
            <w:tcW w:w="1512" w:type="dxa"/>
            <w:gridSpan w:val="2"/>
            <w:shd w:val="clear" w:color="auto" w:fill="F8FAFC"/>
            <w:tcMar>
              <w:top w:w="20" w:type="dxa"/>
              <w:left w:w="20" w:type="dxa"/>
              <w:bottom w:w="20" w:type="dxa"/>
              <w:right w:w="20" w:type="dxa"/>
            </w:tcMar>
          </w:tcPr>
          <w:p w:rsidR="00065AF5" w:rsidRPr="0078123B" w:rsidRDefault="00065AF5" w:rsidP="004F40CF">
            <w:pPr>
              <w:spacing w:after="0" w:line="240" w:lineRule="auto"/>
            </w:pPr>
            <w:r w:rsidRPr="0078123B">
              <w:rPr>
                <w:rFonts w:ascii="Calibri" w:hAnsi="Calibri"/>
                <w:sz w:val="12"/>
              </w:rPr>
              <w:t>SB.5.4.2. Toplum düzenine etkisi bakımından etkin vatandaş olmanın önemine yönelik</w:t>
            </w:r>
            <w:r w:rsidRPr="0078123B">
              <w:rPr>
                <w:rFonts w:ascii="Calibri" w:hAnsi="Calibri"/>
                <w:sz w:val="12"/>
              </w:rPr>
              <w:br/>
              <w:t>çıkarımda bulunabilme</w:t>
            </w:r>
          </w:p>
        </w:tc>
        <w:tc>
          <w:tcPr>
            <w:tcW w:w="1656" w:type="dxa"/>
            <w:shd w:val="clear" w:color="auto" w:fill="F8FAFC"/>
            <w:tcMar>
              <w:top w:w="20" w:type="dxa"/>
              <w:left w:w="20" w:type="dxa"/>
              <w:bottom w:w="20" w:type="dxa"/>
              <w:right w:w="20" w:type="dxa"/>
            </w:tcMar>
          </w:tcPr>
          <w:p w:rsidR="00065AF5" w:rsidRPr="0078123B" w:rsidRDefault="00065AF5" w:rsidP="004F40CF">
            <w:pPr>
              <w:spacing w:after="0" w:line="240" w:lineRule="auto"/>
            </w:pPr>
            <w:r w:rsidRPr="0078123B">
              <w:rPr>
                <w:rFonts w:ascii="Calibri" w:hAnsi="Calibri"/>
                <w:sz w:val="12"/>
              </w:rPr>
              <w:t>a) Etkin vatandaş olmanın önemine ilişkin varsayımda bulunur.</w:t>
            </w:r>
            <w:r w:rsidRPr="0078123B">
              <w:rPr>
                <w:rFonts w:ascii="Calibri" w:hAnsi="Calibri"/>
                <w:sz w:val="12"/>
              </w:rPr>
              <w:br/>
              <w:t>b) Etkin vatandaşın sahip olması gereken özellikleri listeler.</w:t>
            </w:r>
            <w:r w:rsidRPr="0078123B">
              <w:rPr>
                <w:rFonts w:ascii="Calibri" w:hAnsi="Calibri"/>
                <w:sz w:val="12"/>
              </w:rPr>
              <w:br/>
              <w:t>c) Etkin olan ve olmayan vatandaş özelliklerini karşılaştırır.</w:t>
            </w:r>
            <w:r w:rsidRPr="0078123B">
              <w:rPr>
                <w:rFonts w:ascii="Calibri" w:hAnsi="Calibri"/>
                <w:sz w:val="12"/>
              </w:rPr>
              <w:br/>
              <w:t>ç) Etkin vatandaş davranışlarının toplum düzenine etkisine yönelik tahminlerde bulunur.</w:t>
            </w:r>
            <w:r w:rsidRPr="0078123B">
              <w:rPr>
                <w:rFonts w:ascii="Calibri" w:hAnsi="Calibri"/>
                <w:sz w:val="12"/>
              </w:rPr>
              <w:br/>
              <w:t>d) Etkin vatandaş olmanın önemini toplum düzeni açısından değerlendirir.</w:t>
            </w:r>
          </w:p>
        </w:tc>
        <w:tc>
          <w:tcPr>
            <w:tcW w:w="1228" w:type="dxa"/>
            <w:gridSpan w:val="2"/>
            <w:vMerge w:val="restart"/>
            <w:shd w:val="clear" w:color="auto" w:fill="F8FAFC"/>
            <w:tcMar>
              <w:top w:w="20" w:type="dxa"/>
              <w:left w:w="20" w:type="dxa"/>
              <w:bottom w:w="20" w:type="dxa"/>
              <w:right w:w="20" w:type="dxa"/>
            </w:tcMar>
          </w:tcPr>
          <w:p w:rsidR="00065AF5" w:rsidRPr="0078123B" w:rsidRDefault="00065AF5" w:rsidP="004F40CF">
            <w:pPr>
              <w:spacing w:after="0" w:line="240" w:lineRule="auto"/>
            </w:pPr>
            <w:r w:rsidRPr="0078123B">
              <w:rPr>
                <w:rFonts w:ascii="Calibri" w:hAnsi="Calibri"/>
                <w:sz w:val="12"/>
              </w:rPr>
              <w:t>Gözlem formu,</w:t>
            </w:r>
            <w:r w:rsidRPr="0078123B">
              <w:rPr>
                <w:rFonts w:ascii="Calibri" w:hAnsi="Calibri"/>
                <w:sz w:val="12"/>
              </w:rPr>
              <w:br/>
              <w:t>Kontrol listesi,</w:t>
            </w:r>
            <w:r w:rsidRPr="0078123B">
              <w:rPr>
                <w:rFonts w:ascii="Calibri" w:hAnsi="Calibri"/>
                <w:sz w:val="12"/>
              </w:rPr>
              <w:br/>
              <w:t>Derecelendirme ölçeği,</w:t>
            </w:r>
            <w:r w:rsidRPr="0078123B">
              <w:rPr>
                <w:rFonts w:ascii="Calibri" w:hAnsi="Calibri"/>
                <w:sz w:val="12"/>
              </w:rPr>
              <w:br/>
              <w:t>Bütüncül dereceli puanlama anahtarı,</w:t>
            </w:r>
            <w:r w:rsidRPr="0078123B">
              <w:rPr>
                <w:rFonts w:ascii="Calibri" w:hAnsi="Calibri"/>
                <w:sz w:val="12"/>
              </w:rPr>
              <w:br/>
              <w:t xml:space="preserve">Çalışma yaprağı </w:t>
            </w:r>
            <w:r w:rsidRPr="0078123B">
              <w:rPr>
                <w:rFonts w:ascii="Calibri" w:hAnsi="Calibri"/>
                <w:sz w:val="12"/>
              </w:rPr>
              <w:br/>
              <w:t xml:space="preserve">Performans görevi </w:t>
            </w:r>
            <w:r w:rsidRPr="0078123B">
              <w:rPr>
                <w:rFonts w:ascii="Calibri" w:hAnsi="Calibri"/>
                <w:sz w:val="12"/>
              </w:rPr>
              <w:br/>
              <w:t>Frayer Modeli,</w:t>
            </w:r>
            <w:r w:rsidRPr="0078123B">
              <w:rPr>
                <w:rFonts w:ascii="Calibri" w:hAnsi="Calibri"/>
                <w:sz w:val="12"/>
              </w:rPr>
              <w:br/>
              <w:t>Kelime ilişkilendirme testi,</w:t>
            </w:r>
            <w:r w:rsidRPr="0078123B">
              <w:rPr>
                <w:rFonts w:ascii="Calibri" w:hAnsi="Calibri"/>
                <w:sz w:val="12"/>
              </w:rPr>
              <w:br/>
              <w:t xml:space="preserve">Doğru-yanlış testleri </w:t>
            </w:r>
            <w:r w:rsidRPr="0078123B">
              <w:rPr>
                <w:rFonts w:ascii="Calibri" w:hAnsi="Calibri"/>
                <w:sz w:val="12"/>
              </w:rPr>
              <w:br/>
              <w:t>Tanılayıcı dallanmış ağaç</w:t>
            </w:r>
          </w:p>
        </w:tc>
        <w:tc>
          <w:tcPr>
            <w:tcW w:w="1152" w:type="dxa"/>
            <w:vMerge w:val="restart"/>
            <w:shd w:val="clear" w:color="auto" w:fill="F8FAFC"/>
            <w:tcMar>
              <w:top w:w="20" w:type="dxa"/>
              <w:left w:w="20" w:type="dxa"/>
              <w:bottom w:w="20" w:type="dxa"/>
              <w:right w:w="20" w:type="dxa"/>
            </w:tcMar>
          </w:tcPr>
          <w:p w:rsidR="00065AF5" w:rsidRPr="0078123B" w:rsidRDefault="00065AF5" w:rsidP="004F40CF">
            <w:pPr>
              <w:spacing w:after="0" w:line="240" w:lineRule="auto"/>
            </w:pPr>
            <w:r w:rsidRPr="0078123B">
              <w:rPr>
                <w:rFonts w:ascii="Calibri" w:hAnsi="Calibri"/>
                <w:sz w:val="12"/>
              </w:rPr>
              <w:t>SDB1.2. Kendini Düzenleme (Öz Düzenleme Becerisi)</w:t>
            </w:r>
            <w:proofErr w:type="gramStart"/>
            <w:r w:rsidRPr="0078123B">
              <w:rPr>
                <w:rFonts w:ascii="Calibri" w:hAnsi="Calibri"/>
                <w:sz w:val="12"/>
              </w:rPr>
              <w:t>,</w:t>
            </w:r>
            <w:proofErr w:type="gramEnd"/>
            <w:r w:rsidRPr="0078123B">
              <w:rPr>
                <w:rFonts w:ascii="Calibri" w:hAnsi="Calibri"/>
                <w:sz w:val="12"/>
              </w:rPr>
              <w:br/>
              <w:t>SDB2.1. İletişim</w:t>
            </w:r>
            <w:proofErr w:type="gramStart"/>
            <w:r w:rsidRPr="0078123B">
              <w:rPr>
                <w:rFonts w:ascii="Calibri" w:hAnsi="Calibri"/>
                <w:sz w:val="12"/>
              </w:rPr>
              <w:t>,</w:t>
            </w:r>
            <w:proofErr w:type="gramEnd"/>
            <w:r w:rsidRPr="0078123B">
              <w:rPr>
                <w:rFonts w:ascii="Calibri" w:hAnsi="Calibri"/>
                <w:sz w:val="12"/>
              </w:rPr>
              <w:br/>
              <w:t xml:space="preserve">SDB2.2. İş Birliği, </w:t>
            </w:r>
            <w:r w:rsidRPr="0078123B">
              <w:rPr>
                <w:rFonts w:ascii="Calibri" w:hAnsi="Calibri"/>
                <w:sz w:val="12"/>
              </w:rPr>
              <w:br/>
              <w:t>SDB2.3. Sosyal Farkındalık</w:t>
            </w:r>
          </w:p>
        </w:tc>
        <w:tc>
          <w:tcPr>
            <w:tcW w:w="1008" w:type="dxa"/>
            <w:vMerge w:val="restart"/>
            <w:shd w:val="clear" w:color="auto" w:fill="F8FAFC"/>
            <w:tcMar>
              <w:top w:w="20" w:type="dxa"/>
              <w:left w:w="20" w:type="dxa"/>
              <w:bottom w:w="20" w:type="dxa"/>
              <w:right w:w="20" w:type="dxa"/>
            </w:tcMar>
          </w:tcPr>
          <w:p w:rsidR="00065AF5" w:rsidRPr="0078123B" w:rsidRDefault="00065AF5" w:rsidP="004F40CF">
            <w:pPr>
              <w:spacing w:after="0" w:line="240" w:lineRule="auto"/>
            </w:pPr>
            <w:r w:rsidRPr="0078123B">
              <w:rPr>
                <w:rFonts w:ascii="Calibri" w:hAnsi="Calibri"/>
                <w:sz w:val="12"/>
              </w:rPr>
              <w:t>D1. Adalet</w:t>
            </w:r>
            <w:proofErr w:type="gramStart"/>
            <w:r w:rsidRPr="0078123B">
              <w:rPr>
                <w:rFonts w:ascii="Calibri" w:hAnsi="Calibri"/>
                <w:sz w:val="12"/>
              </w:rPr>
              <w:t>,</w:t>
            </w:r>
            <w:proofErr w:type="gramEnd"/>
            <w:r w:rsidRPr="0078123B">
              <w:rPr>
                <w:rFonts w:ascii="Calibri" w:hAnsi="Calibri"/>
                <w:sz w:val="12"/>
              </w:rPr>
              <w:br/>
              <w:t>D5. Duyarlılık</w:t>
            </w:r>
            <w:proofErr w:type="gramStart"/>
            <w:r w:rsidRPr="0078123B">
              <w:rPr>
                <w:rFonts w:ascii="Calibri" w:hAnsi="Calibri"/>
                <w:sz w:val="12"/>
              </w:rPr>
              <w:t>,</w:t>
            </w:r>
            <w:proofErr w:type="gramEnd"/>
            <w:r w:rsidRPr="0078123B">
              <w:rPr>
                <w:rFonts w:ascii="Calibri" w:hAnsi="Calibri"/>
                <w:sz w:val="12"/>
              </w:rPr>
              <w:br/>
              <w:t>D16. Sorumluluk, D19. Vatanseverlik, D20. Yardımseverlik</w:t>
            </w:r>
          </w:p>
        </w:tc>
        <w:tc>
          <w:tcPr>
            <w:tcW w:w="1152" w:type="dxa"/>
            <w:vMerge w:val="restart"/>
            <w:shd w:val="clear" w:color="auto" w:fill="F8FAFC"/>
            <w:tcMar>
              <w:top w:w="20" w:type="dxa"/>
              <w:left w:w="20" w:type="dxa"/>
              <w:bottom w:w="20" w:type="dxa"/>
              <w:right w:w="20" w:type="dxa"/>
            </w:tcMar>
          </w:tcPr>
          <w:p w:rsidR="00065AF5" w:rsidRPr="0078123B" w:rsidRDefault="00065AF5" w:rsidP="004F40CF">
            <w:pPr>
              <w:spacing w:after="0" w:line="240" w:lineRule="auto"/>
            </w:pPr>
            <w:r w:rsidRPr="0078123B">
              <w:rPr>
                <w:rFonts w:ascii="Calibri" w:hAnsi="Calibri"/>
                <w:sz w:val="12"/>
              </w:rPr>
              <w:t>OB1. Bilgi Okuryazarlığı</w:t>
            </w:r>
            <w:proofErr w:type="gramStart"/>
            <w:r w:rsidRPr="0078123B">
              <w:rPr>
                <w:rFonts w:ascii="Calibri" w:hAnsi="Calibri"/>
                <w:sz w:val="12"/>
              </w:rPr>
              <w:t>,</w:t>
            </w:r>
            <w:proofErr w:type="gramEnd"/>
            <w:r w:rsidRPr="0078123B">
              <w:rPr>
                <w:rFonts w:ascii="Calibri" w:hAnsi="Calibri"/>
                <w:sz w:val="12"/>
              </w:rPr>
              <w:br/>
              <w:t>OB2. Dijital Okuryazarlık</w:t>
            </w:r>
            <w:proofErr w:type="gramStart"/>
            <w:r w:rsidRPr="0078123B">
              <w:rPr>
                <w:rFonts w:ascii="Calibri" w:hAnsi="Calibri"/>
                <w:sz w:val="12"/>
              </w:rPr>
              <w:t>,</w:t>
            </w:r>
            <w:proofErr w:type="gramEnd"/>
            <w:r w:rsidRPr="0078123B">
              <w:rPr>
                <w:rFonts w:ascii="Calibri" w:hAnsi="Calibri"/>
                <w:sz w:val="12"/>
              </w:rPr>
              <w:br/>
              <w:t>OB4. Görsel Okuryazarlık</w:t>
            </w:r>
            <w:proofErr w:type="gramStart"/>
            <w:r w:rsidRPr="0078123B">
              <w:rPr>
                <w:rFonts w:ascii="Calibri" w:hAnsi="Calibri"/>
                <w:sz w:val="12"/>
              </w:rPr>
              <w:t>,</w:t>
            </w:r>
            <w:proofErr w:type="gramEnd"/>
            <w:r w:rsidRPr="0078123B">
              <w:rPr>
                <w:rFonts w:ascii="Calibri" w:hAnsi="Calibri"/>
                <w:sz w:val="12"/>
              </w:rPr>
              <w:br/>
              <w:t>OB6. Vatandaşlık Okuryazarlığı</w:t>
            </w:r>
          </w:p>
        </w:tc>
        <w:tc>
          <w:tcPr>
            <w:tcW w:w="1008" w:type="dxa"/>
            <w:gridSpan w:val="2"/>
            <w:shd w:val="clear" w:color="auto" w:fill="F8FAFC"/>
            <w:tcMar>
              <w:top w:w="20" w:type="dxa"/>
              <w:left w:w="20" w:type="dxa"/>
              <w:bottom w:w="20" w:type="dxa"/>
              <w:right w:w="20" w:type="dxa"/>
            </w:tcMar>
          </w:tcPr>
          <w:p w:rsidR="00065AF5" w:rsidRPr="0078123B" w:rsidRDefault="00065AF5" w:rsidP="004F40CF">
            <w:pPr>
              <w:spacing w:after="0" w:line="240" w:lineRule="auto"/>
            </w:pPr>
            <w:r w:rsidRPr="0078123B">
              <w:rPr>
                <w:rFonts w:ascii="Calibri" w:hAnsi="Calibri"/>
                <w:sz w:val="12"/>
              </w:rPr>
              <w:t xml:space="preserve">İstiklâl Marşı'nın Kabulü ve Mehmet Akif Ersoy'u Anma Günü (12 Mart)                                              </w:t>
            </w:r>
            <w:r w:rsidRPr="0078123B">
              <w:rPr>
                <w:rFonts w:ascii="Calibri" w:hAnsi="Calibri"/>
                <w:sz w:val="12"/>
              </w:rPr>
              <w:br/>
              <w:t>Şehitler Günü</w:t>
            </w:r>
            <w:r w:rsidRPr="0078123B">
              <w:rPr>
                <w:rFonts w:ascii="Calibri" w:hAnsi="Calibri"/>
                <w:sz w:val="12"/>
              </w:rPr>
              <w:br/>
              <w:t xml:space="preserve"> (18 Mart)</w:t>
            </w:r>
          </w:p>
        </w:tc>
        <w:tc>
          <w:tcPr>
            <w:tcW w:w="1298" w:type="dxa"/>
            <w:shd w:val="clear" w:color="auto" w:fill="F8FAFC"/>
            <w:tcMar>
              <w:top w:w="20" w:type="dxa"/>
              <w:left w:w="20" w:type="dxa"/>
              <w:bottom w:w="20" w:type="dxa"/>
              <w:right w:w="20" w:type="dxa"/>
            </w:tcMar>
          </w:tcPr>
          <w:p w:rsidR="00065AF5" w:rsidRPr="0078123B" w:rsidRDefault="00065AF5" w:rsidP="004F40CF">
            <w:pPr>
              <w:spacing w:after="0" w:line="240" w:lineRule="auto"/>
            </w:pPr>
          </w:p>
        </w:tc>
        <w:tc>
          <w:tcPr>
            <w:tcW w:w="1224" w:type="dxa"/>
            <w:shd w:val="clear" w:color="auto" w:fill="F8FAFC"/>
            <w:tcMar>
              <w:top w:w="20" w:type="dxa"/>
              <w:left w:w="20" w:type="dxa"/>
              <w:bottom w:w="20" w:type="dxa"/>
              <w:right w:w="20" w:type="dxa"/>
            </w:tcMar>
          </w:tcPr>
          <w:p w:rsidR="00065AF5" w:rsidRPr="0078123B" w:rsidRDefault="00065AF5" w:rsidP="004F40CF">
            <w:pPr>
              <w:spacing w:after="0" w:line="240" w:lineRule="auto"/>
            </w:pPr>
          </w:p>
        </w:tc>
      </w:tr>
      <w:tr w:rsidR="00065AF5" w:rsidRPr="0078123B" w:rsidTr="008E6D36">
        <w:tblPrEx>
          <w:tblCellMar>
            <w:left w:w="108" w:type="dxa"/>
            <w:right w:w="108" w:type="dxa"/>
          </w:tblCellMar>
          <w:tblLook w:val="04A0"/>
        </w:tblPrEx>
        <w:trPr>
          <w:gridAfter w:val="1"/>
          <w:wAfter w:w="10" w:type="dxa"/>
          <w:jc w:val="center"/>
        </w:trPr>
        <w:tc>
          <w:tcPr>
            <w:tcW w:w="792" w:type="dxa"/>
            <w:shd w:val="clear" w:color="auto" w:fill="FFFFFF"/>
            <w:tcMar>
              <w:top w:w="20" w:type="dxa"/>
              <w:left w:w="20" w:type="dxa"/>
              <w:bottom w:w="20" w:type="dxa"/>
              <w:right w:w="20" w:type="dxa"/>
            </w:tcMar>
          </w:tcPr>
          <w:p w:rsidR="00065AF5" w:rsidRPr="0078123B" w:rsidRDefault="00065AF5" w:rsidP="004F40CF">
            <w:pPr>
              <w:spacing w:after="0" w:line="240" w:lineRule="auto"/>
              <w:jc w:val="center"/>
            </w:pPr>
            <w:r>
              <w:rPr>
                <w:rFonts w:ascii="Calibri" w:hAnsi="Calibri"/>
                <w:sz w:val="12"/>
              </w:rPr>
              <w:t>MART</w:t>
            </w:r>
          </w:p>
        </w:tc>
        <w:tc>
          <w:tcPr>
            <w:tcW w:w="1008" w:type="dxa"/>
            <w:shd w:val="clear" w:color="auto" w:fill="FFFFFF"/>
            <w:tcMar>
              <w:top w:w="20" w:type="dxa"/>
              <w:left w:w="20" w:type="dxa"/>
              <w:bottom w:w="20" w:type="dxa"/>
              <w:right w:w="20" w:type="dxa"/>
            </w:tcMar>
          </w:tcPr>
          <w:p w:rsidR="00065AF5" w:rsidRPr="0078123B" w:rsidRDefault="00065AF5" w:rsidP="004F40CF">
            <w:pPr>
              <w:spacing w:after="0" w:line="240" w:lineRule="auto"/>
              <w:jc w:val="center"/>
            </w:pPr>
            <w:r w:rsidRPr="0078123B">
              <w:rPr>
                <w:rFonts w:ascii="Calibri" w:hAnsi="Calibri"/>
                <w:sz w:val="12"/>
              </w:rPr>
              <w:t>24 Hafta: 22-26 Mart</w:t>
            </w:r>
          </w:p>
        </w:tc>
        <w:tc>
          <w:tcPr>
            <w:tcW w:w="652" w:type="dxa"/>
            <w:shd w:val="clear" w:color="auto" w:fill="FFFFFF"/>
            <w:tcMar>
              <w:top w:w="20" w:type="dxa"/>
              <w:left w:w="20" w:type="dxa"/>
              <w:bottom w:w="20" w:type="dxa"/>
              <w:right w:w="20" w:type="dxa"/>
            </w:tcMar>
          </w:tcPr>
          <w:p w:rsidR="00065AF5" w:rsidRPr="0078123B" w:rsidRDefault="00065AF5" w:rsidP="004F40CF">
            <w:pPr>
              <w:spacing w:after="0" w:line="240" w:lineRule="auto"/>
              <w:jc w:val="center"/>
            </w:pPr>
            <w:r w:rsidRPr="0078123B">
              <w:rPr>
                <w:rFonts w:ascii="Calibri" w:hAnsi="Calibri"/>
                <w:sz w:val="12"/>
              </w:rPr>
              <w:t>3</w:t>
            </w:r>
          </w:p>
        </w:tc>
        <w:tc>
          <w:tcPr>
            <w:tcW w:w="1152" w:type="dxa"/>
            <w:shd w:val="clear" w:color="auto" w:fill="FFFFFF"/>
            <w:tcMar>
              <w:top w:w="20" w:type="dxa"/>
              <w:left w:w="20" w:type="dxa"/>
              <w:bottom w:w="20" w:type="dxa"/>
              <w:right w:w="20" w:type="dxa"/>
            </w:tcMar>
          </w:tcPr>
          <w:p w:rsidR="00065AF5" w:rsidRPr="0078123B" w:rsidRDefault="00065AF5" w:rsidP="004F40CF">
            <w:pPr>
              <w:spacing w:after="0" w:line="240" w:lineRule="auto"/>
            </w:pPr>
            <w:r w:rsidRPr="0078123B">
              <w:rPr>
                <w:rFonts w:ascii="Calibri" w:hAnsi="Calibri"/>
                <w:sz w:val="12"/>
              </w:rPr>
              <w:t>YAŞAYAN DEMOKRASİMİZ</w:t>
            </w:r>
          </w:p>
        </w:tc>
        <w:tc>
          <w:tcPr>
            <w:tcW w:w="1224" w:type="dxa"/>
            <w:shd w:val="clear" w:color="auto" w:fill="FFFFFF"/>
            <w:tcMar>
              <w:top w:w="20" w:type="dxa"/>
              <w:left w:w="20" w:type="dxa"/>
              <w:bottom w:w="20" w:type="dxa"/>
              <w:right w:w="20" w:type="dxa"/>
            </w:tcMar>
          </w:tcPr>
          <w:p w:rsidR="00065AF5" w:rsidRPr="0078123B" w:rsidRDefault="00065AF5" w:rsidP="004F40CF">
            <w:pPr>
              <w:spacing w:after="0" w:line="240" w:lineRule="auto"/>
            </w:pPr>
            <w:r w:rsidRPr="0078123B">
              <w:rPr>
                <w:rFonts w:ascii="Calibri" w:hAnsi="Calibri"/>
                <w:sz w:val="12"/>
              </w:rPr>
              <w:t>Temel Haklar, Sorumluluklar ve Önemi</w:t>
            </w:r>
          </w:p>
        </w:tc>
        <w:tc>
          <w:tcPr>
            <w:tcW w:w="1512" w:type="dxa"/>
            <w:gridSpan w:val="2"/>
            <w:shd w:val="clear" w:color="auto" w:fill="FFFFFF"/>
            <w:tcMar>
              <w:top w:w="20" w:type="dxa"/>
              <w:left w:w="20" w:type="dxa"/>
              <w:bottom w:w="20" w:type="dxa"/>
              <w:right w:w="20" w:type="dxa"/>
            </w:tcMar>
          </w:tcPr>
          <w:p w:rsidR="00065AF5" w:rsidRPr="0078123B" w:rsidRDefault="00065AF5" w:rsidP="004F40CF">
            <w:pPr>
              <w:spacing w:after="0" w:line="240" w:lineRule="auto"/>
            </w:pPr>
            <w:r w:rsidRPr="0078123B">
              <w:rPr>
                <w:rFonts w:ascii="Calibri" w:hAnsi="Calibri"/>
                <w:sz w:val="12"/>
              </w:rPr>
              <w:t>SB.5.4.3. Temel insan hak ve sorumluluklarının önemini sorgulayabilme</w:t>
            </w:r>
          </w:p>
        </w:tc>
        <w:tc>
          <w:tcPr>
            <w:tcW w:w="1656" w:type="dxa"/>
            <w:shd w:val="clear" w:color="auto" w:fill="FFFFFF"/>
            <w:tcMar>
              <w:top w:w="20" w:type="dxa"/>
              <w:left w:w="20" w:type="dxa"/>
              <w:bottom w:w="20" w:type="dxa"/>
              <w:right w:w="20" w:type="dxa"/>
            </w:tcMar>
          </w:tcPr>
          <w:p w:rsidR="00065AF5" w:rsidRPr="0078123B" w:rsidRDefault="00065AF5" w:rsidP="004F40CF">
            <w:pPr>
              <w:spacing w:after="0" w:line="240" w:lineRule="auto"/>
            </w:pPr>
            <w:r w:rsidRPr="0078123B">
              <w:rPr>
                <w:rFonts w:ascii="Calibri" w:hAnsi="Calibri"/>
                <w:sz w:val="12"/>
              </w:rPr>
              <w:t>a) Temel insan hak ve sorumluluklarının önemine yönelik merak ettiği konuları tanımlar.</w:t>
            </w:r>
            <w:r w:rsidRPr="0078123B">
              <w:rPr>
                <w:rFonts w:ascii="Calibri" w:hAnsi="Calibri"/>
                <w:sz w:val="12"/>
              </w:rPr>
              <w:br/>
              <w:t>b) Toplumsal hayatta insan hak ve sorumluluklarının önemine yönelik sorular sorar.</w:t>
            </w:r>
            <w:r w:rsidRPr="0078123B">
              <w:rPr>
                <w:rFonts w:ascii="Calibri" w:hAnsi="Calibri"/>
                <w:sz w:val="12"/>
              </w:rPr>
              <w:br/>
              <w:t>c) Temel insan hak ve sorumluluklarının önemine ilişkin bilgi toplar.</w:t>
            </w:r>
            <w:r w:rsidRPr="0078123B">
              <w:rPr>
                <w:rFonts w:ascii="Calibri" w:hAnsi="Calibri"/>
                <w:sz w:val="12"/>
              </w:rPr>
              <w:br/>
              <w:t xml:space="preserve">ç)  Temel insan hak ve sorumluluklarının önemine ilişkin topladığı </w:t>
            </w:r>
            <w:proofErr w:type="gramStart"/>
            <w:r w:rsidRPr="0078123B">
              <w:rPr>
                <w:rFonts w:ascii="Calibri" w:hAnsi="Calibri"/>
                <w:sz w:val="12"/>
              </w:rPr>
              <w:t>bilgilerin  doğruluğunu</w:t>
            </w:r>
            <w:proofErr w:type="gramEnd"/>
            <w:r w:rsidRPr="0078123B">
              <w:rPr>
                <w:rFonts w:ascii="Calibri" w:hAnsi="Calibri"/>
                <w:sz w:val="12"/>
              </w:rPr>
              <w:t xml:space="preserve"> değerlendirir.</w:t>
            </w:r>
            <w:r w:rsidRPr="0078123B">
              <w:rPr>
                <w:rFonts w:ascii="Calibri" w:hAnsi="Calibri"/>
                <w:sz w:val="12"/>
              </w:rPr>
              <w:br/>
              <w:t>d)   Temel insan hak ve sorumluluklarının önemine ilişkin topladığı bilgiler doğrultusunda çıkarımlar yapar.</w:t>
            </w:r>
          </w:p>
        </w:tc>
        <w:tc>
          <w:tcPr>
            <w:tcW w:w="1228" w:type="dxa"/>
            <w:gridSpan w:val="2"/>
            <w:vMerge/>
            <w:shd w:val="clear" w:color="auto" w:fill="FFFFFF"/>
            <w:tcMar>
              <w:top w:w="20" w:type="dxa"/>
              <w:left w:w="20" w:type="dxa"/>
              <w:bottom w:w="20" w:type="dxa"/>
              <w:right w:w="20" w:type="dxa"/>
            </w:tcMar>
          </w:tcPr>
          <w:p w:rsidR="00065AF5" w:rsidRPr="0078123B" w:rsidRDefault="00065AF5" w:rsidP="004F40CF">
            <w:pPr>
              <w:spacing w:after="0" w:line="240" w:lineRule="auto"/>
            </w:pPr>
          </w:p>
        </w:tc>
        <w:tc>
          <w:tcPr>
            <w:tcW w:w="1152" w:type="dxa"/>
            <w:vMerge/>
            <w:shd w:val="clear" w:color="auto" w:fill="FFFFFF"/>
            <w:tcMar>
              <w:top w:w="20" w:type="dxa"/>
              <w:left w:w="20" w:type="dxa"/>
              <w:bottom w:w="20" w:type="dxa"/>
              <w:right w:w="20" w:type="dxa"/>
            </w:tcMar>
          </w:tcPr>
          <w:p w:rsidR="00065AF5" w:rsidRPr="0078123B" w:rsidRDefault="00065AF5" w:rsidP="004F40CF">
            <w:pPr>
              <w:spacing w:after="0" w:line="240" w:lineRule="auto"/>
            </w:pPr>
          </w:p>
        </w:tc>
        <w:tc>
          <w:tcPr>
            <w:tcW w:w="1008" w:type="dxa"/>
            <w:vMerge/>
            <w:shd w:val="clear" w:color="auto" w:fill="FFFFFF"/>
            <w:tcMar>
              <w:top w:w="20" w:type="dxa"/>
              <w:left w:w="20" w:type="dxa"/>
              <w:bottom w:w="20" w:type="dxa"/>
              <w:right w:w="20" w:type="dxa"/>
            </w:tcMar>
          </w:tcPr>
          <w:p w:rsidR="00065AF5" w:rsidRPr="0078123B" w:rsidRDefault="00065AF5" w:rsidP="004F40CF">
            <w:pPr>
              <w:spacing w:after="0" w:line="240" w:lineRule="auto"/>
            </w:pPr>
          </w:p>
        </w:tc>
        <w:tc>
          <w:tcPr>
            <w:tcW w:w="1152" w:type="dxa"/>
            <w:vMerge/>
            <w:shd w:val="clear" w:color="auto" w:fill="FFFFFF"/>
            <w:tcMar>
              <w:top w:w="20" w:type="dxa"/>
              <w:left w:w="20" w:type="dxa"/>
              <w:bottom w:w="20" w:type="dxa"/>
              <w:right w:w="20" w:type="dxa"/>
            </w:tcMar>
          </w:tcPr>
          <w:p w:rsidR="00065AF5" w:rsidRPr="0078123B" w:rsidRDefault="00065AF5" w:rsidP="004F40CF">
            <w:pPr>
              <w:spacing w:after="0" w:line="240" w:lineRule="auto"/>
            </w:pPr>
          </w:p>
        </w:tc>
        <w:tc>
          <w:tcPr>
            <w:tcW w:w="1008" w:type="dxa"/>
            <w:gridSpan w:val="2"/>
            <w:shd w:val="clear" w:color="auto" w:fill="FFFFFF"/>
            <w:tcMar>
              <w:top w:w="20" w:type="dxa"/>
              <w:left w:w="20" w:type="dxa"/>
              <w:bottom w:w="20" w:type="dxa"/>
              <w:right w:w="20" w:type="dxa"/>
            </w:tcMar>
          </w:tcPr>
          <w:p w:rsidR="00065AF5" w:rsidRPr="0078123B" w:rsidRDefault="00065AF5" w:rsidP="004F40CF">
            <w:pPr>
              <w:spacing w:after="0" w:line="240" w:lineRule="auto"/>
            </w:pPr>
            <w:r w:rsidRPr="0078123B">
              <w:rPr>
                <w:rFonts w:ascii="Calibri" w:hAnsi="Calibri"/>
                <w:sz w:val="12"/>
              </w:rPr>
              <w:t>Türk Dünyası ve Toplulukları Haftası (21 Mart Nevruz Günü'nü içine alan hafta)</w:t>
            </w:r>
          </w:p>
        </w:tc>
        <w:tc>
          <w:tcPr>
            <w:tcW w:w="1298" w:type="dxa"/>
            <w:shd w:val="clear" w:color="auto" w:fill="FFFFFF"/>
            <w:tcMar>
              <w:top w:w="20" w:type="dxa"/>
              <w:left w:w="20" w:type="dxa"/>
              <w:bottom w:w="20" w:type="dxa"/>
              <w:right w:w="20" w:type="dxa"/>
            </w:tcMar>
          </w:tcPr>
          <w:p w:rsidR="00065AF5" w:rsidRPr="0078123B" w:rsidRDefault="00065AF5" w:rsidP="004F40CF">
            <w:pPr>
              <w:spacing w:after="0" w:line="240" w:lineRule="auto"/>
            </w:pPr>
          </w:p>
        </w:tc>
        <w:tc>
          <w:tcPr>
            <w:tcW w:w="1224" w:type="dxa"/>
            <w:shd w:val="clear" w:color="auto" w:fill="FFFFFF"/>
            <w:tcMar>
              <w:top w:w="20" w:type="dxa"/>
              <w:left w:w="20" w:type="dxa"/>
              <w:bottom w:w="20" w:type="dxa"/>
              <w:right w:w="20" w:type="dxa"/>
            </w:tcMar>
          </w:tcPr>
          <w:p w:rsidR="00065AF5" w:rsidRPr="0078123B" w:rsidRDefault="00065AF5" w:rsidP="004F40CF">
            <w:pPr>
              <w:spacing w:after="0" w:line="240" w:lineRule="auto"/>
            </w:pPr>
          </w:p>
        </w:tc>
      </w:tr>
      <w:tr w:rsidR="00FD1019" w:rsidRPr="0078123B" w:rsidTr="008E6D36">
        <w:tblPrEx>
          <w:tblCellMar>
            <w:left w:w="108" w:type="dxa"/>
            <w:right w:w="108" w:type="dxa"/>
          </w:tblCellMar>
          <w:tblLook w:val="04A0"/>
        </w:tblPrEx>
        <w:trPr>
          <w:gridAfter w:val="1"/>
          <w:wAfter w:w="10" w:type="dxa"/>
          <w:jc w:val="center"/>
        </w:trPr>
        <w:tc>
          <w:tcPr>
            <w:tcW w:w="792" w:type="dxa"/>
            <w:shd w:val="clear" w:color="auto" w:fill="F8FAFC"/>
            <w:tcMar>
              <w:top w:w="20" w:type="dxa"/>
              <w:left w:w="20" w:type="dxa"/>
              <w:bottom w:w="20" w:type="dxa"/>
              <w:right w:w="20" w:type="dxa"/>
            </w:tcMar>
          </w:tcPr>
          <w:p w:rsidR="00FD1019" w:rsidRPr="0078123B" w:rsidRDefault="00065AF5" w:rsidP="00065AF5">
            <w:pPr>
              <w:spacing w:after="0" w:line="240" w:lineRule="auto"/>
              <w:jc w:val="center"/>
            </w:pPr>
            <w:r>
              <w:rPr>
                <w:rFonts w:ascii="Calibri" w:hAnsi="Calibri"/>
                <w:sz w:val="12"/>
              </w:rPr>
              <w:t>MART</w:t>
            </w:r>
          </w:p>
        </w:tc>
        <w:tc>
          <w:tcPr>
            <w:tcW w:w="1008" w:type="dxa"/>
            <w:shd w:val="clear" w:color="auto" w:fill="F8FAFC"/>
            <w:tcMar>
              <w:top w:w="20" w:type="dxa"/>
              <w:left w:w="20" w:type="dxa"/>
              <w:bottom w:w="20" w:type="dxa"/>
              <w:right w:w="20" w:type="dxa"/>
            </w:tcMar>
          </w:tcPr>
          <w:p w:rsidR="00FD1019" w:rsidRPr="0078123B" w:rsidRDefault="004F40CF" w:rsidP="004F40CF">
            <w:pPr>
              <w:spacing w:after="0" w:line="240" w:lineRule="auto"/>
              <w:jc w:val="center"/>
            </w:pPr>
            <w:r w:rsidRPr="0078123B">
              <w:rPr>
                <w:rFonts w:ascii="Calibri" w:hAnsi="Calibri"/>
                <w:sz w:val="12"/>
              </w:rPr>
              <w:t>25. Hafta:</w:t>
            </w:r>
            <w:r w:rsidRPr="0078123B">
              <w:rPr>
                <w:rFonts w:ascii="Calibri" w:hAnsi="Calibri"/>
                <w:sz w:val="12"/>
              </w:rPr>
              <w:br/>
              <w:t xml:space="preserve"> 29 Mart-2 Nisan</w:t>
            </w:r>
          </w:p>
        </w:tc>
        <w:tc>
          <w:tcPr>
            <w:tcW w:w="652" w:type="dxa"/>
            <w:shd w:val="clear" w:color="auto" w:fill="F8FAFC"/>
            <w:tcMar>
              <w:top w:w="20" w:type="dxa"/>
              <w:left w:w="20" w:type="dxa"/>
              <w:bottom w:w="20" w:type="dxa"/>
              <w:right w:w="20" w:type="dxa"/>
            </w:tcMar>
          </w:tcPr>
          <w:p w:rsidR="00FD1019" w:rsidRPr="0078123B" w:rsidRDefault="004F40CF" w:rsidP="004F40CF">
            <w:pPr>
              <w:spacing w:after="0" w:line="240" w:lineRule="auto"/>
              <w:jc w:val="center"/>
            </w:pPr>
            <w:r w:rsidRPr="0078123B">
              <w:rPr>
                <w:rFonts w:ascii="Calibri" w:hAnsi="Calibri"/>
                <w:sz w:val="12"/>
              </w:rPr>
              <w:t>3</w:t>
            </w:r>
          </w:p>
        </w:tc>
        <w:tc>
          <w:tcPr>
            <w:tcW w:w="1152" w:type="dxa"/>
            <w:shd w:val="clear" w:color="auto" w:fill="F8FAFC"/>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YAŞAYAN DEMOKRASİMİZ</w:t>
            </w:r>
          </w:p>
        </w:tc>
        <w:tc>
          <w:tcPr>
            <w:tcW w:w="1224" w:type="dxa"/>
            <w:shd w:val="clear" w:color="auto" w:fill="F8FAFC"/>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Temel Haklar, Sorumluluklar ve Önemi</w:t>
            </w:r>
          </w:p>
        </w:tc>
        <w:tc>
          <w:tcPr>
            <w:tcW w:w="1512" w:type="dxa"/>
            <w:gridSpan w:val="2"/>
            <w:shd w:val="clear" w:color="auto" w:fill="F8FAFC"/>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SB.5.4.3. Temel insan hak ve sorumluluklarının önemini sorgulayabilme</w:t>
            </w:r>
          </w:p>
        </w:tc>
        <w:tc>
          <w:tcPr>
            <w:tcW w:w="1656" w:type="dxa"/>
            <w:shd w:val="clear" w:color="auto" w:fill="F8FAFC"/>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a) Temel insan hak ve sorumluluklarının önemine yönelik merak ettiği konuları tanımlar.</w:t>
            </w:r>
            <w:r w:rsidRPr="0078123B">
              <w:rPr>
                <w:rFonts w:ascii="Calibri" w:hAnsi="Calibri"/>
                <w:sz w:val="12"/>
              </w:rPr>
              <w:br/>
              <w:t xml:space="preserve">b) Toplumsal hayatta insan hak </w:t>
            </w:r>
            <w:r w:rsidRPr="0078123B">
              <w:rPr>
                <w:rFonts w:ascii="Calibri" w:hAnsi="Calibri"/>
                <w:sz w:val="12"/>
              </w:rPr>
              <w:lastRenderedPageBreak/>
              <w:t>ve sorumluluklarının önemine yönelik sorular sorar.</w:t>
            </w:r>
            <w:r w:rsidRPr="0078123B">
              <w:rPr>
                <w:rFonts w:ascii="Calibri" w:hAnsi="Calibri"/>
                <w:sz w:val="12"/>
              </w:rPr>
              <w:br/>
              <w:t>c) Temel insan hak ve sorumluluklarının önemine ilişkin bilgi toplar.</w:t>
            </w:r>
            <w:r w:rsidRPr="0078123B">
              <w:rPr>
                <w:rFonts w:ascii="Calibri" w:hAnsi="Calibri"/>
                <w:sz w:val="12"/>
              </w:rPr>
              <w:br/>
              <w:t xml:space="preserve">ç)  Temel insan hak ve sorumluluklarının önemine ilişkin topladığı </w:t>
            </w:r>
            <w:proofErr w:type="gramStart"/>
            <w:r w:rsidRPr="0078123B">
              <w:rPr>
                <w:rFonts w:ascii="Calibri" w:hAnsi="Calibri"/>
                <w:sz w:val="12"/>
              </w:rPr>
              <w:t>bilgilerin  doğruluğunu</w:t>
            </w:r>
            <w:proofErr w:type="gramEnd"/>
            <w:r w:rsidRPr="0078123B">
              <w:rPr>
                <w:rFonts w:ascii="Calibri" w:hAnsi="Calibri"/>
                <w:sz w:val="12"/>
              </w:rPr>
              <w:t xml:space="preserve"> değerlendirir.</w:t>
            </w:r>
            <w:r w:rsidRPr="0078123B">
              <w:rPr>
                <w:rFonts w:ascii="Calibri" w:hAnsi="Calibri"/>
                <w:sz w:val="12"/>
              </w:rPr>
              <w:br/>
              <w:t>d)   Temel insan hak ve sorumluluklarının önemine ilişkin topladığı bilgiler doğrultusunda çıkarımlar yapar.</w:t>
            </w:r>
          </w:p>
        </w:tc>
        <w:tc>
          <w:tcPr>
            <w:tcW w:w="1228" w:type="dxa"/>
            <w:gridSpan w:val="2"/>
            <w:shd w:val="clear" w:color="auto" w:fill="FFFF99"/>
            <w:tcMar>
              <w:top w:w="20" w:type="dxa"/>
              <w:left w:w="20" w:type="dxa"/>
              <w:bottom w:w="20" w:type="dxa"/>
              <w:right w:w="20" w:type="dxa"/>
            </w:tcMar>
          </w:tcPr>
          <w:p w:rsidR="00FD1019" w:rsidRPr="0078123B" w:rsidRDefault="004F40CF" w:rsidP="006E73E9">
            <w:pPr>
              <w:spacing w:after="0" w:line="240" w:lineRule="auto"/>
              <w:jc w:val="center"/>
            </w:pPr>
            <w:r w:rsidRPr="006E73E9">
              <w:rPr>
                <w:rFonts w:ascii="Calibri" w:hAnsi="Calibri"/>
                <w:b/>
                <w:sz w:val="12"/>
              </w:rPr>
              <w:lastRenderedPageBreak/>
              <w:t>SINAV HAFTASI</w:t>
            </w:r>
            <w:r w:rsidRPr="0078123B">
              <w:rPr>
                <w:rFonts w:ascii="Calibri" w:hAnsi="Calibri"/>
                <w:sz w:val="12"/>
              </w:rPr>
              <w:br/>
              <w:t>(29 Mart-9 Nisan 2027)</w:t>
            </w:r>
          </w:p>
        </w:tc>
        <w:tc>
          <w:tcPr>
            <w:tcW w:w="1152" w:type="dxa"/>
            <w:shd w:val="clear" w:color="auto" w:fill="F8FAFC"/>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SDB1.2. Kendini Düzenleme (Öz Düzenleme Becerisi)</w:t>
            </w:r>
            <w:proofErr w:type="gramStart"/>
            <w:r w:rsidRPr="0078123B">
              <w:rPr>
                <w:rFonts w:ascii="Calibri" w:hAnsi="Calibri"/>
                <w:sz w:val="12"/>
              </w:rPr>
              <w:t>,</w:t>
            </w:r>
            <w:proofErr w:type="gramEnd"/>
            <w:r w:rsidRPr="0078123B">
              <w:rPr>
                <w:rFonts w:ascii="Calibri" w:hAnsi="Calibri"/>
                <w:sz w:val="12"/>
              </w:rPr>
              <w:br/>
              <w:t>SDB2.1. İletişim</w:t>
            </w:r>
            <w:proofErr w:type="gramStart"/>
            <w:r w:rsidRPr="0078123B">
              <w:rPr>
                <w:rFonts w:ascii="Calibri" w:hAnsi="Calibri"/>
                <w:sz w:val="12"/>
              </w:rPr>
              <w:t>,</w:t>
            </w:r>
            <w:proofErr w:type="gramEnd"/>
            <w:r w:rsidRPr="0078123B">
              <w:rPr>
                <w:rFonts w:ascii="Calibri" w:hAnsi="Calibri"/>
                <w:sz w:val="12"/>
              </w:rPr>
              <w:br/>
              <w:t xml:space="preserve">SDB2.2. İş Birliği, </w:t>
            </w:r>
            <w:r w:rsidRPr="0078123B">
              <w:rPr>
                <w:rFonts w:ascii="Calibri" w:hAnsi="Calibri"/>
                <w:sz w:val="12"/>
              </w:rPr>
              <w:br/>
            </w:r>
            <w:r w:rsidRPr="0078123B">
              <w:rPr>
                <w:rFonts w:ascii="Calibri" w:hAnsi="Calibri"/>
                <w:sz w:val="12"/>
              </w:rPr>
              <w:lastRenderedPageBreak/>
              <w:t>SDB2.3. Sosyal Farkındalık</w:t>
            </w:r>
          </w:p>
        </w:tc>
        <w:tc>
          <w:tcPr>
            <w:tcW w:w="1008" w:type="dxa"/>
            <w:shd w:val="clear" w:color="auto" w:fill="F8FAFC"/>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lastRenderedPageBreak/>
              <w:t>D1. Adalet</w:t>
            </w:r>
            <w:proofErr w:type="gramStart"/>
            <w:r w:rsidRPr="0078123B">
              <w:rPr>
                <w:rFonts w:ascii="Calibri" w:hAnsi="Calibri"/>
                <w:sz w:val="12"/>
              </w:rPr>
              <w:t>,</w:t>
            </w:r>
            <w:proofErr w:type="gramEnd"/>
            <w:r w:rsidRPr="0078123B">
              <w:rPr>
                <w:rFonts w:ascii="Calibri" w:hAnsi="Calibri"/>
                <w:sz w:val="12"/>
              </w:rPr>
              <w:br/>
              <w:t>D5. Duyarlılık</w:t>
            </w:r>
            <w:proofErr w:type="gramStart"/>
            <w:r w:rsidRPr="0078123B">
              <w:rPr>
                <w:rFonts w:ascii="Calibri" w:hAnsi="Calibri"/>
                <w:sz w:val="12"/>
              </w:rPr>
              <w:t>,</w:t>
            </w:r>
            <w:proofErr w:type="gramEnd"/>
            <w:r w:rsidRPr="0078123B">
              <w:rPr>
                <w:rFonts w:ascii="Calibri" w:hAnsi="Calibri"/>
                <w:sz w:val="12"/>
              </w:rPr>
              <w:br/>
              <w:t xml:space="preserve">D16. Sorumluluk, D19. Vatanseverlik, D20. </w:t>
            </w:r>
            <w:r w:rsidRPr="0078123B">
              <w:rPr>
                <w:rFonts w:ascii="Calibri" w:hAnsi="Calibri"/>
                <w:sz w:val="12"/>
              </w:rPr>
              <w:lastRenderedPageBreak/>
              <w:t>Yardımseverlik</w:t>
            </w:r>
          </w:p>
        </w:tc>
        <w:tc>
          <w:tcPr>
            <w:tcW w:w="1152" w:type="dxa"/>
            <w:shd w:val="clear" w:color="auto" w:fill="F8FAFC"/>
            <w:tcMar>
              <w:top w:w="20" w:type="dxa"/>
              <w:left w:w="20" w:type="dxa"/>
              <w:bottom w:w="20" w:type="dxa"/>
              <w:right w:w="20" w:type="dxa"/>
            </w:tcMar>
          </w:tcPr>
          <w:p w:rsidR="00FD1019" w:rsidRPr="0078123B" w:rsidRDefault="00FD1019" w:rsidP="004F40CF">
            <w:pPr>
              <w:spacing w:after="0" w:line="240" w:lineRule="auto"/>
            </w:pPr>
          </w:p>
        </w:tc>
        <w:tc>
          <w:tcPr>
            <w:tcW w:w="1008" w:type="dxa"/>
            <w:gridSpan w:val="2"/>
            <w:shd w:val="clear" w:color="auto" w:fill="F8FAFC"/>
            <w:tcMar>
              <w:top w:w="20" w:type="dxa"/>
              <w:left w:w="20" w:type="dxa"/>
              <w:bottom w:w="20" w:type="dxa"/>
              <w:right w:w="20" w:type="dxa"/>
            </w:tcMar>
          </w:tcPr>
          <w:p w:rsidR="00FD1019" w:rsidRPr="0078123B" w:rsidRDefault="00FD1019" w:rsidP="004F40CF">
            <w:pPr>
              <w:spacing w:after="0" w:line="240" w:lineRule="auto"/>
            </w:pPr>
          </w:p>
        </w:tc>
        <w:tc>
          <w:tcPr>
            <w:tcW w:w="1298" w:type="dxa"/>
            <w:shd w:val="clear" w:color="auto" w:fill="F8FAFC"/>
            <w:tcMar>
              <w:top w:w="20" w:type="dxa"/>
              <w:left w:w="20" w:type="dxa"/>
              <w:bottom w:w="20" w:type="dxa"/>
              <w:right w:w="20" w:type="dxa"/>
            </w:tcMar>
          </w:tcPr>
          <w:p w:rsidR="00FD1019" w:rsidRPr="0078123B" w:rsidRDefault="00FD1019" w:rsidP="004F40CF">
            <w:pPr>
              <w:spacing w:after="0" w:line="240" w:lineRule="auto"/>
            </w:pPr>
          </w:p>
        </w:tc>
        <w:tc>
          <w:tcPr>
            <w:tcW w:w="1224" w:type="dxa"/>
            <w:shd w:val="clear" w:color="auto" w:fill="F8FAFC"/>
            <w:tcMar>
              <w:top w:w="20" w:type="dxa"/>
              <w:left w:w="20" w:type="dxa"/>
              <w:bottom w:w="20" w:type="dxa"/>
              <w:right w:w="20" w:type="dxa"/>
            </w:tcMar>
          </w:tcPr>
          <w:p w:rsidR="00FD1019" w:rsidRPr="0078123B" w:rsidRDefault="00FD1019" w:rsidP="004F40CF">
            <w:pPr>
              <w:spacing w:after="0" w:line="240" w:lineRule="auto"/>
            </w:pPr>
          </w:p>
        </w:tc>
      </w:tr>
      <w:tr w:rsidR="00FD1019" w:rsidRPr="0078123B" w:rsidTr="008E6D36">
        <w:tblPrEx>
          <w:tblCellMar>
            <w:left w:w="108" w:type="dxa"/>
            <w:right w:w="108" w:type="dxa"/>
          </w:tblCellMar>
          <w:tblLook w:val="04A0"/>
        </w:tblPrEx>
        <w:trPr>
          <w:gridAfter w:val="1"/>
          <w:wAfter w:w="10" w:type="dxa"/>
          <w:jc w:val="center"/>
        </w:trPr>
        <w:tc>
          <w:tcPr>
            <w:tcW w:w="792" w:type="dxa"/>
            <w:shd w:val="clear" w:color="auto" w:fill="FFFFFF"/>
            <w:tcMar>
              <w:top w:w="20" w:type="dxa"/>
              <w:left w:w="20" w:type="dxa"/>
              <w:bottom w:w="20" w:type="dxa"/>
              <w:right w:w="20" w:type="dxa"/>
            </w:tcMar>
          </w:tcPr>
          <w:p w:rsidR="00FD1019" w:rsidRPr="0078123B" w:rsidRDefault="004F40CF" w:rsidP="004F40CF">
            <w:pPr>
              <w:spacing w:after="0" w:line="240" w:lineRule="auto"/>
              <w:jc w:val="center"/>
            </w:pPr>
            <w:r w:rsidRPr="0078123B">
              <w:rPr>
                <w:rFonts w:ascii="Calibri" w:hAnsi="Calibri"/>
                <w:sz w:val="12"/>
              </w:rPr>
              <w:lastRenderedPageBreak/>
              <w:t>NİSAN</w:t>
            </w:r>
          </w:p>
        </w:tc>
        <w:tc>
          <w:tcPr>
            <w:tcW w:w="1008" w:type="dxa"/>
            <w:shd w:val="clear" w:color="auto" w:fill="FFFFFF"/>
            <w:tcMar>
              <w:top w:w="20" w:type="dxa"/>
              <w:left w:w="20" w:type="dxa"/>
              <w:bottom w:w="20" w:type="dxa"/>
              <w:right w:w="20" w:type="dxa"/>
            </w:tcMar>
          </w:tcPr>
          <w:p w:rsidR="00FD1019" w:rsidRPr="0078123B" w:rsidRDefault="004F40CF" w:rsidP="004F40CF">
            <w:pPr>
              <w:spacing w:after="0" w:line="240" w:lineRule="auto"/>
              <w:jc w:val="center"/>
            </w:pPr>
            <w:r w:rsidRPr="0078123B">
              <w:rPr>
                <w:rFonts w:ascii="Calibri" w:hAnsi="Calibri"/>
                <w:sz w:val="12"/>
              </w:rPr>
              <w:t>26. Hafta:</w:t>
            </w:r>
            <w:r w:rsidRPr="0078123B">
              <w:rPr>
                <w:rFonts w:ascii="Calibri" w:hAnsi="Calibri"/>
                <w:sz w:val="12"/>
              </w:rPr>
              <w:br/>
              <w:t>5-9 Nisan</w:t>
            </w:r>
          </w:p>
        </w:tc>
        <w:tc>
          <w:tcPr>
            <w:tcW w:w="652" w:type="dxa"/>
            <w:shd w:val="clear" w:color="auto" w:fill="FFFFFF"/>
            <w:tcMar>
              <w:top w:w="20" w:type="dxa"/>
              <w:left w:w="20" w:type="dxa"/>
              <w:bottom w:w="20" w:type="dxa"/>
              <w:right w:w="20" w:type="dxa"/>
            </w:tcMar>
          </w:tcPr>
          <w:p w:rsidR="00FD1019" w:rsidRPr="0078123B" w:rsidRDefault="007E69E6" w:rsidP="004F40CF">
            <w:pPr>
              <w:spacing w:after="0" w:line="240" w:lineRule="auto"/>
              <w:jc w:val="center"/>
            </w:pPr>
            <w:r>
              <w:rPr>
                <w:rFonts w:ascii="Calibri" w:hAnsi="Calibri"/>
                <w:sz w:val="12"/>
              </w:rPr>
              <w:t>3</w:t>
            </w:r>
          </w:p>
        </w:tc>
        <w:tc>
          <w:tcPr>
            <w:tcW w:w="1152" w:type="dxa"/>
            <w:shd w:val="clear" w:color="auto" w:fill="FFFFFF"/>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YAŞAYAN DEMOKRASİMİZ</w:t>
            </w:r>
          </w:p>
        </w:tc>
        <w:tc>
          <w:tcPr>
            <w:tcW w:w="1224" w:type="dxa"/>
            <w:shd w:val="clear" w:color="auto" w:fill="FFFFFF"/>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İhtiyaç Durumunda veya Sorunların Çözümünde Başvurulabilecek Kurumlar</w:t>
            </w:r>
          </w:p>
        </w:tc>
        <w:tc>
          <w:tcPr>
            <w:tcW w:w="1512" w:type="dxa"/>
            <w:gridSpan w:val="2"/>
            <w:shd w:val="clear" w:color="auto" w:fill="FFFFFF"/>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SB.5.4.4. Bir ihtiyaç hâlinde veya sorun karşısında başvuru yapılabilecek kurumlar hakkında bilgi toplayabilme</w:t>
            </w:r>
          </w:p>
        </w:tc>
        <w:tc>
          <w:tcPr>
            <w:tcW w:w="1656" w:type="dxa"/>
            <w:shd w:val="clear" w:color="auto" w:fill="FFFFFF"/>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a) Bir ihtiyaç hâlinde veya sorun karşısında başvuru yapılabilecek kurumlar hakkında</w:t>
            </w:r>
            <w:r w:rsidRPr="0078123B">
              <w:rPr>
                <w:rFonts w:ascii="Calibri" w:hAnsi="Calibri"/>
                <w:sz w:val="12"/>
              </w:rPr>
              <w:br/>
              <w:t>bilgi toplayabileceği kaynakları belirler.</w:t>
            </w:r>
            <w:r w:rsidRPr="0078123B">
              <w:rPr>
                <w:rFonts w:ascii="Calibri" w:hAnsi="Calibri"/>
                <w:sz w:val="12"/>
              </w:rPr>
              <w:br/>
              <w:t>b) Belirlediği kaynaklardan ihtiyaç hâlinde veya sorun karşısında başvuru yapılabilecek kurumlar hakkındaki bilgileri bulur.</w:t>
            </w:r>
            <w:r w:rsidRPr="0078123B">
              <w:rPr>
                <w:rFonts w:ascii="Calibri" w:hAnsi="Calibri"/>
                <w:sz w:val="12"/>
              </w:rPr>
              <w:br/>
              <w:t>c) Belirlediği kaynaklardan ihtiyaç hâlinde veya sorun karşısında başvuru yapılabilecek kurumlar hakkında ulaştığı bilgileri doğrular.</w:t>
            </w:r>
            <w:r w:rsidRPr="0078123B">
              <w:rPr>
                <w:rFonts w:ascii="Calibri" w:hAnsi="Calibri"/>
                <w:sz w:val="12"/>
              </w:rPr>
              <w:br/>
              <w:t>ç) Belirlediği kaynaklardan ihtiyaç hâlinde veya sorun karşısında başvuru yapılabilecek kurumlar hakkında ulaştığı bilgileri kaydeder.</w:t>
            </w:r>
          </w:p>
        </w:tc>
        <w:tc>
          <w:tcPr>
            <w:tcW w:w="1228" w:type="dxa"/>
            <w:gridSpan w:val="2"/>
            <w:shd w:val="clear" w:color="auto" w:fill="FFFF99"/>
            <w:tcMar>
              <w:top w:w="20" w:type="dxa"/>
              <w:left w:w="20" w:type="dxa"/>
              <w:bottom w:w="20" w:type="dxa"/>
              <w:right w:w="20" w:type="dxa"/>
            </w:tcMar>
          </w:tcPr>
          <w:p w:rsidR="00FD1019" w:rsidRPr="0078123B" w:rsidRDefault="004F40CF" w:rsidP="006E73E9">
            <w:pPr>
              <w:spacing w:after="0" w:line="240" w:lineRule="auto"/>
              <w:jc w:val="center"/>
            </w:pPr>
            <w:r w:rsidRPr="006E73E9">
              <w:rPr>
                <w:rFonts w:ascii="Calibri" w:hAnsi="Calibri"/>
                <w:b/>
                <w:sz w:val="12"/>
              </w:rPr>
              <w:t>SINAV HAFTASI</w:t>
            </w:r>
            <w:r w:rsidRPr="0078123B">
              <w:rPr>
                <w:rFonts w:ascii="Calibri" w:hAnsi="Calibri"/>
                <w:sz w:val="12"/>
              </w:rPr>
              <w:br/>
              <w:t>(29 Mart-9 Nisan 2027)</w:t>
            </w:r>
          </w:p>
        </w:tc>
        <w:tc>
          <w:tcPr>
            <w:tcW w:w="1152" w:type="dxa"/>
            <w:shd w:val="clear" w:color="auto" w:fill="FFFFFF"/>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SDB1.2. Kendini Düzenleme (Öz Düzenleme Becerisi)</w:t>
            </w:r>
            <w:proofErr w:type="gramStart"/>
            <w:r w:rsidRPr="0078123B">
              <w:rPr>
                <w:rFonts w:ascii="Calibri" w:hAnsi="Calibri"/>
                <w:sz w:val="12"/>
              </w:rPr>
              <w:t>,</w:t>
            </w:r>
            <w:proofErr w:type="gramEnd"/>
            <w:r w:rsidRPr="0078123B">
              <w:rPr>
                <w:rFonts w:ascii="Calibri" w:hAnsi="Calibri"/>
                <w:sz w:val="12"/>
              </w:rPr>
              <w:br/>
              <w:t>SDB2.1. İletişim</w:t>
            </w:r>
            <w:proofErr w:type="gramStart"/>
            <w:r w:rsidRPr="0078123B">
              <w:rPr>
                <w:rFonts w:ascii="Calibri" w:hAnsi="Calibri"/>
                <w:sz w:val="12"/>
              </w:rPr>
              <w:t>,</w:t>
            </w:r>
            <w:proofErr w:type="gramEnd"/>
            <w:r w:rsidRPr="0078123B">
              <w:rPr>
                <w:rFonts w:ascii="Calibri" w:hAnsi="Calibri"/>
                <w:sz w:val="12"/>
              </w:rPr>
              <w:br/>
              <w:t xml:space="preserve">SDB2.2. İş Birliği, </w:t>
            </w:r>
            <w:r w:rsidRPr="0078123B">
              <w:rPr>
                <w:rFonts w:ascii="Calibri" w:hAnsi="Calibri"/>
                <w:sz w:val="12"/>
              </w:rPr>
              <w:br/>
              <w:t>SDB2.3. Sosyal Farkındalık</w:t>
            </w:r>
          </w:p>
        </w:tc>
        <w:tc>
          <w:tcPr>
            <w:tcW w:w="1008" w:type="dxa"/>
            <w:shd w:val="clear" w:color="auto" w:fill="FFFFFF"/>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D1. Adalet</w:t>
            </w:r>
            <w:proofErr w:type="gramStart"/>
            <w:r w:rsidRPr="0078123B">
              <w:rPr>
                <w:rFonts w:ascii="Calibri" w:hAnsi="Calibri"/>
                <w:sz w:val="12"/>
              </w:rPr>
              <w:t>,</w:t>
            </w:r>
            <w:proofErr w:type="gramEnd"/>
            <w:r w:rsidRPr="0078123B">
              <w:rPr>
                <w:rFonts w:ascii="Calibri" w:hAnsi="Calibri"/>
                <w:sz w:val="12"/>
              </w:rPr>
              <w:br/>
              <w:t>D5. Duyarlılık</w:t>
            </w:r>
            <w:proofErr w:type="gramStart"/>
            <w:r w:rsidRPr="0078123B">
              <w:rPr>
                <w:rFonts w:ascii="Calibri" w:hAnsi="Calibri"/>
                <w:sz w:val="12"/>
              </w:rPr>
              <w:t>,</w:t>
            </w:r>
            <w:proofErr w:type="gramEnd"/>
            <w:r w:rsidRPr="0078123B">
              <w:rPr>
                <w:rFonts w:ascii="Calibri" w:hAnsi="Calibri"/>
                <w:sz w:val="12"/>
              </w:rPr>
              <w:br/>
              <w:t>D16. Sorumluluk, D19. Vatanseverlik, D20. Yardımseverlik</w:t>
            </w:r>
          </w:p>
        </w:tc>
        <w:tc>
          <w:tcPr>
            <w:tcW w:w="1152" w:type="dxa"/>
            <w:shd w:val="clear" w:color="auto" w:fill="FFFFFF"/>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OB1. Bilgi Okuryazarlığı</w:t>
            </w:r>
            <w:proofErr w:type="gramStart"/>
            <w:r w:rsidRPr="0078123B">
              <w:rPr>
                <w:rFonts w:ascii="Calibri" w:hAnsi="Calibri"/>
                <w:sz w:val="12"/>
              </w:rPr>
              <w:t>,</w:t>
            </w:r>
            <w:proofErr w:type="gramEnd"/>
            <w:r w:rsidRPr="0078123B">
              <w:rPr>
                <w:rFonts w:ascii="Calibri" w:hAnsi="Calibri"/>
                <w:sz w:val="12"/>
              </w:rPr>
              <w:br/>
              <w:t>OB2. Dijital Okuryazarlık</w:t>
            </w:r>
            <w:proofErr w:type="gramStart"/>
            <w:r w:rsidRPr="0078123B">
              <w:rPr>
                <w:rFonts w:ascii="Calibri" w:hAnsi="Calibri"/>
                <w:sz w:val="12"/>
              </w:rPr>
              <w:t>,</w:t>
            </w:r>
            <w:proofErr w:type="gramEnd"/>
            <w:r w:rsidRPr="0078123B">
              <w:rPr>
                <w:rFonts w:ascii="Calibri" w:hAnsi="Calibri"/>
                <w:sz w:val="12"/>
              </w:rPr>
              <w:br/>
              <w:t>OB4. Görsel Okuryazarlık</w:t>
            </w:r>
            <w:proofErr w:type="gramStart"/>
            <w:r w:rsidRPr="0078123B">
              <w:rPr>
                <w:rFonts w:ascii="Calibri" w:hAnsi="Calibri"/>
                <w:sz w:val="12"/>
              </w:rPr>
              <w:t>,</w:t>
            </w:r>
            <w:proofErr w:type="gramEnd"/>
            <w:r w:rsidRPr="0078123B">
              <w:rPr>
                <w:rFonts w:ascii="Calibri" w:hAnsi="Calibri"/>
                <w:sz w:val="12"/>
              </w:rPr>
              <w:br/>
              <w:t>OB6. Vatandaşlık Okuryazarlığı</w:t>
            </w:r>
          </w:p>
        </w:tc>
        <w:tc>
          <w:tcPr>
            <w:tcW w:w="1008" w:type="dxa"/>
            <w:gridSpan w:val="2"/>
            <w:shd w:val="clear" w:color="auto" w:fill="FFFFFF"/>
            <w:tcMar>
              <w:top w:w="20" w:type="dxa"/>
              <w:left w:w="20" w:type="dxa"/>
              <w:bottom w:w="20" w:type="dxa"/>
              <w:right w:w="20" w:type="dxa"/>
            </w:tcMar>
          </w:tcPr>
          <w:p w:rsidR="00FD1019" w:rsidRPr="0078123B" w:rsidRDefault="00FD1019" w:rsidP="004F40CF">
            <w:pPr>
              <w:spacing w:after="0" w:line="240" w:lineRule="auto"/>
            </w:pPr>
          </w:p>
        </w:tc>
        <w:tc>
          <w:tcPr>
            <w:tcW w:w="1298" w:type="dxa"/>
            <w:shd w:val="clear" w:color="auto" w:fill="FFFFFF"/>
            <w:tcMar>
              <w:top w:w="20" w:type="dxa"/>
              <w:left w:w="20" w:type="dxa"/>
              <w:bottom w:w="20" w:type="dxa"/>
              <w:right w:w="20" w:type="dxa"/>
            </w:tcMar>
          </w:tcPr>
          <w:p w:rsidR="00FD1019" w:rsidRPr="0078123B" w:rsidRDefault="00FD1019" w:rsidP="004F40CF">
            <w:pPr>
              <w:spacing w:after="0" w:line="240" w:lineRule="auto"/>
            </w:pPr>
          </w:p>
        </w:tc>
        <w:tc>
          <w:tcPr>
            <w:tcW w:w="1224" w:type="dxa"/>
            <w:shd w:val="clear" w:color="auto" w:fill="FFFFFF"/>
            <w:tcMar>
              <w:top w:w="20" w:type="dxa"/>
              <w:left w:w="20" w:type="dxa"/>
              <w:bottom w:w="20" w:type="dxa"/>
              <w:right w:w="20" w:type="dxa"/>
            </w:tcMar>
          </w:tcPr>
          <w:p w:rsidR="00FD1019" w:rsidRPr="0078123B" w:rsidRDefault="00FD1019" w:rsidP="004F40CF">
            <w:pPr>
              <w:spacing w:after="0" w:line="240" w:lineRule="auto"/>
            </w:pPr>
          </w:p>
        </w:tc>
      </w:tr>
      <w:tr w:rsidR="00FD1019" w:rsidRPr="0078123B" w:rsidTr="008E6D36">
        <w:tblPrEx>
          <w:tblCellMar>
            <w:left w:w="108" w:type="dxa"/>
            <w:right w:w="108" w:type="dxa"/>
          </w:tblCellMar>
          <w:tblLook w:val="04A0"/>
        </w:tblPrEx>
        <w:trPr>
          <w:gridAfter w:val="1"/>
          <w:wAfter w:w="10" w:type="dxa"/>
          <w:jc w:val="center"/>
        </w:trPr>
        <w:tc>
          <w:tcPr>
            <w:tcW w:w="792" w:type="dxa"/>
            <w:shd w:val="clear" w:color="auto" w:fill="FFFFFF"/>
            <w:tcMar>
              <w:top w:w="20" w:type="dxa"/>
              <w:left w:w="20" w:type="dxa"/>
              <w:bottom w:w="20" w:type="dxa"/>
              <w:right w:w="20" w:type="dxa"/>
            </w:tcMar>
          </w:tcPr>
          <w:p w:rsidR="00FD1019" w:rsidRPr="0078123B" w:rsidRDefault="004F40CF" w:rsidP="004F40CF">
            <w:pPr>
              <w:spacing w:after="0" w:line="240" w:lineRule="auto"/>
              <w:jc w:val="center"/>
            </w:pPr>
            <w:r w:rsidRPr="0078123B">
              <w:rPr>
                <w:rFonts w:ascii="Calibri" w:hAnsi="Calibri"/>
                <w:sz w:val="12"/>
              </w:rPr>
              <w:t>NİSAN</w:t>
            </w:r>
          </w:p>
        </w:tc>
        <w:tc>
          <w:tcPr>
            <w:tcW w:w="1008" w:type="dxa"/>
            <w:shd w:val="clear" w:color="auto" w:fill="FFFFFF"/>
            <w:tcMar>
              <w:top w:w="20" w:type="dxa"/>
              <w:left w:w="20" w:type="dxa"/>
              <w:bottom w:w="20" w:type="dxa"/>
              <w:right w:w="20" w:type="dxa"/>
            </w:tcMar>
          </w:tcPr>
          <w:p w:rsidR="00FD1019" w:rsidRPr="0078123B" w:rsidRDefault="004F40CF" w:rsidP="004F40CF">
            <w:pPr>
              <w:spacing w:after="0" w:line="240" w:lineRule="auto"/>
              <w:jc w:val="center"/>
            </w:pPr>
            <w:r w:rsidRPr="0078123B">
              <w:rPr>
                <w:rFonts w:ascii="Calibri" w:hAnsi="Calibri"/>
                <w:sz w:val="12"/>
              </w:rPr>
              <w:t>27. Hafta:</w:t>
            </w:r>
            <w:r w:rsidRPr="0078123B">
              <w:rPr>
                <w:rFonts w:ascii="Calibri" w:hAnsi="Calibri"/>
                <w:sz w:val="12"/>
              </w:rPr>
              <w:br/>
              <w:t>12-16 Nisan</w:t>
            </w:r>
          </w:p>
        </w:tc>
        <w:tc>
          <w:tcPr>
            <w:tcW w:w="652" w:type="dxa"/>
            <w:shd w:val="clear" w:color="auto" w:fill="FFFFFF"/>
            <w:tcMar>
              <w:top w:w="20" w:type="dxa"/>
              <w:left w:w="20" w:type="dxa"/>
              <w:bottom w:w="20" w:type="dxa"/>
              <w:right w:w="20" w:type="dxa"/>
            </w:tcMar>
          </w:tcPr>
          <w:p w:rsidR="00FD1019" w:rsidRPr="0078123B" w:rsidRDefault="004F40CF" w:rsidP="004F40CF">
            <w:pPr>
              <w:spacing w:after="0" w:line="240" w:lineRule="auto"/>
              <w:jc w:val="center"/>
            </w:pPr>
            <w:r w:rsidRPr="0078123B">
              <w:rPr>
                <w:rFonts w:ascii="Calibri" w:hAnsi="Calibri"/>
                <w:sz w:val="12"/>
              </w:rPr>
              <w:t>3</w:t>
            </w:r>
          </w:p>
        </w:tc>
        <w:tc>
          <w:tcPr>
            <w:tcW w:w="1152" w:type="dxa"/>
            <w:shd w:val="clear" w:color="auto" w:fill="FFFFFF"/>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YAŞAYAN DEMOKRASİMİZ</w:t>
            </w:r>
          </w:p>
        </w:tc>
        <w:tc>
          <w:tcPr>
            <w:tcW w:w="1224" w:type="dxa"/>
            <w:shd w:val="clear" w:color="auto" w:fill="FFFFFF"/>
            <w:tcMar>
              <w:top w:w="20" w:type="dxa"/>
              <w:left w:w="20" w:type="dxa"/>
              <w:bottom w:w="20" w:type="dxa"/>
              <w:right w:w="20" w:type="dxa"/>
            </w:tcMar>
          </w:tcPr>
          <w:p w:rsidR="00FD1019" w:rsidRPr="0078123B" w:rsidRDefault="007F5686" w:rsidP="004F40CF">
            <w:pPr>
              <w:spacing w:after="0" w:line="240" w:lineRule="auto"/>
            </w:pPr>
            <w:proofErr w:type="spellStart"/>
            <w:r>
              <w:rPr>
                <w:rFonts w:ascii="Calibri" w:hAnsi="Calibri"/>
                <w:sz w:val="12"/>
              </w:rPr>
              <w:t>İhtiyaç</w:t>
            </w:r>
            <w:proofErr w:type="spellEnd"/>
            <w:r>
              <w:rPr>
                <w:rFonts w:ascii="Calibri" w:hAnsi="Calibri"/>
                <w:sz w:val="12"/>
              </w:rPr>
              <w:t xml:space="preserve"> </w:t>
            </w:r>
            <w:proofErr w:type="spellStart"/>
            <w:r>
              <w:rPr>
                <w:rFonts w:ascii="Calibri" w:hAnsi="Calibri"/>
                <w:sz w:val="12"/>
              </w:rPr>
              <w:t>Durumunda</w:t>
            </w:r>
            <w:proofErr w:type="spellEnd"/>
            <w:r>
              <w:rPr>
                <w:rFonts w:ascii="Calibri" w:hAnsi="Calibri"/>
                <w:sz w:val="12"/>
              </w:rPr>
              <w:t xml:space="preserve"> </w:t>
            </w:r>
            <w:proofErr w:type="spellStart"/>
            <w:r>
              <w:rPr>
                <w:rFonts w:ascii="Calibri" w:hAnsi="Calibri"/>
                <w:sz w:val="12"/>
              </w:rPr>
              <w:t>veya</w:t>
            </w:r>
            <w:proofErr w:type="spellEnd"/>
            <w:r>
              <w:rPr>
                <w:rFonts w:ascii="Calibri" w:hAnsi="Calibri"/>
                <w:sz w:val="12"/>
              </w:rPr>
              <w:t xml:space="preserve"> </w:t>
            </w:r>
            <w:proofErr w:type="spellStart"/>
            <w:r w:rsidR="004F40CF" w:rsidRPr="0078123B">
              <w:rPr>
                <w:rFonts w:ascii="Calibri" w:hAnsi="Calibri"/>
                <w:sz w:val="12"/>
              </w:rPr>
              <w:t>Sorunların</w:t>
            </w:r>
            <w:proofErr w:type="spellEnd"/>
            <w:r w:rsidR="004F40CF" w:rsidRPr="0078123B">
              <w:rPr>
                <w:rFonts w:ascii="Calibri" w:hAnsi="Calibri"/>
                <w:sz w:val="12"/>
              </w:rPr>
              <w:t xml:space="preserve"> </w:t>
            </w:r>
            <w:proofErr w:type="spellStart"/>
            <w:r w:rsidR="004F40CF" w:rsidRPr="0078123B">
              <w:rPr>
                <w:rFonts w:ascii="Calibri" w:hAnsi="Calibri"/>
                <w:sz w:val="12"/>
              </w:rPr>
              <w:t>Çözümünde</w:t>
            </w:r>
            <w:proofErr w:type="spellEnd"/>
            <w:r w:rsidR="004F40CF" w:rsidRPr="0078123B">
              <w:rPr>
                <w:rFonts w:ascii="Calibri" w:hAnsi="Calibri"/>
                <w:sz w:val="12"/>
              </w:rPr>
              <w:br/>
              <w:t xml:space="preserve"> </w:t>
            </w:r>
            <w:proofErr w:type="spellStart"/>
            <w:r w:rsidR="004F40CF" w:rsidRPr="0078123B">
              <w:rPr>
                <w:rFonts w:ascii="Calibri" w:hAnsi="Calibri"/>
                <w:sz w:val="12"/>
              </w:rPr>
              <w:t>Başvurulabilecek</w:t>
            </w:r>
            <w:proofErr w:type="spellEnd"/>
            <w:r w:rsidR="004F40CF" w:rsidRPr="0078123B">
              <w:rPr>
                <w:rFonts w:ascii="Calibri" w:hAnsi="Calibri"/>
                <w:sz w:val="12"/>
              </w:rPr>
              <w:t xml:space="preserve"> </w:t>
            </w:r>
            <w:proofErr w:type="spellStart"/>
            <w:r w:rsidR="004F40CF" w:rsidRPr="0078123B">
              <w:rPr>
                <w:rFonts w:ascii="Calibri" w:hAnsi="Calibri"/>
                <w:sz w:val="12"/>
              </w:rPr>
              <w:t>Kurumlar</w:t>
            </w:r>
            <w:proofErr w:type="spellEnd"/>
          </w:p>
        </w:tc>
        <w:tc>
          <w:tcPr>
            <w:tcW w:w="1512" w:type="dxa"/>
            <w:gridSpan w:val="2"/>
            <w:shd w:val="clear" w:color="auto" w:fill="FFFFFF"/>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SB.5.4.4. Bir ihtiyaç hâlinde veya sorun karşısında başvuru yapılabilecek kurumlar hakkında bilgi toplayabilme</w:t>
            </w:r>
          </w:p>
        </w:tc>
        <w:tc>
          <w:tcPr>
            <w:tcW w:w="1656" w:type="dxa"/>
            <w:shd w:val="clear" w:color="auto" w:fill="FFFFFF"/>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a) Bir ihtiyaç hâlinde veya sorun karşısında başvuru yapılabilecek kurumlar hakkında</w:t>
            </w:r>
            <w:r w:rsidRPr="0078123B">
              <w:rPr>
                <w:rFonts w:ascii="Calibri" w:hAnsi="Calibri"/>
                <w:sz w:val="12"/>
              </w:rPr>
              <w:br/>
              <w:t>bilgi toplayabileceği kaynakları belirler.</w:t>
            </w:r>
            <w:r w:rsidRPr="0078123B">
              <w:rPr>
                <w:rFonts w:ascii="Calibri" w:hAnsi="Calibri"/>
                <w:sz w:val="12"/>
              </w:rPr>
              <w:br/>
              <w:t>b) Belirlediği kaynaklardan ihtiyaç hâlinde veya sorun karşısında başvuru yapılabilecek kurumlar hakkındaki bilgileri bulur.</w:t>
            </w:r>
            <w:r w:rsidRPr="0078123B">
              <w:rPr>
                <w:rFonts w:ascii="Calibri" w:hAnsi="Calibri"/>
                <w:sz w:val="12"/>
              </w:rPr>
              <w:br/>
              <w:t>c) Belirlediği kaynaklardan ihtiyaç hâlinde veya sorun karşısında başvuru yapılabilecek kurumlar hakkında ulaştığı bilgileri doğrular.</w:t>
            </w:r>
            <w:r w:rsidRPr="0078123B">
              <w:rPr>
                <w:rFonts w:ascii="Calibri" w:hAnsi="Calibri"/>
                <w:sz w:val="12"/>
              </w:rPr>
              <w:br/>
              <w:t>ç) Belirlediği kaynaklardan ihtiyaç hâlinde veya sorun karşısında başvuru yapılabilecek kurumlar hakkında ulaştığı bilgileri kaydeder.</w:t>
            </w:r>
          </w:p>
        </w:tc>
        <w:tc>
          <w:tcPr>
            <w:tcW w:w="1228" w:type="dxa"/>
            <w:gridSpan w:val="2"/>
            <w:shd w:val="clear" w:color="auto" w:fill="FFFFFF"/>
            <w:tcMar>
              <w:top w:w="20" w:type="dxa"/>
              <w:left w:w="20" w:type="dxa"/>
              <w:bottom w:w="20" w:type="dxa"/>
              <w:right w:w="20" w:type="dxa"/>
            </w:tcMar>
          </w:tcPr>
          <w:p w:rsidR="00FD1019" w:rsidRPr="0078123B" w:rsidRDefault="00FD1019" w:rsidP="004F40CF">
            <w:pPr>
              <w:spacing w:after="0" w:line="240" w:lineRule="auto"/>
            </w:pPr>
          </w:p>
        </w:tc>
        <w:tc>
          <w:tcPr>
            <w:tcW w:w="1152" w:type="dxa"/>
            <w:shd w:val="clear" w:color="auto" w:fill="FFFFFF"/>
            <w:tcMar>
              <w:top w:w="20" w:type="dxa"/>
              <w:left w:w="20" w:type="dxa"/>
              <w:bottom w:w="20" w:type="dxa"/>
              <w:right w:w="20" w:type="dxa"/>
            </w:tcMar>
          </w:tcPr>
          <w:p w:rsidR="00FD1019" w:rsidRPr="0078123B" w:rsidRDefault="00FD1019" w:rsidP="004F40CF">
            <w:pPr>
              <w:spacing w:after="0" w:line="240" w:lineRule="auto"/>
            </w:pPr>
          </w:p>
        </w:tc>
        <w:tc>
          <w:tcPr>
            <w:tcW w:w="1008" w:type="dxa"/>
            <w:shd w:val="clear" w:color="auto" w:fill="FFFFFF"/>
            <w:tcMar>
              <w:top w:w="20" w:type="dxa"/>
              <w:left w:w="20" w:type="dxa"/>
              <w:bottom w:w="20" w:type="dxa"/>
              <w:right w:w="20" w:type="dxa"/>
            </w:tcMar>
          </w:tcPr>
          <w:p w:rsidR="00FD1019" w:rsidRPr="0078123B" w:rsidRDefault="00FD1019" w:rsidP="004F40CF">
            <w:pPr>
              <w:spacing w:after="0" w:line="240" w:lineRule="auto"/>
            </w:pPr>
          </w:p>
        </w:tc>
        <w:tc>
          <w:tcPr>
            <w:tcW w:w="1152" w:type="dxa"/>
            <w:shd w:val="clear" w:color="auto" w:fill="FFFFFF"/>
            <w:tcMar>
              <w:top w:w="20" w:type="dxa"/>
              <w:left w:w="20" w:type="dxa"/>
              <w:bottom w:w="20" w:type="dxa"/>
              <w:right w:w="20" w:type="dxa"/>
            </w:tcMar>
          </w:tcPr>
          <w:p w:rsidR="00FD1019" w:rsidRPr="0078123B" w:rsidRDefault="00FD1019" w:rsidP="004F40CF">
            <w:pPr>
              <w:spacing w:after="0" w:line="240" w:lineRule="auto"/>
            </w:pPr>
          </w:p>
        </w:tc>
        <w:tc>
          <w:tcPr>
            <w:tcW w:w="1008" w:type="dxa"/>
            <w:gridSpan w:val="2"/>
            <w:shd w:val="clear" w:color="auto" w:fill="FFFFFF"/>
            <w:tcMar>
              <w:top w:w="20" w:type="dxa"/>
              <w:left w:w="20" w:type="dxa"/>
              <w:bottom w:w="20" w:type="dxa"/>
              <w:right w:w="20" w:type="dxa"/>
            </w:tcMar>
          </w:tcPr>
          <w:p w:rsidR="00FD1019" w:rsidRPr="0078123B" w:rsidRDefault="00FD1019" w:rsidP="004F40CF">
            <w:pPr>
              <w:spacing w:after="0" w:line="240" w:lineRule="auto"/>
            </w:pPr>
          </w:p>
        </w:tc>
        <w:tc>
          <w:tcPr>
            <w:tcW w:w="1298" w:type="dxa"/>
            <w:shd w:val="clear" w:color="auto" w:fill="FFFFFF"/>
            <w:tcMar>
              <w:top w:w="20" w:type="dxa"/>
              <w:left w:w="20" w:type="dxa"/>
              <w:bottom w:w="20" w:type="dxa"/>
              <w:right w:w="20" w:type="dxa"/>
            </w:tcMar>
          </w:tcPr>
          <w:p w:rsidR="00FD1019" w:rsidRPr="0078123B" w:rsidRDefault="00FD1019" w:rsidP="004F40CF">
            <w:pPr>
              <w:spacing w:after="0" w:line="240" w:lineRule="auto"/>
            </w:pPr>
          </w:p>
        </w:tc>
        <w:tc>
          <w:tcPr>
            <w:tcW w:w="1224" w:type="dxa"/>
            <w:shd w:val="clear" w:color="auto" w:fill="FFFFFF"/>
            <w:tcMar>
              <w:top w:w="20" w:type="dxa"/>
              <w:left w:w="20" w:type="dxa"/>
              <w:bottom w:w="20" w:type="dxa"/>
              <w:right w:w="20" w:type="dxa"/>
            </w:tcMar>
          </w:tcPr>
          <w:p w:rsidR="00FD1019" w:rsidRPr="0078123B" w:rsidRDefault="00FD1019" w:rsidP="004F40CF">
            <w:pPr>
              <w:spacing w:after="0" w:line="240" w:lineRule="auto"/>
            </w:pPr>
          </w:p>
        </w:tc>
      </w:tr>
      <w:tr w:rsidR="00FD1019" w:rsidRPr="0078123B" w:rsidTr="008E6D36">
        <w:tblPrEx>
          <w:tblCellMar>
            <w:left w:w="108" w:type="dxa"/>
            <w:right w:w="108" w:type="dxa"/>
          </w:tblCellMar>
          <w:tblLook w:val="04A0"/>
        </w:tblPrEx>
        <w:trPr>
          <w:gridAfter w:val="1"/>
          <w:wAfter w:w="10" w:type="dxa"/>
          <w:jc w:val="center"/>
        </w:trPr>
        <w:tc>
          <w:tcPr>
            <w:tcW w:w="792" w:type="dxa"/>
            <w:shd w:val="clear" w:color="auto" w:fill="F8FAFC"/>
            <w:tcMar>
              <w:top w:w="20" w:type="dxa"/>
              <w:left w:w="20" w:type="dxa"/>
              <w:bottom w:w="20" w:type="dxa"/>
              <w:right w:w="20" w:type="dxa"/>
            </w:tcMar>
          </w:tcPr>
          <w:p w:rsidR="00FD1019" w:rsidRPr="0078123B" w:rsidRDefault="004F40CF" w:rsidP="004F40CF">
            <w:pPr>
              <w:spacing w:after="0" w:line="240" w:lineRule="auto"/>
              <w:jc w:val="center"/>
            </w:pPr>
            <w:r w:rsidRPr="0078123B">
              <w:rPr>
                <w:rFonts w:ascii="Calibri" w:hAnsi="Calibri"/>
                <w:sz w:val="12"/>
              </w:rPr>
              <w:t>NİSAN</w:t>
            </w:r>
          </w:p>
        </w:tc>
        <w:tc>
          <w:tcPr>
            <w:tcW w:w="1008" w:type="dxa"/>
            <w:shd w:val="clear" w:color="auto" w:fill="F8FAFC"/>
            <w:tcMar>
              <w:top w:w="20" w:type="dxa"/>
              <w:left w:w="20" w:type="dxa"/>
              <w:bottom w:w="20" w:type="dxa"/>
              <w:right w:w="20" w:type="dxa"/>
            </w:tcMar>
          </w:tcPr>
          <w:p w:rsidR="00FD1019" w:rsidRPr="0078123B" w:rsidRDefault="004F40CF" w:rsidP="004F40CF">
            <w:pPr>
              <w:spacing w:after="0" w:line="240" w:lineRule="auto"/>
              <w:jc w:val="center"/>
            </w:pPr>
            <w:r w:rsidRPr="0078123B">
              <w:rPr>
                <w:rFonts w:ascii="Calibri" w:hAnsi="Calibri"/>
                <w:sz w:val="12"/>
              </w:rPr>
              <w:t>28. Hafta:</w:t>
            </w:r>
            <w:r w:rsidRPr="0078123B">
              <w:rPr>
                <w:rFonts w:ascii="Calibri" w:hAnsi="Calibri"/>
                <w:sz w:val="12"/>
              </w:rPr>
              <w:br/>
              <w:t>19-23 Nisan</w:t>
            </w:r>
          </w:p>
        </w:tc>
        <w:tc>
          <w:tcPr>
            <w:tcW w:w="652" w:type="dxa"/>
            <w:shd w:val="clear" w:color="auto" w:fill="F8FAFC"/>
            <w:tcMar>
              <w:top w:w="20" w:type="dxa"/>
              <w:left w:w="20" w:type="dxa"/>
              <w:bottom w:w="20" w:type="dxa"/>
              <w:right w:w="20" w:type="dxa"/>
            </w:tcMar>
          </w:tcPr>
          <w:p w:rsidR="00FD1019" w:rsidRPr="0078123B" w:rsidRDefault="004F40CF" w:rsidP="004F40CF">
            <w:pPr>
              <w:spacing w:after="0" w:line="240" w:lineRule="auto"/>
              <w:jc w:val="center"/>
            </w:pPr>
            <w:r w:rsidRPr="0078123B">
              <w:rPr>
                <w:rFonts w:ascii="Calibri" w:hAnsi="Calibri"/>
                <w:sz w:val="12"/>
              </w:rPr>
              <w:t>1</w:t>
            </w:r>
          </w:p>
        </w:tc>
        <w:tc>
          <w:tcPr>
            <w:tcW w:w="1152" w:type="dxa"/>
            <w:shd w:val="clear" w:color="auto" w:fill="F8FAFC"/>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YAŞAYAN DEMOKRASİMİZ</w:t>
            </w:r>
          </w:p>
        </w:tc>
        <w:tc>
          <w:tcPr>
            <w:tcW w:w="1224" w:type="dxa"/>
            <w:shd w:val="clear" w:color="auto" w:fill="F8FAFC"/>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İhtiyaç Durumunda veya</w:t>
            </w:r>
            <w:r w:rsidRPr="0078123B">
              <w:rPr>
                <w:rFonts w:ascii="Calibri" w:hAnsi="Calibri"/>
                <w:sz w:val="12"/>
              </w:rPr>
              <w:br/>
              <w:t xml:space="preserve"> Sorunların Çözümünde</w:t>
            </w:r>
            <w:r w:rsidRPr="0078123B">
              <w:rPr>
                <w:rFonts w:ascii="Calibri" w:hAnsi="Calibri"/>
                <w:sz w:val="12"/>
              </w:rPr>
              <w:br/>
              <w:t xml:space="preserve"> Başvurulabilecek Kurumlar</w:t>
            </w:r>
          </w:p>
        </w:tc>
        <w:tc>
          <w:tcPr>
            <w:tcW w:w="1512" w:type="dxa"/>
            <w:gridSpan w:val="2"/>
            <w:shd w:val="clear" w:color="auto" w:fill="F8FAFC"/>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SB.5.4.4. Bir ihtiyaç hâlinde veya sorun karşısında başvuru yapılabilecek kurumlar hakkında bilgi toplayabilme</w:t>
            </w:r>
          </w:p>
        </w:tc>
        <w:tc>
          <w:tcPr>
            <w:tcW w:w="1656" w:type="dxa"/>
            <w:shd w:val="clear" w:color="auto" w:fill="F8FAFC"/>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a) Bir ihtiyaç hâlinde veya sorun karşısında başvuru yapılabilecek kurumlar hakkında</w:t>
            </w:r>
            <w:r w:rsidRPr="0078123B">
              <w:rPr>
                <w:rFonts w:ascii="Calibri" w:hAnsi="Calibri"/>
                <w:sz w:val="12"/>
              </w:rPr>
              <w:br/>
              <w:t>bilgi toplayabileceği kaynakları belirler.</w:t>
            </w:r>
            <w:r w:rsidRPr="0078123B">
              <w:rPr>
                <w:rFonts w:ascii="Calibri" w:hAnsi="Calibri"/>
                <w:sz w:val="12"/>
              </w:rPr>
              <w:br/>
              <w:t>b) Belirlediği kaynaklardan ihtiyaç hâlinde veya sorun karşısında başvuru yapılabilecek kurumlar hakkındaki bilgileri bulur.</w:t>
            </w:r>
            <w:r w:rsidRPr="0078123B">
              <w:rPr>
                <w:rFonts w:ascii="Calibri" w:hAnsi="Calibri"/>
                <w:sz w:val="12"/>
              </w:rPr>
              <w:br/>
              <w:t>c) Belirlediği kaynaklardan ihtiyaç hâlinde veya sorun karşısında başvuru yapılabilecek kurumlar hakkında ulaştığı bilgileri doğrular.</w:t>
            </w:r>
            <w:r w:rsidRPr="0078123B">
              <w:rPr>
                <w:rFonts w:ascii="Calibri" w:hAnsi="Calibri"/>
                <w:sz w:val="12"/>
              </w:rPr>
              <w:br/>
              <w:t>ç) Belirlediği kaynaklardan ihtiyaç hâlinde veya sorun karşısında başvuru yapılabilecek kurumlar hakkında ulaştığı bilgileri kaydeder.</w:t>
            </w:r>
          </w:p>
        </w:tc>
        <w:tc>
          <w:tcPr>
            <w:tcW w:w="1228" w:type="dxa"/>
            <w:gridSpan w:val="2"/>
            <w:shd w:val="clear" w:color="auto" w:fill="F8FAFC"/>
            <w:tcMar>
              <w:top w:w="20" w:type="dxa"/>
              <w:left w:w="20" w:type="dxa"/>
              <w:bottom w:w="20" w:type="dxa"/>
              <w:right w:w="20" w:type="dxa"/>
            </w:tcMar>
          </w:tcPr>
          <w:p w:rsidR="00FD1019" w:rsidRPr="0078123B" w:rsidRDefault="00FD1019" w:rsidP="004F40CF">
            <w:pPr>
              <w:spacing w:after="0" w:line="240" w:lineRule="auto"/>
            </w:pPr>
          </w:p>
        </w:tc>
        <w:tc>
          <w:tcPr>
            <w:tcW w:w="1152" w:type="dxa"/>
            <w:shd w:val="clear" w:color="auto" w:fill="F8FAFC"/>
            <w:tcMar>
              <w:top w:w="20" w:type="dxa"/>
              <w:left w:w="20" w:type="dxa"/>
              <w:bottom w:w="20" w:type="dxa"/>
              <w:right w:w="20" w:type="dxa"/>
            </w:tcMar>
          </w:tcPr>
          <w:p w:rsidR="00FD1019" w:rsidRPr="0078123B" w:rsidRDefault="00FD1019" w:rsidP="004F40CF">
            <w:pPr>
              <w:spacing w:after="0" w:line="240" w:lineRule="auto"/>
            </w:pPr>
          </w:p>
        </w:tc>
        <w:tc>
          <w:tcPr>
            <w:tcW w:w="1008" w:type="dxa"/>
            <w:shd w:val="clear" w:color="auto" w:fill="F8FAFC"/>
            <w:tcMar>
              <w:top w:w="20" w:type="dxa"/>
              <w:left w:w="20" w:type="dxa"/>
              <w:bottom w:w="20" w:type="dxa"/>
              <w:right w:w="20" w:type="dxa"/>
            </w:tcMar>
          </w:tcPr>
          <w:p w:rsidR="00FD1019" w:rsidRPr="0078123B" w:rsidRDefault="00FD1019" w:rsidP="004F40CF">
            <w:pPr>
              <w:spacing w:after="0" w:line="240" w:lineRule="auto"/>
            </w:pPr>
          </w:p>
        </w:tc>
        <w:tc>
          <w:tcPr>
            <w:tcW w:w="1152" w:type="dxa"/>
            <w:shd w:val="clear" w:color="auto" w:fill="F8FAFC"/>
            <w:tcMar>
              <w:top w:w="20" w:type="dxa"/>
              <w:left w:w="20" w:type="dxa"/>
              <w:bottom w:w="20" w:type="dxa"/>
              <w:right w:w="20" w:type="dxa"/>
            </w:tcMar>
          </w:tcPr>
          <w:p w:rsidR="00FD1019" w:rsidRPr="0078123B" w:rsidRDefault="00FD1019" w:rsidP="004F40CF">
            <w:pPr>
              <w:spacing w:after="0" w:line="240" w:lineRule="auto"/>
            </w:pPr>
          </w:p>
        </w:tc>
        <w:tc>
          <w:tcPr>
            <w:tcW w:w="1008" w:type="dxa"/>
            <w:gridSpan w:val="2"/>
            <w:shd w:val="clear" w:color="auto" w:fill="F8FAFC"/>
            <w:tcMar>
              <w:top w:w="20" w:type="dxa"/>
              <w:left w:w="20" w:type="dxa"/>
              <w:bottom w:w="20" w:type="dxa"/>
              <w:right w:w="20" w:type="dxa"/>
            </w:tcMar>
          </w:tcPr>
          <w:p w:rsidR="00FD1019" w:rsidRPr="0078123B" w:rsidRDefault="00FD1019" w:rsidP="004F40CF">
            <w:pPr>
              <w:spacing w:after="0" w:line="240" w:lineRule="auto"/>
            </w:pPr>
          </w:p>
        </w:tc>
        <w:tc>
          <w:tcPr>
            <w:tcW w:w="1298" w:type="dxa"/>
            <w:shd w:val="clear" w:color="auto" w:fill="F8FAFC"/>
            <w:tcMar>
              <w:top w:w="20" w:type="dxa"/>
              <w:left w:w="20" w:type="dxa"/>
              <w:bottom w:w="20" w:type="dxa"/>
              <w:right w:w="20" w:type="dxa"/>
            </w:tcMar>
          </w:tcPr>
          <w:p w:rsidR="00FD1019" w:rsidRPr="0078123B" w:rsidRDefault="00FD1019" w:rsidP="004F40CF">
            <w:pPr>
              <w:spacing w:after="0" w:line="240" w:lineRule="auto"/>
            </w:pPr>
          </w:p>
        </w:tc>
        <w:tc>
          <w:tcPr>
            <w:tcW w:w="1224" w:type="dxa"/>
            <w:shd w:val="clear" w:color="auto" w:fill="F8FAFC"/>
            <w:tcMar>
              <w:top w:w="20" w:type="dxa"/>
              <w:left w:w="20" w:type="dxa"/>
              <w:bottom w:w="20" w:type="dxa"/>
              <w:right w:w="20" w:type="dxa"/>
            </w:tcMar>
          </w:tcPr>
          <w:p w:rsidR="00FD1019" w:rsidRPr="0078123B" w:rsidRDefault="00FD1019" w:rsidP="004F40CF">
            <w:pPr>
              <w:spacing w:after="0" w:line="240" w:lineRule="auto"/>
            </w:pPr>
          </w:p>
        </w:tc>
      </w:tr>
      <w:tr w:rsidR="00116439" w:rsidRPr="0078123B" w:rsidTr="008E6D36">
        <w:tblPrEx>
          <w:tblCellMar>
            <w:left w:w="108" w:type="dxa"/>
            <w:right w:w="108" w:type="dxa"/>
          </w:tblCellMar>
          <w:tblLook w:val="04A0"/>
        </w:tblPrEx>
        <w:trPr>
          <w:gridAfter w:val="1"/>
          <w:wAfter w:w="10" w:type="dxa"/>
          <w:jc w:val="center"/>
        </w:trPr>
        <w:tc>
          <w:tcPr>
            <w:tcW w:w="792" w:type="dxa"/>
            <w:shd w:val="clear" w:color="auto" w:fill="FFFFFF"/>
            <w:tcMar>
              <w:top w:w="20" w:type="dxa"/>
              <w:left w:w="20" w:type="dxa"/>
              <w:bottom w:w="20" w:type="dxa"/>
              <w:right w:w="20" w:type="dxa"/>
            </w:tcMar>
          </w:tcPr>
          <w:p w:rsidR="00116439" w:rsidRPr="0078123B" w:rsidRDefault="00116439" w:rsidP="004F40CF">
            <w:pPr>
              <w:spacing w:after="0" w:line="240" w:lineRule="auto"/>
              <w:jc w:val="center"/>
            </w:pPr>
            <w:r w:rsidRPr="0078123B">
              <w:rPr>
                <w:rFonts w:ascii="Calibri" w:hAnsi="Calibri"/>
                <w:sz w:val="12"/>
              </w:rPr>
              <w:lastRenderedPageBreak/>
              <w:t>NİSAN</w:t>
            </w:r>
          </w:p>
        </w:tc>
        <w:tc>
          <w:tcPr>
            <w:tcW w:w="1008" w:type="dxa"/>
            <w:shd w:val="clear" w:color="auto" w:fill="FFFFFF"/>
            <w:tcMar>
              <w:top w:w="20" w:type="dxa"/>
              <w:left w:w="20" w:type="dxa"/>
              <w:bottom w:w="20" w:type="dxa"/>
              <w:right w:w="20" w:type="dxa"/>
            </w:tcMar>
          </w:tcPr>
          <w:p w:rsidR="00116439" w:rsidRPr="0078123B" w:rsidRDefault="00116439" w:rsidP="004F40CF">
            <w:pPr>
              <w:spacing w:after="0" w:line="240" w:lineRule="auto"/>
              <w:jc w:val="center"/>
            </w:pPr>
            <w:r w:rsidRPr="0078123B">
              <w:rPr>
                <w:rFonts w:ascii="Calibri" w:hAnsi="Calibri"/>
                <w:sz w:val="12"/>
              </w:rPr>
              <w:t>28. Hafta:</w:t>
            </w:r>
            <w:r w:rsidRPr="0078123B">
              <w:rPr>
                <w:rFonts w:ascii="Calibri" w:hAnsi="Calibri"/>
                <w:sz w:val="12"/>
              </w:rPr>
              <w:br/>
              <w:t>19-23 Nisan</w:t>
            </w:r>
          </w:p>
        </w:tc>
        <w:tc>
          <w:tcPr>
            <w:tcW w:w="652" w:type="dxa"/>
            <w:shd w:val="clear" w:color="auto" w:fill="FFFFFF"/>
            <w:tcMar>
              <w:top w:w="20" w:type="dxa"/>
              <w:left w:w="20" w:type="dxa"/>
              <w:bottom w:w="20" w:type="dxa"/>
              <w:right w:w="20" w:type="dxa"/>
            </w:tcMar>
          </w:tcPr>
          <w:p w:rsidR="00116439" w:rsidRPr="0078123B" w:rsidRDefault="00116439" w:rsidP="004F40CF">
            <w:pPr>
              <w:spacing w:after="0" w:line="240" w:lineRule="auto"/>
              <w:jc w:val="center"/>
            </w:pPr>
            <w:r w:rsidRPr="0078123B">
              <w:rPr>
                <w:rFonts w:ascii="Calibri" w:hAnsi="Calibri"/>
                <w:sz w:val="12"/>
              </w:rPr>
              <w:t>2</w:t>
            </w:r>
          </w:p>
        </w:tc>
        <w:tc>
          <w:tcPr>
            <w:tcW w:w="1152" w:type="dxa"/>
            <w:shd w:val="clear" w:color="auto" w:fill="FFFFFF"/>
            <w:tcMar>
              <w:top w:w="20" w:type="dxa"/>
              <w:left w:w="20" w:type="dxa"/>
              <w:bottom w:w="20" w:type="dxa"/>
              <w:right w:w="20" w:type="dxa"/>
            </w:tcMar>
          </w:tcPr>
          <w:p w:rsidR="00116439" w:rsidRPr="0078123B" w:rsidRDefault="00116439" w:rsidP="004F40CF">
            <w:pPr>
              <w:spacing w:after="0" w:line="240" w:lineRule="auto"/>
            </w:pPr>
            <w:r w:rsidRPr="0078123B">
              <w:rPr>
                <w:rFonts w:ascii="Calibri" w:hAnsi="Calibri"/>
                <w:sz w:val="12"/>
              </w:rPr>
              <w:t>HAYATIMIZDAKİ EKONOMİ</w:t>
            </w:r>
          </w:p>
        </w:tc>
        <w:tc>
          <w:tcPr>
            <w:tcW w:w="1224" w:type="dxa"/>
            <w:shd w:val="clear" w:color="auto" w:fill="FFFFFF"/>
            <w:tcMar>
              <w:top w:w="20" w:type="dxa"/>
              <w:left w:w="20" w:type="dxa"/>
              <w:bottom w:w="20" w:type="dxa"/>
              <w:right w:w="20" w:type="dxa"/>
            </w:tcMar>
          </w:tcPr>
          <w:p w:rsidR="00116439" w:rsidRPr="0078123B" w:rsidRDefault="00116439" w:rsidP="004F40CF">
            <w:pPr>
              <w:spacing w:after="0" w:line="240" w:lineRule="auto"/>
            </w:pPr>
            <w:r w:rsidRPr="0078123B">
              <w:rPr>
                <w:rFonts w:ascii="Calibri" w:hAnsi="Calibri"/>
                <w:sz w:val="12"/>
              </w:rPr>
              <w:t>Kaynakların Verimli Kullanımı</w:t>
            </w:r>
          </w:p>
        </w:tc>
        <w:tc>
          <w:tcPr>
            <w:tcW w:w="1512" w:type="dxa"/>
            <w:gridSpan w:val="2"/>
            <w:shd w:val="clear" w:color="auto" w:fill="FFFFFF"/>
            <w:tcMar>
              <w:top w:w="20" w:type="dxa"/>
              <w:left w:w="20" w:type="dxa"/>
              <w:bottom w:w="20" w:type="dxa"/>
              <w:right w:w="20" w:type="dxa"/>
            </w:tcMar>
          </w:tcPr>
          <w:p w:rsidR="00116439" w:rsidRPr="0078123B" w:rsidRDefault="00116439" w:rsidP="004F40CF">
            <w:pPr>
              <w:spacing w:after="0" w:line="240" w:lineRule="auto"/>
            </w:pPr>
            <w:r w:rsidRPr="0078123B">
              <w:rPr>
                <w:rFonts w:ascii="Calibri" w:hAnsi="Calibri"/>
                <w:sz w:val="12"/>
              </w:rPr>
              <w:t>SB.5.5.1. Kaynakları verimli kullanmanın doğa ve insanlar üzerindeki etkisini yorumlayabilme</w:t>
            </w:r>
          </w:p>
        </w:tc>
        <w:tc>
          <w:tcPr>
            <w:tcW w:w="1656" w:type="dxa"/>
            <w:shd w:val="clear" w:color="auto" w:fill="FFFFFF"/>
            <w:tcMar>
              <w:top w:w="20" w:type="dxa"/>
              <w:left w:w="20" w:type="dxa"/>
              <w:bottom w:w="20" w:type="dxa"/>
              <w:right w:w="20" w:type="dxa"/>
            </w:tcMar>
          </w:tcPr>
          <w:p w:rsidR="00116439" w:rsidRPr="0078123B" w:rsidRDefault="00116439" w:rsidP="004F40CF">
            <w:pPr>
              <w:spacing w:after="0" w:line="240" w:lineRule="auto"/>
            </w:pPr>
            <w:r w:rsidRPr="0078123B">
              <w:rPr>
                <w:rFonts w:ascii="Calibri" w:hAnsi="Calibri"/>
                <w:sz w:val="12"/>
              </w:rPr>
              <w:t>a) Kaynakları verimli kullanmanın doğa ve insanlar üzerindeki etkisini farklı kaynaklar üzerinden inceler.</w:t>
            </w:r>
            <w:r w:rsidRPr="0078123B">
              <w:rPr>
                <w:rFonts w:ascii="Calibri" w:hAnsi="Calibri"/>
                <w:sz w:val="12"/>
              </w:rPr>
              <w:br/>
              <w:t>b) Kaynakları verimli kullanmanın doğa ve insanlar üzerindeki etkilerine ilişkin bilgileri bağlamdan kopmadan dönüştürür.</w:t>
            </w:r>
            <w:r w:rsidRPr="0078123B">
              <w:rPr>
                <w:rFonts w:ascii="Calibri" w:hAnsi="Calibri"/>
                <w:sz w:val="12"/>
              </w:rPr>
              <w:br/>
              <w:t>c) Kaynakları verimli kullanmanın doğa ve insanlar üzerindeki etkisini nesnel, doğru ve anlamı değiştirmeyecek şekilde yeniden ifade eder.</w:t>
            </w:r>
          </w:p>
        </w:tc>
        <w:tc>
          <w:tcPr>
            <w:tcW w:w="1228" w:type="dxa"/>
            <w:gridSpan w:val="2"/>
            <w:vMerge w:val="restart"/>
            <w:shd w:val="clear" w:color="auto" w:fill="FFFFFF"/>
            <w:tcMar>
              <w:top w:w="20" w:type="dxa"/>
              <w:left w:w="20" w:type="dxa"/>
              <w:bottom w:w="20" w:type="dxa"/>
              <w:right w:w="20" w:type="dxa"/>
            </w:tcMar>
          </w:tcPr>
          <w:p w:rsidR="00116439" w:rsidRPr="0078123B" w:rsidRDefault="00116439" w:rsidP="004F40CF">
            <w:pPr>
              <w:spacing w:after="0" w:line="240" w:lineRule="auto"/>
            </w:pPr>
            <w:r w:rsidRPr="0078123B">
              <w:rPr>
                <w:rFonts w:ascii="Calibri" w:hAnsi="Calibri"/>
                <w:sz w:val="12"/>
              </w:rPr>
              <w:t xml:space="preserve">Gözlem formu, </w:t>
            </w:r>
            <w:r w:rsidRPr="0078123B">
              <w:rPr>
                <w:rFonts w:ascii="Calibri" w:hAnsi="Calibri"/>
                <w:sz w:val="12"/>
              </w:rPr>
              <w:br/>
              <w:t>Anekdot kaydı,</w:t>
            </w:r>
            <w:r w:rsidRPr="0078123B">
              <w:rPr>
                <w:rFonts w:ascii="Calibri" w:hAnsi="Calibri"/>
                <w:sz w:val="12"/>
              </w:rPr>
              <w:br/>
              <w:t>Kontrol listesi,</w:t>
            </w:r>
            <w:r w:rsidRPr="0078123B">
              <w:rPr>
                <w:rFonts w:ascii="Calibri" w:hAnsi="Calibri"/>
                <w:sz w:val="12"/>
              </w:rPr>
              <w:br/>
              <w:t xml:space="preserve">Bütüncül dereceli puanlama anahtarı, </w:t>
            </w:r>
            <w:r w:rsidRPr="0078123B">
              <w:rPr>
                <w:rFonts w:ascii="Calibri" w:hAnsi="Calibri"/>
                <w:sz w:val="12"/>
              </w:rPr>
              <w:br/>
              <w:t>Derecelendirme ölçeği,</w:t>
            </w:r>
            <w:r w:rsidRPr="0078123B">
              <w:rPr>
                <w:rFonts w:ascii="Calibri" w:hAnsi="Calibri"/>
                <w:sz w:val="12"/>
              </w:rPr>
              <w:br/>
              <w:t>Öz değerlendirme formu,</w:t>
            </w:r>
            <w:r w:rsidRPr="0078123B">
              <w:rPr>
                <w:rFonts w:ascii="Calibri" w:hAnsi="Calibri"/>
                <w:sz w:val="12"/>
              </w:rPr>
              <w:br/>
              <w:t xml:space="preserve">Sınıflama tablosu, </w:t>
            </w:r>
            <w:r w:rsidRPr="0078123B">
              <w:rPr>
                <w:rFonts w:ascii="Calibri" w:hAnsi="Calibri"/>
                <w:sz w:val="12"/>
              </w:rPr>
              <w:br/>
              <w:t xml:space="preserve">Kavram ağı </w:t>
            </w:r>
            <w:r w:rsidRPr="0078123B">
              <w:rPr>
                <w:rFonts w:ascii="Calibri" w:hAnsi="Calibri"/>
                <w:sz w:val="12"/>
              </w:rPr>
              <w:br/>
              <w:t>Performans görevi</w:t>
            </w:r>
          </w:p>
        </w:tc>
        <w:tc>
          <w:tcPr>
            <w:tcW w:w="1152" w:type="dxa"/>
            <w:vMerge w:val="restart"/>
            <w:shd w:val="clear" w:color="auto" w:fill="FFFFFF"/>
            <w:tcMar>
              <w:top w:w="20" w:type="dxa"/>
              <w:left w:w="20" w:type="dxa"/>
              <w:bottom w:w="20" w:type="dxa"/>
              <w:right w:w="20" w:type="dxa"/>
            </w:tcMar>
          </w:tcPr>
          <w:p w:rsidR="00116439" w:rsidRPr="0078123B" w:rsidRDefault="00116439" w:rsidP="004F40CF">
            <w:pPr>
              <w:spacing w:after="0" w:line="240" w:lineRule="auto"/>
            </w:pPr>
            <w:r w:rsidRPr="0078123B">
              <w:rPr>
                <w:rFonts w:ascii="Calibri" w:hAnsi="Calibri"/>
                <w:sz w:val="12"/>
              </w:rPr>
              <w:t>SDB1.2. Kendini Düzenleme (Öz Düzenleme Becerisi)</w:t>
            </w:r>
            <w:proofErr w:type="gramStart"/>
            <w:r w:rsidRPr="0078123B">
              <w:rPr>
                <w:rFonts w:ascii="Calibri" w:hAnsi="Calibri"/>
                <w:sz w:val="12"/>
              </w:rPr>
              <w:t>,</w:t>
            </w:r>
            <w:proofErr w:type="gramEnd"/>
            <w:r w:rsidRPr="0078123B">
              <w:rPr>
                <w:rFonts w:ascii="Calibri" w:hAnsi="Calibri"/>
                <w:sz w:val="12"/>
              </w:rPr>
              <w:br/>
              <w:t>SDB2.1. İletişim</w:t>
            </w:r>
            <w:proofErr w:type="gramStart"/>
            <w:r w:rsidRPr="0078123B">
              <w:rPr>
                <w:rFonts w:ascii="Calibri" w:hAnsi="Calibri"/>
                <w:sz w:val="12"/>
              </w:rPr>
              <w:t>,</w:t>
            </w:r>
            <w:proofErr w:type="gramEnd"/>
            <w:r w:rsidRPr="0078123B">
              <w:rPr>
                <w:rFonts w:ascii="Calibri" w:hAnsi="Calibri"/>
                <w:sz w:val="12"/>
              </w:rPr>
              <w:br/>
              <w:t>SDB2.2. İş Birliği</w:t>
            </w:r>
          </w:p>
        </w:tc>
        <w:tc>
          <w:tcPr>
            <w:tcW w:w="1008" w:type="dxa"/>
            <w:shd w:val="clear" w:color="auto" w:fill="FFFFFF"/>
            <w:tcMar>
              <w:top w:w="20" w:type="dxa"/>
              <w:left w:w="20" w:type="dxa"/>
              <w:bottom w:w="20" w:type="dxa"/>
              <w:right w:w="20" w:type="dxa"/>
            </w:tcMar>
          </w:tcPr>
          <w:p w:rsidR="00116439" w:rsidRPr="0078123B" w:rsidRDefault="00116439" w:rsidP="004F40CF">
            <w:pPr>
              <w:spacing w:after="0" w:line="240" w:lineRule="auto"/>
            </w:pPr>
            <w:r w:rsidRPr="0078123B">
              <w:rPr>
                <w:rFonts w:ascii="Calibri" w:hAnsi="Calibri"/>
                <w:sz w:val="12"/>
              </w:rPr>
              <w:t>D17. Tasarruf</w:t>
            </w:r>
            <w:proofErr w:type="gramStart"/>
            <w:r w:rsidRPr="0078123B">
              <w:rPr>
                <w:rFonts w:ascii="Calibri" w:hAnsi="Calibri"/>
                <w:sz w:val="12"/>
              </w:rPr>
              <w:t>,</w:t>
            </w:r>
            <w:proofErr w:type="gramEnd"/>
            <w:r w:rsidRPr="0078123B">
              <w:rPr>
                <w:rFonts w:ascii="Calibri" w:hAnsi="Calibri"/>
                <w:sz w:val="12"/>
              </w:rPr>
              <w:br/>
              <w:t>D19. Vatanseverlik</w:t>
            </w:r>
          </w:p>
        </w:tc>
        <w:tc>
          <w:tcPr>
            <w:tcW w:w="1152" w:type="dxa"/>
            <w:vMerge w:val="restart"/>
            <w:shd w:val="clear" w:color="auto" w:fill="FFFFFF"/>
            <w:tcMar>
              <w:top w:w="20" w:type="dxa"/>
              <w:left w:w="20" w:type="dxa"/>
              <w:bottom w:w="20" w:type="dxa"/>
              <w:right w:w="20" w:type="dxa"/>
            </w:tcMar>
          </w:tcPr>
          <w:p w:rsidR="00116439" w:rsidRPr="0078123B" w:rsidRDefault="00116439" w:rsidP="004F40CF">
            <w:pPr>
              <w:spacing w:after="0" w:line="240" w:lineRule="auto"/>
            </w:pPr>
            <w:r w:rsidRPr="0078123B">
              <w:rPr>
                <w:rFonts w:ascii="Calibri" w:hAnsi="Calibri"/>
                <w:sz w:val="12"/>
              </w:rPr>
              <w:t>OB1. Bilgi Okuryazarlığı</w:t>
            </w:r>
            <w:proofErr w:type="gramStart"/>
            <w:r w:rsidRPr="0078123B">
              <w:rPr>
                <w:rFonts w:ascii="Calibri" w:hAnsi="Calibri"/>
                <w:sz w:val="12"/>
              </w:rPr>
              <w:t>,</w:t>
            </w:r>
            <w:proofErr w:type="gramEnd"/>
            <w:r w:rsidRPr="0078123B">
              <w:rPr>
                <w:rFonts w:ascii="Calibri" w:hAnsi="Calibri"/>
                <w:sz w:val="12"/>
              </w:rPr>
              <w:br/>
              <w:t>OB2. Dijital Okuryazarlık, OB3. Finansal Okuryazarlık, OB4. Görsel Okuryazarlık, OB8. Sürdürülebilirlik Okuryazarlığı</w:t>
            </w:r>
          </w:p>
        </w:tc>
        <w:tc>
          <w:tcPr>
            <w:tcW w:w="1008" w:type="dxa"/>
            <w:gridSpan w:val="2"/>
            <w:shd w:val="clear" w:color="auto" w:fill="FFFFFF"/>
            <w:tcMar>
              <w:top w:w="20" w:type="dxa"/>
              <w:left w:w="20" w:type="dxa"/>
              <w:bottom w:w="20" w:type="dxa"/>
              <w:right w:w="20" w:type="dxa"/>
            </w:tcMar>
          </w:tcPr>
          <w:p w:rsidR="00116439" w:rsidRPr="0078123B" w:rsidRDefault="00116439" w:rsidP="004F40CF">
            <w:pPr>
              <w:spacing w:after="0" w:line="240" w:lineRule="auto"/>
            </w:pPr>
            <w:r w:rsidRPr="0078123B">
              <w:rPr>
                <w:rFonts w:ascii="Calibri" w:hAnsi="Calibri"/>
                <w:sz w:val="12"/>
              </w:rPr>
              <w:t>23 Nisan Ulusal Egemenlik Çocuk Bayramı</w:t>
            </w:r>
          </w:p>
        </w:tc>
        <w:tc>
          <w:tcPr>
            <w:tcW w:w="1298" w:type="dxa"/>
            <w:shd w:val="clear" w:color="auto" w:fill="FFFFFF"/>
            <w:tcMar>
              <w:top w:w="20" w:type="dxa"/>
              <w:left w:w="20" w:type="dxa"/>
              <w:bottom w:w="20" w:type="dxa"/>
              <w:right w:w="20" w:type="dxa"/>
            </w:tcMar>
          </w:tcPr>
          <w:p w:rsidR="00116439" w:rsidRPr="0078123B" w:rsidRDefault="00116439" w:rsidP="004F40CF">
            <w:pPr>
              <w:spacing w:after="0" w:line="240" w:lineRule="auto"/>
            </w:pPr>
          </w:p>
        </w:tc>
        <w:tc>
          <w:tcPr>
            <w:tcW w:w="1224" w:type="dxa"/>
            <w:shd w:val="clear" w:color="auto" w:fill="FFFFFF"/>
            <w:tcMar>
              <w:top w:w="20" w:type="dxa"/>
              <w:left w:w="20" w:type="dxa"/>
              <w:bottom w:w="20" w:type="dxa"/>
              <w:right w:w="20" w:type="dxa"/>
            </w:tcMar>
          </w:tcPr>
          <w:p w:rsidR="00116439" w:rsidRPr="0078123B" w:rsidRDefault="00116439" w:rsidP="004F40CF">
            <w:pPr>
              <w:spacing w:after="0" w:line="240" w:lineRule="auto"/>
            </w:pPr>
          </w:p>
        </w:tc>
      </w:tr>
      <w:tr w:rsidR="00116439" w:rsidRPr="0078123B" w:rsidTr="008E6D36">
        <w:tblPrEx>
          <w:tblCellMar>
            <w:left w:w="108" w:type="dxa"/>
            <w:right w:w="108" w:type="dxa"/>
          </w:tblCellMar>
          <w:tblLook w:val="04A0"/>
        </w:tblPrEx>
        <w:trPr>
          <w:gridAfter w:val="1"/>
          <w:wAfter w:w="10" w:type="dxa"/>
          <w:jc w:val="center"/>
        </w:trPr>
        <w:tc>
          <w:tcPr>
            <w:tcW w:w="792" w:type="dxa"/>
            <w:shd w:val="clear" w:color="auto" w:fill="F8FAFC"/>
            <w:tcMar>
              <w:top w:w="20" w:type="dxa"/>
              <w:left w:w="20" w:type="dxa"/>
              <w:bottom w:w="20" w:type="dxa"/>
              <w:right w:w="20" w:type="dxa"/>
            </w:tcMar>
          </w:tcPr>
          <w:p w:rsidR="00116439" w:rsidRPr="0078123B" w:rsidRDefault="00116439" w:rsidP="004F40CF">
            <w:pPr>
              <w:spacing w:after="0" w:line="240" w:lineRule="auto"/>
              <w:jc w:val="center"/>
            </w:pPr>
            <w:r w:rsidRPr="0078123B">
              <w:rPr>
                <w:rFonts w:ascii="Calibri" w:hAnsi="Calibri"/>
                <w:sz w:val="12"/>
              </w:rPr>
              <w:t>NİSAN</w:t>
            </w:r>
          </w:p>
        </w:tc>
        <w:tc>
          <w:tcPr>
            <w:tcW w:w="1008" w:type="dxa"/>
            <w:shd w:val="clear" w:color="auto" w:fill="F8FAFC"/>
            <w:tcMar>
              <w:top w:w="20" w:type="dxa"/>
              <w:left w:w="20" w:type="dxa"/>
              <w:bottom w:w="20" w:type="dxa"/>
              <w:right w:w="20" w:type="dxa"/>
            </w:tcMar>
          </w:tcPr>
          <w:p w:rsidR="00116439" w:rsidRPr="0078123B" w:rsidRDefault="00116439" w:rsidP="004F40CF">
            <w:pPr>
              <w:spacing w:after="0" w:line="240" w:lineRule="auto"/>
              <w:jc w:val="center"/>
            </w:pPr>
            <w:r w:rsidRPr="0078123B">
              <w:rPr>
                <w:rFonts w:ascii="Calibri" w:hAnsi="Calibri"/>
                <w:sz w:val="12"/>
              </w:rPr>
              <w:t>29. Hafta:</w:t>
            </w:r>
            <w:r w:rsidRPr="0078123B">
              <w:rPr>
                <w:rFonts w:ascii="Calibri" w:hAnsi="Calibri"/>
                <w:sz w:val="12"/>
              </w:rPr>
              <w:br/>
              <w:t>26-30 Nisan</w:t>
            </w:r>
          </w:p>
        </w:tc>
        <w:tc>
          <w:tcPr>
            <w:tcW w:w="652" w:type="dxa"/>
            <w:shd w:val="clear" w:color="auto" w:fill="F8FAFC"/>
            <w:tcMar>
              <w:top w:w="20" w:type="dxa"/>
              <w:left w:w="20" w:type="dxa"/>
              <w:bottom w:w="20" w:type="dxa"/>
              <w:right w:w="20" w:type="dxa"/>
            </w:tcMar>
          </w:tcPr>
          <w:p w:rsidR="00116439" w:rsidRPr="0078123B" w:rsidRDefault="00116439" w:rsidP="004F40CF">
            <w:pPr>
              <w:spacing w:after="0" w:line="240" w:lineRule="auto"/>
              <w:jc w:val="center"/>
            </w:pPr>
            <w:r w:rsidRPr="0078123B">
              <w:rPr>
                <w:rFonts w:ascii="Calibri" w:hAnsi="Calibri"/>
                <w:sz w:val="12"/>
              </w:rPr>
              <w:t>3</w:t>
            </w:r>
          </w:p>
        </w:tc>
        <w:tc>
          <w:tcPr>
            <w:tcW w:w="1152" w:type="dxa"/>
            <w:shd w:val="clear" w:color="auto" w:fill="F8FAFC"/>
            <w:tcMar>
              <w:top w:w="20" w:type="dxa"/>
              <w:left w:w="20" w:type="dxa"/>
              <w:bottom w:w="20" w:type="dxa"/>
              <w:right w:w="20" w:type="dxa"/>
            </w:tcMar>
          </w:tcPr>
          <w:p w:rsidR="00116439" w:rsidRPr="0078123B" w:rsidRDefault="00116439" w:rsidP="004F40CF">
            <w:pPr>
              <w:spacing w:after="0" w:line="240" w:lineRule="auto"/>
            </w:pPr>
            <w:r w:rsidRPr="0078123B">
              <w:rPr>
                <w:rFonts w:ascii="Calibri" w:hAnsi="Calibri"/>
                <w:sz w:val="12"/>
              </w:rPr>
              <w:t>HAYATIMIZDAKİ EKONOMİ</w:t>
            </w:r>
          </w:p>
        </w:tc>
        <w:tc>
          <w:tcPr>
            <w:tcW w:w="1224" w:type="dxa"/>
            <w:shd w:val="clear" w:color="auto" w:fill="F8FAFC"/>
            <w:tcMar>
              <w:top w:w="20" w:type="dxa"/>
              <w:left w:w="20" w:type="dxa"/>
              <w:bottom w:w="20" w:type="dxa"/>
              <w:right w:w="20" w:type="dxa"/>
            </w:tcMar>
          </w:tcPr>
          <w:p w:rsidR="00116439" w:rsidRPr="0078123B" w:rsidRDefault="00116439" w:rsidP="004F40CF">
            <w:pPr>
              <w:spacing w:after="0" w:line="240" w:lineRule="auto"/>
            </w:pPr>
            <w:r w:rsidRPr="0078123B">
              <w:rPr>
                <w:rFonts w:ascii="Calibri" w:hAnsi="Calibri"/>
                <w:sz w:val="12"/>
              </w:rPr>
              <w:t>Kaynakların Verimli Kullanımı</w:t>
            </w:r>
          </w:p>
        </w:tc>
        <w:tc>
          <w:tcPr>
            <w:tcW w:w="1512" w:type="dxa"/>
            <w:gridSpan w:val="2"/>
            <w:shd w:val="clear" w:color="auto" w:fill="F8FAFC"/>
            <w:tcMar>
              <w:top w:w="20" w:type="dxa"/>
              <w:left w:w="20" w:type="dxa"/>
              <w:bottom w:w="20" w:type="dxa"/>
              <w:right w:w="20" w:type="dxa"/>
            </w:tcMar>
          </w:tcPr>
          <w:p w:rsidR="00116439" w:rsidRPr="0078123B" w:rsidRDefault="00116439" w:rsidP="004F40CF">
            <w:pPr>
              <w:spacing w:after="0" w:line="240" w:lineRule="auto"/>
            </w:pPr>
            <w:r w:rsidRPr="0078123B">
              <w:rPr>
                <w:rFonts w:ascii="Calibri" w:hAnsi="Calibri"/>
                <w:sz w:val="12"/>
              </w:rPr>
              <w:t>SB.5.5.1. Kaynakları verimli kullanmanın doğa ve insanlar üzerindeki etkisini yorumlayabilme</w:t>
            </w:r>
          </w:p>
        </w:tc>
        <w:tc>
          <w:tcPr>
            <w:tcW w:w="1656" w:type="dxa"/>
            <w:shd w:val="clear" w:color="auto" w:fill="F8FAFC"/>
            <w:tcMar>
              <w:top w:w="20" w:type="dxa"/>
              <w:left w:w="20" w:type="dxa"/>
              <w:bottom w:w="20" w:type="dxa"/>
              <w:right w:w="20" w:type="dxa"/>
            </w:tcMar>
          </w:tcPr>
          <w:p w:rsidR="00116439" w:rsidRPr="0078123B" w:rsidRDefault="00116439" w:rsidP="004F40CF">
            <w:pPr>
              <w:spacing w:after="0" w:line="240" w:lineRule="auto"/>
            </w:pPr>
            <w:r w:rsidRPr="0078123B">
              <w:rPr>
                <w:rFonts w:ascii="Calibri" w:hAnsi="Calibri"/>
                <w:sz w:val="12"/>
              </w:rPr>
              <w:t>a) Kaynakları verimli kullanmanın doğa ve insanlar üzerindeki etkisini farklı kaynaklar üzerinden inceler.</w:t>
            </w:r>
            <w:r w:rsidRPr="0078123B">
              <w:rPr>
                <w:rFonts w:ascii="Calibri" w:hAnsi="Calibri"/>
                <w:sz w:val="12"/>
              </w:rPr>
              <w:br/>
              <w:t>b) Kaynakları verimli kullanmanın doğa ve insanlar üzerindeki etkilerine ilişkin bilgileri bağlamdan kopmadan dönüştürür.</w:t>
            </w:r>
            <w:r w:rsidRPr="0078123B">
              <w:rPr>
                <w:rFonts w:ascii="Calibri" w:hAnsi="Calibri"/>
                <w:sz w:val="12"/>
              </w:rPr>
              <w:br/>
              <w:t>c) Kaynakları verimli kullanmanın doğa ve insanlar üzerindeki etkisini nesnel, doğru ve anlamı değiştirmeyecek şekilde yeniden ifade eder.</w:t>
            </w:r>
          </w:p>
        </w:tc>
        <w:tc>
          <w:tcPr>
            <w:tcW w:w="1228" w:type="dxa"/>
            <w:gridSpan w:val="2"/>
            <w:vMerge/>
            <w:shd w:val="clear" w:color="auto" w:fill="F8FAFC"/>
            <w:tcMar>
              <w:top w:w="20" w:type="dxa"/>
              <w:left w:w="20" w:type="dxa"/>
              <w:bottom w:w="20" w:type="dxa"/>
              <w:right w:w="20" w:type="dxa"/>
            </w:tcMar>
          </w:tcPr>
          <w:p w:rsidR="00116439" w:rsidRPr="0078123B" w:rsidRDefault="00116439" w:rsidP="004F40CF">
            <w:pPr>
              <w:spacing w:after="0" w:line="240" w:lineRule="auto"/>
            </w:pPr>
          </w:p>
        </w:tc>
        <w:tc>
          <w:tcPr>
            <w:tcW w:w="1152" w:type="dxa"/>
            <w:vMerge/>
            <w:shd w:val="clear" w:color="auto" w:fill="F8FAFC"/>
            <w:tcMar>
              <w:top w:w="20" w:type="dxa"/>
              <w:left w:w="20" w:type="dxa"/>
              <w:bottom w:w="20" w:type="dxa"/>
              <w:right w:w="20" w:type="dxa"/>
            </w:tcMar>
          </w:tcPr>
          <w:p w:rsidR="00116439" w:rsidRPr="0078123B" w:rsidRDefault="00116439" w:rsidP="004F40CF">
            <w:pPr>
              <w:spacing w:after="0" w:line="240" w:lineRule="auto"/>
            </w:pPr>
          </w:p>
        </w:tc>
        <w:tc>
          <w:tcPr>
            <w:tcW w:w="1008" w:type="dxa"/>
            <w:shd w:val="clear" w:color="auto" w:fill="F8FAFC"/>
            <w:tcMar>
              <w:top w:w="20" w:type="dxa"/>
              <w:left w:w="20" w:type="dxa"/>
              <w:bottom w:w="20" w:type="dxa"/>
              <w:right w:w="20" w:type="dxa"/>
            </w:tcMar>
          </w:tcPr>
          <w:p w:rsidR="00116439" w:rsidRPr="0078123B" w:rsidRDefault="00116439" w:rsidP="004F40CF">
            <w:pPr>
              <w:spacing w:after="0" w:line="240" w:lineRule="auto"/>
            </w:pPr>
            <w:r w:rsidRPr="0078123B">
              <w:rPr>
                <w:rFonts w:ascii="Calibri" w:hAnsi="Calibri"/>
                <w:sz w:val="12"/>
              </w:rPr>
              <w:t>D17. Tasarruf</w:t>
            </w:r>
            <w:proofErr w:type="gramStart"/>
            <w:r w:rsidRPr="0078123B">
              <w:rPr>
                <w:rFonts w:ascii="Calibri" w:hAnsi="Calibri"/>
                <w:sz w:val="12"/>
              </w:rPr>
              <w:t>,</w:t>
            </w:r>
            <w:proofErr w:type="gramEnd"/>
            <w:r w:rsidRPr="0078123B">
              <w:rPr>
                <w:rFonts w:ascii="Calibri" w:hAnsi="Calibri"/>
                <w:sz w:val="12"/>
              </w:rPr>
              <w:br/>
              <w:t>D19. Vatanseverlik</w:t>
            </w:r>
          </w:p>
        </w:tc>
        <w:tc>
          <w:tcPr>
            <w:tcW w:w="1152" w:type="dxa"/>
            <w:vMerge/>
            <w:shd w:val="clear" w:color="auto" w:fill="F8FAFC"/>
            <w:tcMar>
              <w:top w:w="20" w:type="dxa"/>
              <w:left w:w="20" w:type="dxa"/>
              <w:bottom w:w="20" w:type="dxa"/>
              <w:right w:w="20" w:type="dxa"/>
            </w:tcMar>
          </w:tcPr>
          <w:p w:rsidR="00116439" w:rsidRPr="0078123B" w:rsidRDefault="00116439" w:rsidP="004F40CF">
            <w:pPr>
              <w:spacing w:after="0" w:line="240" w:lineRule="auto"/>
            </w:pPr>
          </w:p>
        </w:tc>
        <w:tc>
          <w:tcPr>
            <w:tcW w:w="1008" w:type="dxa"/>
            <w:gridSpan w:val="2"/>
            <w:shd w:val="clear" w:color="auto" w:fill="F8FAFC"/>
            <w:tcMar>
              <w:top w:w="20" w:type="dxa"/>
              <w:left w:w="20" w:type="dxa"/>
              <w:bottom w:w="20" w:type="dxa"/>
              <w:right w:w="20" w:type="dxa"/>
            </w:tcMar>
          </w:tcPr>
          <w:p w:rsidR="00116439" w:rsidRPr="0078123B" w:rsidRDefault="00116439" w:rsidP="004F40CF">
            <w:pPr>
              <w:spacing w:after="0" w:line="240" w:lineRule="auto"/>
            </w:pPr>
            <w:r w:rsidRPr="0078123B">
              <w:rPr>
                <w:rFonts w:ascii="Calibri" w:hAnsi="Calibri"/>
                <w:sz w:val="12"/>
              </w:rPr>
              <w:t xml:space="preserve">29 Nisan Kût'ül Amâre Zaferi  </w:t>
            </w:r>
            <w:r w:rsidRPr="0078123B">
              <w:rPr>
                <w:rFonts w:ascii="Calibri" w:hAnsi="Calibri"/>
                <w:sz w:val="12"/>
              </w:rPr>
              <w:br/>
              <w:t xml:space="preserve"> 1 Mayıs Emek ve Dayanışma Günü</w:t>
            </w:r>
          </w:p>
        </w:tc>
        <w:tc>
          <w:tcPr>
            <w:tcW w:w="1298" w:type="dxa"/>
            <w:shd w:val="clear" w:color="auto" w:fill="F8FAFC"/>
            <w:tcMar>
              <w:top w:w="20" w:type="dxa"/>
              <w:left w:w="20" w:type="dxa"/>
              <w:bottom w:w="20" w:type="dxa"/>
              <w:right w:w="20" w:type="dxa"/>
            </w:tcMar>
          </w:tcPr>
          <w:p w:rsidR="00116439" w:rsidRPr="0078123B" w:rsidRDefault="00116439" w:rsidP="004F40CF">
            <w:pPr>
              <w:spacing w:after="0" w:line="240" w:lineRule="auto"/>
            </w:pPr>
          </w:p>
        </w:tc>
        <w:tc>
          <w:tcPr>
            <w:tcW w:w="1224" w:type="dxa"/>
            <w:shd w:val="clear" w:color="auto" w:fill="F8FAFC"/>
            <w:tcMar>
              <w:top w:w="20" w:type="dxa"/>
              <w:left w:w="20" w:type="dxa"/>
              <w:bottom w:w="20" w:type="dxa"/>
              <w:right w:w="20" w:type="dxa"/>
            </w:tcMar>
          </w:tcPr>
          <w:p w:rsidR="00116439" w:rsidRPr="0078123B" w:rsidRDefault="00116439" w:rsidP="004F40CF">
            <w:pPr>
              <w:spacing w:after="0" w:line="240" w:lineRule="auto"/>
            </w:pPr>
          </w:p>
        </w:tc>
      </w:tr>
      <w:tr w:rsidR="00116439" w:rsidRPr="0078123B" w:rsidTr="008E6D36">
        <w:tblPrEx>
          <w:tblCellMar>
            <w:left w:w="108" w:type="dxa"/>
            <w:right w:w="108" w:type="dxa"/>
          </w:tblCellMar>
          <w:tblLook w:val="04A0"/>
        </w:tblPrEx>
        <w:trPr>
          <w:gridAfter w:val="1"/>
          <w:wAfter w:w="10" w:type="dxa"/>
          <w:jc w:val="center"/>
        </w:trPr>
        <w:tc>
          <w:tcPr>
            <w:tcW w:w="792" w:type="dxa"/>
            <w:shd w:val="clear" w:color="auto" w:fill="FFFFFF"/>
            <w:tcMar>
              <w:top w:w="20" w:type="dxa"/>
              <w:left w:w="20" w:type="dxa"/>
              <w:bottom w:w="20" w:type="dxa"/>
              <w:right w:w="20" w:type="dxa"/>
            </w:tcMar>
          </w:tcPr>
          <w:p w:rsidR="00116439" w:rsidRPr="0078123B" w:rsidRDefault="00116439" w:rsidP="004F40CF">
            <w:pPr>
              <w:spacing w:after="0" w:line="240" w:lineRule="auto"/>
              <w:jc w:val="center"/>
            </w:pPr>
            <w:r>
              <w:rPr>
                <w:rFonts w:ascii="Calibri" w:hAnsi="Calibri"/>
                <w:sz w:val="12"/>
              </w:rPr>
              <w:t>MAYIS</w:t>
            </w:r>
          </w:p>
        </w:tc>
        <w:tc>
          <w:tcPr>
            <w:tcW w:w="1008" w:type="dxa"/>
            <w:shd w:val="clear" w:color="auto" w:fill="FFFFFF"/>
            <w:tcMar>
              <w:top w:w="20" w:type="dxa"/>
              <w:left w:w="20" w:type="dxa"/>
              <w:bottom w:w="20" w:type="dxa"/>
              <w:right w:w="20" w:type="dxa"/>
            </w:tcMar>
          </w:tcPr>
          <w:p w:rsidR="00116439" w:rsidRPr="0078123B" w:rsidRDefault="00116439" w:rsidP="004F40CF">
            <w:pPr>
              <w:spacing w:after="0" w:line="240" w:lineRule="auto"/>
              <w:jc w:val="center"/>
            </w:pPr>
            <w:r w:rsidRPr="0078123B">
              <w:rPr>
                <w:rFonts w:ascii="Calibri" w:hAnsi="Calibri"/>
                <w:sz w:val="12"/>
              </w:rPr>
              <w:t>30. Hafta:</w:t>
            </w:r>
            <w:r w:rsidRPr="0078123B">
              <w:rPr>
                <w:rFonts w:ascii="Calibri" w:hAnsi="Calibri"/>
                <w:sz w:val="12"/>
              </w:rPr>
              <w:br/>
              <w:t>3-7 Mayıs</w:t>
            </w:r>
          </w:p>
        </w:tc>
        <w:tc>
          <w:tcPr>
            <w:tcW w:w="652" w:type="dxa"/>
            <w:shd w:val="clear" w:color="auto" w:fill="FFFFFF"/>
            <w:tcMar>
              <w:top w:w="20" w:type="dxa"/>
              <w:left w:w="20" w:type="dxa"/>
              <w:bottom w:w="20" w:type="dxa"/>
              <w:right w:w="20" w:type="dxa"/>
            </w:tcMar>
          </w:tcPr>
          <w:p w:rsidR="00116439" w:rsidRPr="0078123B" w:rsidRDefault="00116439" w:rsidP="004F40CF">
            <w:pPr>
              <w:spacing w:after="0" w:line="240" w:lineRule="auto"/>
              <w:jc w:val="center"/>
            </w:pPr>
            <w:r w:rsidRPr="0078123B">
              <w:rPr>
                <w:rFonts w:ascii="Calibri" w:hAnsi="Calibri"/>
                <w:sz w:val="12"/>
              </w:rPr>
              <w:t>3</w:t>
            </w:r>
          </w:p>
        </w:tc>
        <w:tc>
          <w:tcPr>
            <w:tcW w:w="1152" w:type="dxa"/>
            <w:shd w:val="clear" w:color="auto" w:fill="FFFFFF"/>
            <w:tcMar>
              <w:top w:w="20" w:type="dxa"/>
              <w:left w:w="20" w:type="dxa"/>
              <w:bottom w:w="20" w:type="dxa"/>
              <w:right w:w="20" w:type="dxa"/>
            </w:tcMar>
          </w:tcPr>
          <w:p w:rsidR="00116439" w:rsidRPr="0078123B" w:rsidRDefault="00116439" w:rsidP="004F40CF">
            <w:pPr>
              <w:spacing w:after="0" w:line="240" w:lineRule="auto"/>
            </w:pPr>
            <w:r w:rsidRPr="0078123B">
              <w:rPr>
                <w:rFonts w:ascii="Calibri" w:hAnsi="Calibri"/>
                <w:sz w:val="12"/>
              </w:rPr>
              <w:t>HAYATIMIZDAKİ EKONOMİ</w:t>
            </w:r>
          </w:p>
        </w:tc>
        <w:tc>
          <w:tcPr>
            <w:tcW w:w="1224" w:type="dxa"/>
            <w:shd w:val="clear" w:color="auto" w:fill="FFFFFF"/>
            <w:tcMar>
              <w:top w:w="20" w:type="dxa"/>
              <w:left w:w="20" w:type="dxa"/>
              <w:bottom w:w="20" w:type="dxa"/>
              <w:right w:w="20" w:type="dxa"/>
            </w:tcMar>
          </w:tcPr>
          <w:p w:rsidR="00116439" w:rsidRPr="0078123B" w:rsidRDefault="00116439" w:rsidP="004F40CF">
            <w:pPr>
              <w:spacing w:after="0" w:line="240" w:lineRule="auto"/>
            </w:pPr>
            <w:r w:rsidRPr="0078123B">
              <w:rPr>
                <w:rFonts w:ascii="Calibri" w:hAnsi="Calibri"/>
                <w:sz w:val="12"/>
              </w:rPr>
              <w:t>Bütçe Oluşturma</w:t>
            </w:r>
          </w:p>
        </w:tc>
        <w:tc>
          <w:tcPr>
            <w:tcW w:w="1512" w:type="dxa"/>
            <w:gridSpan w:val="2"/>
            <w:shd w:val="clear" w:color="auto" w:fill="FFFFFF"/>
            <w:tcMar>
              <w:top w:w="20" w:type="dxa"/>
              <w:left w:w="20" w:type="dxa"/>
              <w:bottom w:w="20" w:type="dxa"/>
              <w:right w:w="20" w:type="dxa"/>
            </w:tcMar>
          </w:tcPr>
          <w:p w:rsidR="00116439" w:rsidRPr="0078123B" w:rsidRDefault="00116439" w:rsidP="004F40CF">
            <w:pPr>
              <w:spacing w:after="0" w:line="240" w:lineRule="auto"/>
            </w:pPr>
            <w:r w:rsidRPr="0078123B">
              <w:rPr>
                <w:rFonts w:ascii="Calibri" w:hAnsi="Calibri"/>
                <w:sz w:val="12"/>
              </w:rPr>
              <w:t>SB.5.5.2. İhtiyaç ve isteklerini karşılamak için gerekli bütçe kaynaklarını yönetebilme</w:t>
            </w:r>
          </w:p>
        </w:tc>
        <w:tc>
          <w:tcPr>
            <w:tcW w:w="1656" w:type="dxa"/>
            <w:shd w:val="clear" w:color="auto" w:fill="FFFFFF"/>
            <w:tcMar>
              <w:top w:w="20" w:type="dxa"/>
              <w:left w:w="20" w:type="dxa"/>
              <w:bottom w:w="20" w:type="dxa"/>
              <w:right w:w="20" w:type="dxa"/>
            </w:tcMar>
          </w:tcPr>
          <w:p w:rsidR="00116439" w:rsidRPr="0078123B" w:rsidRDefault="00116439" w:rsidP="004F40CF">
            <w:pPr>
              <w:spacing w:after="0" w:line="240" w:lineRule="auto"/>
            </w:pPr>
            <w:r w:rsidRPr="0078123B">
              <w:rPr>
                <w:rFonts w:ascii="Calibri" w:hAnsi="Calibri"/>
                <w:sz w:val="12"/>
              </w:rPr>
              <w:t>a) İhtiyaç ve isteklerini karşılamaya yönelik bütçe için gerekli olan kaynakları belirler.</w:t>
            </w:r>
            <w:r w:rsidRPr="0078123B">
              <w:rPr>
                <w:rFonts w:ascii="Calibri" w:hAnsi="Calibri"/>
                <w:sz w:val="12"/>
              </w:rPr>
              <w:br/>
              <w:t>b) İhtiyaç ve isteklerini karşılamaya yönelik bütçe için gerekli olan kaynakları temin etme ve etkin kullanmaya ilişkin bir taslak oluşturur.</w:t>
            </w:r>
          </w:p>
        </w:tc>
        <w:tc>
          <w:tcPr>
            <w:tcW w:w="1228" w:type="dxa"/>
            <w:gridSpan w:val="2"/>
            <w:vMerge/>
            <w:shd w:val="clear" w:color="auto" w:fill="FFFFFF"/>
            <w:tcMar>
              <w:top w:w="20" w:type="dxa"/>
              <w:left w:w="20" w:type="dxa"/>
              <w:bottom w:w="20" w:type="dxa"/>
              <w:right w:w="20" w:type="dxa"/>
            </w:tcMar>
          </w:tcPr>
          <w:p w:rsidR="00116439" w:rsidRPr="0078123B" w:rsidRDefault="00116439" w:rsidP="004F40CF">
            <w:pPr>
              <w:spacing w:after="0" w:line="240" w:lineRule="auto"/>
            </w:pPr>
          </w:p>
        </w:tc>
        <w:tc>
          <w:tcPr>
            <w:tcW w:w="1152" w:type="dxa"/>
            <w:shd w:val="clear" w:color="auto" w:fill="FFFFFF"/>
            <w:tcMar>
              <w:top w:w="20" w:type="dxa"/>
              <w:left w:w="20" w:type="dxa"/>
              <w:bottom w:w="20" w:type="dxa"/>
              <w:right w:w="20" w:type="dxa"/>
            </w:tcMar>
          </w:tcPr>
          <w:p w:rsidR="00116439" w:rsidRPr="0078123B" w:rsidRDefault="00116439" w:rsidP="004F40CF">
            <w:pPr>
              <w:spacing w:after="0" w:line="240" w:lineRule="auto"/>
            </w:pPr>
          </w:p>
        </w:tc>
        <w:tc>
          <w:tcPr>
            <w:tcW w:w="1008" w:type="dxa"/>
            <w:shd w:val="clear" w:color="auto" w:fill="FFFFFF"/>
            <w:tcMar>
              <w:top w:w="20" w:type="dxa"/>
              <w:left w:w="20" w:type="dxa"/>
              <w:bottom w:w="20" w:type="dxa"/>
              <w:right w:w="20" w:type="dxa"/>
            </w:tcMar>
          </w:tcPr>
          <w:p w:rsidR="00116439" w:rsidRPr="0078123B" w:rsidRDefault="00116439" w:rsidP="004F40CF">
            <w:pPr>
              <w:spacing w:after="0" w:line="240" w:lineRule="auto"/>
            </w:pPr>
            <w:r w:rsidRPr="0078123B">
              <w:rPr>
                <w:rFonts w:ascii="Calibri" w:hAnsi="Calibri"/>
                <w:sz w:val="12"/>
              </w:rPr>
              <w:t>D17. Tasarruf</w:t>
            </w:r>
            <w:proofErr w:type="gramStart"/>
            <w:r w:rsidRPr="0078123B">
              <w:rPr>
                <w:rFonts w:ascii="Calibri" w:hAnsi="Calibri"/>
                <w:sz w:val="12"/>
              </w:rPr>
              <w:t>,</w:t>
            </w:r>
            <w:proofErr w:type="gramEnd"/>
            <w:r w:rsidRPr="0078123B">
              <w:rPr>
                <w:rFonts w:ascii="Calibri" w:hAnsi="Calibri"/>
                <w:sz w:val="12"/>
              </w:rPr>
              <w:br/>
              <w:t>D19. Vatanseverlik</w:t>
            </w:r>
          </w:p>
        </w:tc>
        <w:tc>
          <w:tcPr>
            <w:tcW w:w="1152" w:type="dxa"/>
            <w:vMerge/>
            <w:shd w:val="clear" w:color="auto" w:fill="FFFFFF"/>
            <w:tcMar>
              <w:top w:w="20" w:type="dxa"/>
              <w:left w:w="20" w:type="dxa"/>
              <w:bottom w:w="20" w:type="dxa"/>
              <w:right w:w="20" w:type="dxa"/>
            </w:tcMar>
          </w:tcPr>
          <w:p w:rsidR="00116439" w:rsidRPr="0078123B" w:rsidRDefault="00116439" w:rsidP="004F40CF">
            <w:pPr>
              <w:spacing w:after="0" w:line="240" w:lineRule="auto"/>
            </w:pPr>
          </w:p>
        </w:tc>
        <w:tc>
          <w:tcPr>
            <w:tcW w:w="1008" w:type="dxa"/>
            <w:gridSpan w:val="2"/>
            <w:shd w:val="clear" w:color="auto" w:fill="FFFFFF"/>
            <w:tcMar>
              <w:top w:w="20" w:type="dxa"/>
              <w:left w:w="20" w:type="dxa"/>
              <w:bottom w:w="20" w:type="dxa"/>
              <w:right w:w="20" w:type="dxa"/>
            </w:tcMar>
          </w:tcPr>
          <w:p w:rsidR="00116439" w:rsidRPr="0078123B" w:rsidRDefault="00116439" w:rsidP="004F40CF">
            <w:pPr>
              <w:spacing w:after="0" w:line="240" w:lineRule="auto"/>
            </w:pPr>
          </w:p>
        </w:tc>
        <w:tc>
          <w:tcPr>
            <w:tcW w:w="1298" w:type="dxa"/>
            <w:shd w:val="clear" w:color="auto" w:fill="FFFFFF"/>
            <w:tcMar>
              <w:top w:w="20" w:type="dxa"/>
              <w:left w:w="20" w:type="dxa"/>
              <w:bottom w:w="20" w:type="dxa"/>
              <w:right w:w="20" w:type="dxa"/>
            </w:tcMar>
          </w:tcPr>
          <w:p w:rsidR="00116439" w:rsidRPr="0078123B" w:rsidRDefault="00116439" w:rsidP="004F40CF">
            <w:pPr>
              <w:spacing w:after="0" w:line="240" w:lineRule="auto"/>
            </w:pPr>
          </w:p>
        </w:tc>
        <w:tc>
          <w:tcPr>
            <w:tcW w:w="1224" w:type="dxa"/>
            <w:shd w:val="clear" w:color="auto" w:fill="FFFFFF"/>
            <w:tcMar>
              <w:top w:w="20" w:type="dxa"/>
              <w:left w:w="20" w:type="dxa"/>
              <w:bottom w:w="20" w:type="dxa"/>
              <w:right w:w="20" w:type="dxa"/>
            </w:tcMar>
          </w:tcPr>
          <w:p w:rsidR="00116439" w:rsidRPr="0078123B" w:rsidRDefault="00116439" w:rsidP="004F40CF">
            <w:pPr>
              <w:spacing w:after="0" w:line="240" w:lineRule="auto"/>
            </w:pPr>
          </w:p>
        </w:tc>
      </w:tr>
      <w:tr w:rsidR="00DC393C" w:rsidRPr="0078123B" w:rsidTr="00DC393C">
        <w:tblPrEx>
          <w:tblCellMar>
            <w:left w:w="108" w:type="dxa"/>
            <w:right w:w="108" w:type="dxa"/>
          </w:tblCellMar>
          <w:tblLook w:val="04A0"/>
        </w:tblPrEx>
        <w:trPr>
          <w:gridAfter w:val="1"/>
          <w:wAfter w:w="10" w:type="dxa"/>
          <w:trHeight w:val="1237"/>
          <w:jc w:val="center"/>
        </w:trPr>
        <w:tc>
          <w:tcPr>
            <w:tcW w:w="792" w:type="dxa"/>
            <w:vMerge w:val="restart"/>
            <w:shd w:val="clear" w:color="auto" w:fill="F8FAFC"/>
            <w:tcMar>
              <w:top w:w="20" w:type="dxa"/>
              <w:left w:w="20" w:type="dxa"/>
              <w:bottom w:w="20" w:type="dxa"/>
              <w:right w:w="20" w:type="dxa"/>
            </w:tcMar>
          </w:tcPr>
          <w:p w:rsidR="00DC393C" w:rsidRPr="0078123B" w:rsidRDefault="00DC393C" w:rsidP="004F40CF">
            <w:pPr>
              <w:spacing w:after="0" w:line="240" w:lineRule="auto"/>
              <w:jc w:val="center"/>
            </w:pPr>
            <w:r w:rsidRPr="0078123B">
              <w:rPr>
                <w:rFonts w:ascii="Calibri" w:hAnsi="Calibri"/>
                <w:sz w:val="12"/>
              </w:rPr>
              <w:t>MAYIS</w:t>
            </w:r>
          </w:p>
        </w:tc>
        <w:tc>
          <w:tcPr>
            <w:tcW w:w="1008" w:type="dxa"/>
            <w:vMerge w:val="restart"/>
            <w:shd w:val="clear" w:color="auto" w:fill="F8FAFC"/>
            <w:tcMar>
              <w:top w:w="20" w:type="dxa"/>
              <w:left w:w="20" w:type="dxa"/>
              <w:bottom w:w="20" w:type="dxa"/>
              <w:right w:w="20" w:type="dxa"/>
            </w:tcMar>
          </w:tcPr>
          <w:p w:rsidR="00DC393C" w:rsidRPr="0078123B" w:rsidRDefault="00DC393C" w:rsidP="004F40CF">
            <w:pPr>
              <w:spacing w:after="0" w:line="240" w:lineRule="auto"/>
              <w:jc w:val="center"/>
            </w:pPr>
            <w:r w:rsidRPr="0078123B">
              <w:rPr>
                <w:rFonts w:ascii="Calibri" w:hAnsi="Calibri"/>
                <w:sz w:val="12"/>
              </w:rPr>
              <w:t>31. Hafta:</w:t>
            </w:r>
            <w:r w:rsidRPr="0078123B">
              <w:rPr>
                <w:rFonts w:ascii="Calibri" w:hAnsi="Calibri"/>
                <w:sz w:val="12"/>
              </w:rPr>
              <w:br/>
              <w:t>10-14 Mayıs</w:t>
            </w:r>
          </w:p>
        </w:tc>
        <w:tc>
          <w:tcPr>
            <w:tcW w:w="652" w:type="dxa"/>
            <w:shd w:val="clear" w:color="auto" w:fill="F8FAFC"/>
            <w:tcMar>
              <w:top w:w="20" w:type="dxa"/>
              <w:left w:w="20" w:type="dxa"/>
              <w:bottom w:w="20" w:type="dxa"/>
              <w:right w:w="20" w:type="dxa"/>
            </w:tcMar>
          </w:tcPr>
          <w:p w:rsidR="00DC393C" w:rsidRPr="0078123B" w:rsidRDefault="00DC393C" w:rsidP="004F40CF">
            <w:pPr>
              <w:spacing w:after="0" w:line="240" w:lineRule="auto"/>
              <w:jc w:val="center"/>
            </w:pPr>
            <w:r>
              <w:rPr>
                <w:rFonts w:ascii="Calibri" w:hAnsi="Calibri"/>
                <w:sz w:val="12"/>
              </w:rPr>
              <w:t>2+1*</w:t>
            </w:r>
          </w:p>
        </w:tc>
        <w:tc>
          <w:tcPr>
            <w:tcW w:w="1152" w:type="dxa"/>
            <w:shd w:val="clear" w:color="auto" w:fill="F8FAFC"/>
            <w:tcMar>
              <w:top w:w="20" w:type="dxa"/>
              <w:left w:w="20" w:type="dxa"/>
              <w:bottom w:w="20" w:type="dxa"/>
              <w:right w:w="20" w:type="dxa"/>
            </w:tcMar>
          </w:tcPr>
          <w:p w:rsidR="00DC393C" w:rsidRPr="0078123B" w:rsidRDefault="00DC393C" w:rsidP="004F40CF">
            <w:pPr>
              <w:spacing w:after="0" w:line="240" w:lineRule="auto"/>
            </w:pPr>
            <w:r w:rsidRPr="0078123B">
              <w:rPr>
                <w:rFonts w:ascii="Calibri" w:hAnsi="Calibri"/>
                <w:sz w:val="12"/>
              </w:rPr>
              <w:t>HAYATIMIZDAKİ EKONOMİ</w:t>
            </w:r>
          </w:p>
        </w:tc>
        <w:tc>
          <w:tcPr>
            <w:tcW w:w="1224" w:type="dxa"/>
            <w:shd w:val="clear" w:color="auto" w:fill="F8FAFC"/>
            <w:tcMar>
              <w:top w:w="20" w:type="dxa"/>
              <w:left w:w="20" w:type="dxa"/>
              <w:bottom w:w="20" w:type="dxa"/>
              <w:right w:w="20" w:type="dxa"/>
            </w:tcMar>
          </w:tcPr>
          <w:p w:rsidR="00DC393C" w:rsidRPr="0078123B" w:rsidRDefault="00DC393C" w:rsidP="004F40CF">
            <w:pPr>
              <w:spacing w:after="0" w:line="240" w:lineRule="auto"/>
            </w:pPr>
            <w:r w:rsidRPr="0078123B">
              <w:rPr>
                <w:rFonts w:ascii="Calibri" w:hAnsi="Calibri"/>
                <w:sz w:val="12"/>
              </w:rPr>
              <w:t>Bütçe Oluşturma</w:t>
            </w:r>
          </w:p>
        </w:tc>
        <w:tc>
          <w:tcPr>
            <w:tcW w:w="1512" w:type="dxa"/>
            <w:gridSpan w:val="2"/>
            <w:shd w:val="clear" w:color="auto" w:fill="F8FAFC"/>
            <w:tcMar>
              <w:top w:w="20" w:type="dxa"/>
              <w:left w:w="20" w:type="dxa"/>
              <w:bottom w:w="20" w:type="dxa"/>
              <w:right w:w="20" w:type="dxa"/>
            </w:tcMar>
          </w:tcPr>
          <w:p w:rsidR="00DC393C" w:rsidRPr="0078123B" w:rsidRDefault="00DC393C" w:rsidP="004F40CF">
            <w:pPr>
              <w:spacing w:after="0" w:line="240" w:lineRule="auto"/>
            </w:pPr>
            <w:r w:rsidRPr="0078123B">
              <w:rPr>
                <w:rFonts w:ascii="Calibri" w:hAnsi="Calibri"/>
                <w:sz w:val="12"/>
              </w:rPr>
              <w:t>SB.5.5.2. İhtiyaç ve isteklerini karşılamak için gerekli bütçe kaynaklarını yönetebilme</w:t>
            </w:r>
          </w:p>
        </w:tc>
        <w:tc>
          <w:tcPr>
            <w:tcW w:w="1656" w:type="dxa"/>
            <w:shd w:val="clear" w:color="auto" w:fill="F8FAFC"/>
            <w:tcMar>
              <w:top w:w="20" w:type="dxa"/>
              <w:left w:w="20" w:type="dxa"/>
              <w:bottom w:w="20" w:type="dxa"/>
              <w:right w:w="20" w:type="dxa"/>
            </w:tcMar>
          </w:tcPr>
          <w:p w:rsidR="00DC393C" w:rsidRPr="0078123B" w:rsidRDefault="00DC393C" w:rsidP="004F40CF">
            <w:pPr>
              <w:spacing w:after="0" w:line="240" w:lineRule="auto"/>
            </w:pPr>
            <w:r w:rsidRPr="0078123B">
              <w:rPr>
                <w:rFonts w:ascii="Calibri" w:hAnsi="Calibri"/>
                <w:sz w:val="12"/>
              </w:rPr>
              <w:t xml:space="preserve">a) </w:t>
            </w:r>
            <w:proofErr w:type="spellStart"/>
            <w:r w:rsidRPr="0078123B">
              <w:rPr>
                <w:rFonts w:ascii="Calibri" w:hAnsi="Calibri"/>
                <w:sz w:val="12"/>
              </w:rPr>
              <w:t>İhtiyaç</w:t>
            </w:r>
            <w:proofErr w:type="spellEnd"/>
            <w:r w:rsidRPr="0078123B">
              <w:rPr>
                <w:rFonts w:ascii="Calibri" w:hAnsi="Calibri"/>
                <w:sz w:val="12"/>
              </w:rPr>
              <w:t xml:space="preserve"> </w:t>
            </w:r>
            <w:proofErr w:type="spellStart"/>
            <w:r w:rsidRPr="0078123B">
              <w:rPr>
                <w:rFonts w:ascii="Calibri" w:hAnsi="Calibri"/>
                <w:sz w:val="12"/>
              </w:rPr>
              <w:t>ve</w:t>
            </w:r>
            <w:proofErr w:type="spellEnd"/>
            <w:r w:rsidRPr="0078123B">
              <w:rPr>
                <w:rFonts w:ascii="Calibri" w:hAnsi="Calibri"/>
                <w:sz w:val="12"/>
              </w:rPr>
              <w:t xml:space="preserve"> </w:t>
            </w:r>
            <w:proofErr w:type="spellStart"/>
            <w:r w:rsidRPr="0078123B">
              <w:rPr>
                <w:rFonts w:ascii="Calibri" w:hAnsi="Calibri"/>
                <w:sz w:val="12"/>
              </w:rPr>
              <w:t>isteklerini</w:t>
            </w:r>
            <w:proofErr w:type="spellEnd"/>
            <w:r w:rsidRPr="0078123B">
              <w:rPr>
                <w:rFonts w:ascii="Calibri" w:hAnsi="Calibri"/>
                <w:sz w:val="12"/>
              </w:rPr>
              <w:t xml:space="preserve"> </w:t>
            </w:r>
            <w:proofErr w:type="spellStart"/>
            <w:r w:rsidRPr="0078123B">
              <w:rPr>
                <w:rFonts w:ascii="Calibri" w:hAnsi="Calibri"/>
                <w:sz w:val="12"/>
              </w:rPr>
              <w:t>karşılamaya</w:t>
            </w:r>
            <w:proofErr w:type="spellEnd"/>
            <w:r w:rsidRPr="0078123B">
              <w:rPr>
                <w:rFonts w:ascii="Calibri" w:hAnsi="Calibri"/>
                <w:sz w:val="12"/>
              </w:rPr>
              <w:t xml:space="preserve"> yönelik bütçe için gerekli olan kaynakları belirler.</w:t>
            </w:r>
            <w:r w:rsidRPr="0078123B">
              <w:rPr>
                <w:rFonts w:ascii="Calibri" w:hAnsi="Calibri"/>
                <w:sz w:val="12"/>
              </w:rPr>
              <w:br/>
              <w:t xml:space="preserve">b) İhtiyaç ve isteklerini karşılamaya yönelik bütçe için gerekli olan kaynakları </w:t>
            </w:r>
            <w:proofErr w:type="spellStart"/>
            <w:r w:rsidRPr="0078123B">
              <w:rPr>
                <w:rFonts w:ascii="Calibri" w:hAnsi="Calibri"/>
                <w:sz w:val="12"/>
              </w:rPr>
              <w:t>temin</w:t>
            </w:r>
            <w:proofErr w:type="spellEnd"/>
            <w:r w:rsidRPr="0078123B">
              <w:rPr>
                <w:rFonts w:ascii="Calibri" w:hAnsi="Calibri"/>
                <w:sz w:val="12"/>
              </w:rPr>
              <w:t xml:space="preserve"> </w:t>
            </w:r>
            <w:r w:rsidRPr="0078123B">
              <w:rPr>
                <w:rFonts w:ascii="Calibri" w:hAnsi="Calibri"/>
                <w:sz w:val="12"/>
              </w:rPr>
              <w:br/>
            </w:r>
            <w:proofErr w:type="spellStart"/>
            <w:r w:rsidRPr="0078123B">
              <w:rPr>
                <w:rFonts w:ascii="Calibri" w:hAnsi="Calibri"/>
                <w:sz w:val="12"/>
              </w:rPr>
              <w:t>etme</w:t>
            </w:r>
            <w:proofErr w:type="spellEnd"/>
            <w:r w:rsidRPr="0078123B">
              <w:rPr>
                <w:rFonts w:ascii="Calibri" w:hAnsi="Calibri"/>
                <w:sz w:val="12"/>
              </w:rPr>
              <w:t xml:space="preserve"> </w:t>
            </w:r>
            <w:proofErr w:type="spellStart"/>
            <w:r w:rsidRPr="0078123B">
              <w:rPr>
                <w:rFonts w:ascii="Calibri" w:hAnsi="Calibri"/>
                <w:sz w:val="12"/>
              </w:rPr>
              <w:t>ve</w:t>
            </w:r>
            <w:proofErr w:type="spellEnd"/>
            <w:r w:rsidRPr="0078123B">
              <w:rPr>
                <w:rFonts w:ascii="Calibri" w:hAnsi="Calibri"/>
                <w:sz w:val="12"/>
              </w:rPr>
              <w:t xml:space="preserve"> </w:t>
            </w:r>
            <w:proofErr w:type="spellStart"/>
            <w:r w:rsidRPr="0078123B">
              <w:rPr>
                <w:rFonts w:ascii="Calibri" w:hAnsi="Calibri"/>
                <w:sz w:val="12"/>
              </w:rPr>
              <w:t>etkin</w:t>
            </w:r>
            <w:proofErr w:type="spellEnd"/>
            <w:r w:rsidRPr="0078123B">
              <w:rPr>
                <w:rFonts w:ascii="Calibri" w:hAnsi="Calibri"/>
                <w:sz w:val="12"/>
              </w:rPr>
              <w:t xml:space="preserve"> </w:t>
            </w:r>
            <w:proofErr w:type="spellStart"/>
            <w:r w:rsidRPr="0078123B">
              <w:rPr>
                <w:rFonts w:ascii="Calibri" w:hAnsi="Calibri"/>
                <w:sz w:val="12"/>
              </w:rPr>
              <w:t>kullanmaya</w:t>
            </w:r>
            <w:proofErr w:type="spellEnd"/>
            <w:r w:rsidRPr="0078123B">
              <w:rPr>
                <w:rFonts w:ascii="Calibri" w:hAnsi="Calibri"/>
                <w:sz w:val="12"/>
              </w:rPr>
              <w:t xml:space="preserve"> </w:t>
            </w:r>
            <w:proofErr w:type="spellStart"/>
            <w:r w:rsidRPr="0078123B">
              <w:rPr>
                <w:rFonts w:ascii="Calibri" w:hAnsi="Calibri"/>
                <w:sz w:val="12"/>
              </w:rPr>
              <w:t>ilişkin</w:t>
            </w:r>
            <w:proofErr w:type="spellEnd"/>
            <w:r w:rsidRPr="0078123B">
              <w:rPr>
                <w:rFonts w:ascii="Calibri" w:hAnsi="Calibri"/>
                <w:sz w:val="12"/>
              </w:rPr>
              <w:t xml:space="preserve"> </w:t>
            </w:r>
            <w:proofErr w:type="spellStart"/>
            <w:r w:rsidRPr="0078123B">
              <w:rPr>
                <w:rFonts w:ascii="Calibri" w:hAnsi="Calibri"/>
                <w:sz w:val="12"/>
              </w:rPr>
              <w:t>bir</w:t>
            </w:r>
            <w:proofErr w:type="spellEnd"/>
            <w:r w:rsidRPr="0078123B">
              <w:rPr>
                <w:rFonts w:ascii="Calibri" w:hAnsi="Calibri"/>
                <w:sz w:val="12"/>
              </w:rPr>
              <w:t xml:space="preserve"> </w:t>
            </w:r>
            <w:proofErr w:type="spellStart"/>
            <w:r w:rsidRPr="0078123B">
              <w:rPr>
                <w:rFonts w:ascii="Calibri" w:hAnsi="Calibri"/>
                <w:sz w:val="12"/>
              </w:rPr>
              <w:t>taslak</w:t>
            </w:r>
            <w:proofErr w:type="spellEnd"/>
            <w:r w:rsidRPr="0078123B">
              <w:rPr>
                <w:rFonts w:ascii="Calibri" w:hAnsi="Calibri"/>
                <w:sz w:val="12"/>
              </w:rPr>
              <w:t xml:space="preserve"> </w:t>
            </w:r>
            <w:proofErr w:type="spellStart"/>
            <w:r w:rsidRPr="0078123B">
              <w:rPr>
                <w:rFonts w:ascii="Calibri" w:hAnsi="Calibri"/>
                <w:sz w:val="12"/>
              </w:rPr>
              <w:t>oluşturur</w:t>
            </w:r>
            <w:proofErr w:type="spellEnd"/>
            <w:r w:rsidRPr="0078123B">
              <w:rPr>
                <w:rFonts w:ascii="Calibri" w:hAnsi="Calibri"/>
                <w:sz w:val="12"/>
              </w:rPr>
              <w:t>.</w:t>
            </w:r>
          </w:p>
        </w:tc>
        <w:tc>
          <w:tcPr>
            <w:tcW w:w="1228" w:type="dxa"/>
            <w:gridSpan w:val="2"/>
            <w:vMerge w:val="restart"/>
            <w:shd w:val="clear" w:color="auto" w:fill="F8FAFC"/>
            <w:tcMar>
              <w:top w:w="20" w:type="dxa"/>
              <w:left w:w="20" w:type="dxa"/>
              <w:bottom w:w="20" w:type="dxa"/>
              <w:right w:w="20" w:type="dxa"/>
            </w:tcMar>
          </w:tcPr>
          <w:p w:rsidR="00DC393C" w:rsidRPr="0078123B" w:rsidRDefault="00DC393C" w:rsidP="004F40CF">
            <w:pPr>
              <w:spacing w:after="0" w:line="240" w:lineRule="auto"/>
            </w:pPr>
          </w:p>
        </w:tc>
        <w:tc>
          <w:tcPr>
            <w:tcW w:w="1152" w:type="dxa"/>
            <w:vMerge w:val="restart"/>
            <w:shd w:val="clear" w:color="auto" w:fill="F8FAFC"/>
            <w:tcMar>
              <w:top w:w="20" w:type="dxa"/>
              <w:left w:w="20" w:type="dxa"/>
              <w:bottom w:w="20" w:type="dxa"/>
              <w:right w:w="20" w:type="dxa"/>
            </w:tcMar>
          </w:tcPr>
          <w:p w:rsidR="00DC393C" w:rsidRPr="0078123B" w:rsidRDefault="00DC393C" w:rsidP="004F40CF">
            <w:pPr>
              <w:spacing w:after="0" w:line="240" w:lineRule="auto"/>
            </w:pPr>
          </w:p>
        </w:tc>
        <w:tc>
          <w:tcPr>
            <w:tcW w:w="1008" w:type="dxa"/>
            <w:vMerge w:val="restart"/>
            <w:shd w:val="clear" w:color="auto" w:fill="F8FAFC"/>
            <w:tcMar>
              <w:top w:w="20" w:type="dxa"/>
              <w:left w:w="20" w:type="dxa"/>
              <w:bottom w:w="20" w:type="dxa"/>
              <w:right w:w="20" w:type="dxa"/>
            </w:tcMar>
          </w:tcPr>
          <w:p w:rsidR="00DC393C" w:rsidRPr="0078123B" w:rsidRDefault="00DC393C" w:rsidP="004F40CF">
            <w:pPr>
              <w:spacing w:after="0" w:line="240" w:lineRule="auto"/>
            </w:pPr>
            <w:r w:rsidRPr="0078123B">
              <w:rPr>
                <w:rFonts w:ascii="Calibri" w:hAnsi="Calibri"/>
                <w:sz w:val="12"/>
              </w:rPr>
              <w:t>D17. Tasarruf</w:t>
            </w:r>
            <w:proofErr w:type="gramStart"/>
            <w:r w:rsidRPr="0078123B">
              <w:rPr>
                <w:rFonts w:ascii="Calibri" w:hAnsi="Calibri"/>
                <w:sz w:val="12"/>
              </w:rPr>
              <w:t>,</w:t>
            </w:r>
            <w:proofErr w:type="gramEnd"/>
            <w:r w:rsidRPr="0078123B">
              <w:rPr>
                <w:rFonts w:ascii="Calibri" w:hAnsi="Calibri"/>
                <w:sz w:val="12"/>
              </w:rPr>
              <w:br/>
              <w:t>D19. Vatanseverlik</w:t>
            </w:r>
          </w:p>
        </w:tc>
        <w:tc>
          <w:tcPr>
            <w:tcW w:w="1152" w:type="dxa"/>
            <w:vMerge w:val="restart"/>
            <w:shd w:val="clear" w:color="auto" w:fill="F8FAFC"/>
            <w:tcMar>
              <w:top w:w="20" w:type="dxa"/>
              <w:left w:w="20" w:type="dxa"/>
              <w:bottom w:w="20" w:type="dxa"/>
              <w:right w:w="20" w:type="dxa"/>
            </w:tcMar>
          </w:tcPr>
          <w:p w:rsidR="00DC393C" w:rsidRPr="0078123B" w:rsidRDefault="00DC393C" w:rsidP="004F40CF">
            <w:pPr>
              <w:spacing w:after="0" w:line="240" w:lineRule="auto"/>
            </w:pPr>
          </w:p>
        </w:tc>
        <w:tc>
          <w:tcPr>
            <w:tcW w:w="1008" w:type="dxa"/>
            <w:gridSpan w:val="2"/>
            <w:vMerge w:val="restart"/>
            <w:shd w:val="clear" w:color="auto" w:fill="F8FAFC"/>
            <w:tcMar>
              <w:top w:w="20" w:type="dxa"/>
              <w:left w:w="20" w:type="dxa"/>
              <w:bottom w:w="20" w:type="dxa"/>
              <w:right w:w="20" w:type="dxa"/>
            </w:tcMar>
          </w:tcPr>
          <w:p w:rsidR="00DC393C" w:rsidRPr="0078123B" w:rsidRDefault="00DC393C" w:rsidP="004F40CF">
            <w:pPr>
              <w:spacing w:after="0" w:line="240" w:lineRule="auto"/>
            </w:pPr>
          </w:p>
        </w:tc>
        <w:tc>
          <w:tcPr>
            <w:tcW w:w="1298" w:type="dxa"/>
            <w:vMerge w:val="restart"/>
            <w:shd w:val="clear" w:color="auto" w:fill="F8FAFC"/>
            <w:tcMar>
              <w:top w:w="20" w:type="dxa"/>
              <w:left w:w="20" w:type="dxa"/>
              <w:bottom w:w="20" w:type="dxa"/>
              <w:right w:w="20" w:type="dxa"/>
            </w:tcMar>
          </w:tcPr>
          <w:p w:rsidR="00DC393C" w:rsidRPr="0078123B" w:rsidRDefault="00DC393C" w:rsidP="004F40CF">
            <w:pPr>
              <w:spacing w:after="0" w:line="240" w:lineRule="auto"/>
            </w:pPr>
          </w:p>
        </w:tc>
        <w:tc>
          <w:tcPr>
            <w:tcW w:w="1224" w:type="dxa"/>
            <w:vMerge w:val="restart"/>
            <w:shd w:val="clear" w:color="auto" w:fill="F8FAFC"/>
            <w:tcMar>
              <w:top w:w="20" w:type="dxa"/>
              <w:left w:w="20" w:type="dxa"/>
              <w:bottom w:w="20" w:type="dxa"/>
              <w:right w:w="20" w:type="dxa"/>
            </w:tcMar>
          </w:tcPr>
          <w:p w:rsidR="00DC393C" w:rsidRPr="0078123B" w:rsidRDefault="00DC393C" w:rsidP="004F40CF">
            <w:pPr>
              <w:spacing w:after="0" w:line="240" w:lineRule="auto"/>
            </w:pPr>
          </w:p>
        </w:tc>
      </w:tr>
      <w:tr w:rsidR="00DC393C" w:rsidRPr="0078123B" w:rsidTr="00A316C4">
        <w:tblPrEx>
          <w:tblCellMar>
            <w:left w:w="108" w:type="dxa"/>
            <w:right w:w="108" w:type="dxa"/>
          </w:tblCellMar>
          <w:tblLook w:val="04A0"/>
        </w:tblPrEx>
        <w:trPr>
          <w:gridAfter w:val="1"/>
          <w:wAfter w:w="10" w:type="dxa"/>
          <w:trHeight w:val="203"/>
          <w:jc w:val="center"/>
        </w:trPr>
        <w:tc>
          <w:tcPr>
            <w:tcW w:w="792" w:type="dxa"/>
            <w:vMerge/>
            <w:shd w:val="clear" w:color="auto" w:fill="F8FAFC"/>
            <w:tcMar>
              <w:top w:w="20" w:type="dxa"/>
              <w:left w:w="20" w:type="dxa"/>
              <w:bottom w:w="20" w:type="dxa"/>
              <w:right w:w="20" w:type="dxa"/>
            </w:tcMar>
          </w:tcPr>
          <w:p w:rsidR="00DC393C" w:rsidRPr="0078123B" w:rsidRDefault="00DC393C" w:rsidP="004F40CF">
            <w:pPr>
              <w:spacing w:after="0" w:line="240" w:lineRule="auto"/>
              <w:jc w:val="center"/>
              <w:rPr>
                <w:rFonts w:ascii="Calibri" w:hAnsi="Calibri"/>
                <w:sz w:val="12"/>
              </w:rPr>
            </w:pPr>
          </w:p>
        </w:tc>
        <w:tc>
          <w:tcPr>
            <w:tcW w:w="1008" w:type="dxa"/>
            <w:vMerge/>
            <w:shd w:val="clear" w:color="auto" w:fill="F8FAFC"/>
            <w:tcMar>
              <w:top w:w="20" w:type="dxa"/>
              <w:left w:w="20" w:type="dxa"/>
              <w:bottom w:w="20" w:type="dxa"/>
              <w:right w:w="20" w:type="dxa"/>
            </w:tcMar>
          </w:tcPr>
          <w:p w:rsidR="00DC393C" w:rsidRPr="0078123B" w:rsidRDefault="00DC393C" w:rsidP="004F40CF">
            <w:pPr>
              <w:spacing w:after="0" w:line="240" w:lineRule="auto"/>
              <w:jc w:val="center"/>
              <w:rPr>
                <w:rFonts w:ascii="Calibri" w:hAnsi="Calibri"/>
                <w:sz w:val="12"/>
              </w:rPr>
            </w:pPr>
          </w:p>
        </w:tc>
        <w:tc>
          <w:tcPr>
            <w:tcW w:w="652" w:type="dxa"/>
            <w:shd w:val="clear" w:color="auto" w:fill="CCFFFF"/>
            <w:tcMar>
              <w:top w:w="20" w:type="dxa"/>
              <w:left w:w="20" w:type="dxa"/>
              <w:bottom w:w="20" w:type="dxa"/>
              <w:right w:w="20" w:type="dxa"/>
            </w:tcMar>
          </w:tcPr>
          <w:p w:rsidR="00DC393C" w:rsidRDefault="00DC393C" w:rsidP="004F40CF">
            <w:pPr>
              <w:spacing w:after="0" w:line="240" w:lineRule="auto"/>
              <w:jc w:val="center"/>
              <w:rPr>
                <w:rFonts w:ascii="Calibri" w:hAnsi="Calibri"/>
                <w:sz w:val="12"/>
              </w:rPr>
            </w:pPr>
            <w:r>
              <w:rPr>
                <w:rFonts w:ascii="Calibri" w:hAnsi="Calibri"/>
                <w:sz w:val="12"/>
              </w:rPr>
              <w:t>1*</w:t>
            </w:r>
          </w:p>
        </w:tc>
        <w:tc>
          <w:tcPr>
            <w:tcW w:w="5544" w:type="dxa"/>
            <w:gridSpan w:val="5"/>
            <w:shd w:val="clear" w:color="auto" w:fill="CCFFFF"/>
            <w:tcMar>
              <w:top w:w="20" w:type="dxa"/>
              <w:left w:w="20" w:type="dxa"/>
              <w:bottom w:w="20" w:type="dxa"/>
              <w:right w:w="20" w:type="dxa"/>
            </w:tcMar>
          </w:tcPr>
          <w:p w:rsidR="00DC393C" w:rsidRPr="00DC393C" w:rsidRDefault="00DC393C" w:rsidP="00DC393C">
            <w:pPr>
              <w:spacing w:after="0" w:line="240" w:lineRule="auto"/>
              <w:jc w:val="center"/>
              <w:rPr>
                <w:rFonts w:ascii="Calibri" w:hAnsi="Calibri"/>
                <w:sz w:val="12"/>
              </w:rPr>
            </w:pPr>
            <w:r w:rsidRPr="00DC393C">
              <w:rPr>
                <w:rFonts w:ascii="Calibri" w:hAnsi="Calibri"/>
                <w:b/>
                <w:sz w:val="12"/>
              </w:rPr>
              <w:t>*OKUL TEMELLİ PLANLAMA</w:t>
            </w:r>
            <w:r w:rsidRPr="00DC393C">
              <w:rPr>
                <w:rFonts w:ascii="Calibri" w:hAnsi="Calibri"/>
                <w:sz w:val="12"/>
              </w:rPr>
              <w:t xml:space="preserve"> -</w:t>
            </w:r>
            <w:proofErr w:type="spellStart"/>
            <w:r w:rsidRPr="00DC393C">
              <w:rPr>
                <w:rFonts w:ascii="Calibri" w:hAnsi="Calibri"/>
                <w:sz w:val="12"/>
              </w:rPr>
              <w:t>Bütçe</w:t>
            </w:r>
            <w:proofErr w:type="spellEnd"/>
            <w:r w:rsidRPr="00DC393C">
              <w:rPr>
                <w:rFonts w:ascii="Calibri" w:hAnsi="Calibri"/>
                <w:sz w:val="12"/>
              </w:rPr>
              <w:t xml:space="preserve"> </w:t>
            </w:r>
            <w:proofErr w:type="spellStart"/>
            <w:r w:rsidRPr="00DC393C">
              <w:rPr>
                <w:rFonts w:ascii="Calibri" w:hAnsi="Calibri"/>
                <w:sz w:val="12"/>
              </w:rPr>
              <w:t>Yapıyorum</w:t>
            </w:r>
            <w:proofErr w:type="spellEnd"/>
          </w:p>
          <w:p w:rsidR="00DC393C" w:rsidRPr="0078123B" w:rsidRDefault="00DC393C" w:rsidP="00DC393C">
            <w:pPr>
              <w:spacing w:after="0" w:line="240" w:lineRule="auto"/>
              <w:jc w:val="center"/>
              <w:rPr>
                <w:rFonts w:ascii="Calibri" w:hAnsi="Calibri"/>
                <w:sz w:val="12"/>
              </w:rPr>
            </w:pPr>
            <w:r w:rsidRPr="00DC393C">
              <w:rPr>
                <w:rFonts w:ascii="Calibri" w:hAnsi="Calibri"/>
                <w:sz w:val="12"/>
              </w:rPr>
              <w:t>(</w:t>
            </w:r>
            <w:proofErr w:type="spellStart"/>
            <w:r w:rsidRPr="00DC393C">
              <w:rPr>
                <w:rFonts w:ascii="Calibri" w:hAnsi="Calibri"/>
                <w:sz w:val="12"/>
              </w:rPr>
              <w:t>Öğrenciler</w:t>
            </w:r>
            <w:proofErr w:type="spellEnd"/>
            <w:r w:rsidRPr="00DC393C">
              <w:rPr>
                <w:rFonts w:ascii="Calibri" w:hAnsi="Calibri"/>
                <w:sz w:val="12"/>
              </w:rPr>
              <w:t xml:space="preserve"> </w:t>
            </w:r>
            <w:proofErr w:type="spellStart"/>
            <w:r w:rsidRPr="00DC393C">
              <w:rPr>
                <w:rFonts w:ascii="Calibri" w:hAnsi="Calibri"/>
                <w:sz w:val="12"/>
              </w:rPr>
              <w:t>iki</w:t>
            </w:r>
            <w:proofErr w:type="spellEnd"/>
            <w:r w:rsidRPr="00DC393C">
              <w:rPr>
                <w:rFonts w:ascii="Calibri" w:hAnsi="Calibri"/>
                <w:sz w:val="12"/>
              </w:rPr>
              <w:t xml:space="preserve"> </w:t>
            </w:r>
            <w:proofErr w:type="spellStart"/>
            <w:r w:rsidRPr="00DC393C">
              <w:rPr>
                <w:rFonts w:ascii="Calibri" w:hAnsi="Calibri"/>
                <w:sz w:val="12"/>
              </w:rPr>
              <w:t>gruba</w:t>
            </w:r>
            <w:proofErr w:type="spellEnd"/>
            <w:r w:rsidRPr="00DC393C">
              <w:rPr>
                <w:rFonts w:ascii="Calibri" w:hAnsi="Calibri"/>
                <w:sz w:val="12"/>
              </w:rPr>
              <w:t xml:space="preserve"> </w:t>
            </w:r>
            <w:proofErr w:type="spellStart"/>
            <w:r w:rsidRPr="00DC393C">
              <w:rPr>
                <w:rFonts w:ascii="Calibri" w:hAnsi="Calibri"/>
                <w:sz w:val="12"/>
              </w:rPr>
              <w:t>ayrılır</w:t>
            </w:r>
            <w:proofErr w:type="spellEnd"/>
            <w:r w:rsidRPr="00DC393C">
              <w:rPr>
                <w:rFonts w:ascii="Calibri" w:hAnsi="Calibri"/>
                <w:sz w:val="12"/>
              </w:rPr>
              <w:t xml:space="preserve">, </w:t>
            </w:r>
            <w:proofErr w:type="spellStart"/>
            <w:r w:rsidRPr="00DC393C">
              <w:rPr>
                <w:rFonts w:ascii="Calibri" w:hAnsi="Calibri"/>
                <w:sz w:val="12"/>
              </w:rPr>
              <w:t>tutumlu</w:t>
            </w:r>
            <w:proofErr w:type="spellEnd"/>
            <w:r w:rsidRPr="00DC393C">
              <w:rPr>
                <w:rFonts w:ascii="Calibri" w:hAnsi="Calibri"/>
                <w:sz w:val="12"/>
              </w:rPr>
              <w:t xml:space="preserve"> </w:t>
            </w:r>
            <w:proofErr w:type="spellStart"/>
            <w:r w:rsidRPr="00DC393C">
              <w:rPr>
                <w:rFonts w:ascii="Calibri" w:hAnsi="Calibri"/>
                <w:sz w:val="12"/>
              </w:rPr>
              <w:t>aile</w:t>
            </w:r>
            <w:proofErr w:type="spellEnd"/>
            <w:r w:rsidRPr="00DC393C">
              <w:rPr>
                <w:rFonts w:ascii="Calibri" w:hAnsi="Calibri"/>
                <w:sz w:val="12"/>
              </w:rPr>
              <w:t xml:space="preserve"> </w:t>
            </w:r>
            <w:proofErr w:type="spellStart"/>
            <w:r w:rsidRPr="00DC393C">
              <w:rPr>
                <w:rFonts w:ascii="Calibri" w:hAnsi="Calibri"/>
                <w:sz w:val="12"/>
              </w:rPr>
              <w:t>ve</w:t>
            </w:r>
            <w:proofErr w:type="spellEnd"/>
            <w:r w:rsidRPr="00DC393C">
              <w:rPr>
                <w:rFonts w:ascii="Calibri" w:hAnsi="Calibri"/>
                <w:sz w:val="12"/>
              </w:rPr>
              <w:t xml:space="preserve"> </w:t>
            </w:r>
            <w:proofErr w:type="spellStart"/>
            <w:r w:rsidRPr="00DC393C">
              <w:rPr>
                <w:rFonts w:ascii="Calibri" w:hAnsi="Calibri"/>
                <w:sz w:val="12"/>
              </w:rPr>
              <w:t>savurgan</w:t>
            </w:r>
            <w:proofErr w:type="spellEnd"/>
            <w:r w:rsidRPr="00DC393C">
              <w:rPr>
                <w:rFonts w:ascii="Calibri" w:hAnsi="Calibri"/>
                <w:sz w:val="12"/>
              </w:rPr>
              <w:t xml:space="preserve"> </w:t>
            </w:r>
            <w:proofErr w:type="spellStart"/>
            <w:r w:rsidRPr="00DC393C">
              <w:rPr>
                <w:rFonts w:ascii="Calibri" w:hAnsi="Calibri"/>
                <w:sz w:val="12"/>
              </w:rPr>
              <w:t>aile</w:t>
            </w:r>
            <w:proofErr w:type="spellEnd"/>
            <w:r w:rsidRPr="00DC393C">
              <w:rPr>
                <w:rFonts w:ascii="Calibri" w:hAnsi="Calibri"/>
                <w:sz w:val="12"/>
              </w:rPr>
              <w:t xml:space="preserve"> </w:t>
            </w:r>
            <w:proofErr w:type="spellStart"/>
            <w:r w:rsidRPr="00DC393C">
              <w:rPr>
                <w:rFonts w:ascii="Calibri" w:hAnsi="Calibri"/>
                <w:sz w:val="12"/>
              </w:rPr>
              <w:t>rolleri</w:t>
            </w:r>
            <w:proofErr w:type="spellEnd"/>
            <w:r w:rsidRPr="00DC393C">
              <w:rPr>
                <w:rFonts w:ascii="Calibri" w:hAnsi="Calibri"/>
                <w:sz w:val="12"/>
              </w:rPr>
              <w:t xml:space="preserve"> </w:t>
            </w:r>
            <w:proofErr w:type="spellStart"/>
            <w:r w:rsidRPr="00DC393C">
              <w:rPr>
                <w:rFonts w:ascii="Calibri" w:hAnsi="Calibri"/>
                <w:sz w:val="12"/>
              </w:rPr>
              <w:t>canlandırılır</w:t>
            </w:r>
            <w:proofErr w:type="spellEnd"/>
            <w:r w:rsidRPr="00DC393C">
              <w:rPr>
                <w:rFonts w:ascii="Calibri" w:hAnsi="Calibri"/>
                <w:sz w:val="12"/>
              </w:rPr>
              <w:t xml:space="preserve"> )</w:t>
            </w:r>
          </w:p>
        </w:tc>
        <w:tc>
          <w:tcPr>
            <w:tcW w:w="1228" w:type="dxa"/>
            <w:gridSpan w:val="2"/>
            <w:vMerge/>
            <w:shd w:val="clear" w:color="auto" w:fill="F8FAFC"/>
            <w:tcMar>
              <w:top w:w="20" w:type="dxa"/>
              <w:left w:w="20" w:type="dxa"/>
              <w:bottom w:w="20" w:type="dxa"/>
              <w:right w:w="20" w:type="dxa"/>
            </w:tcMar>
          </w:tcPr>
          <w:p w:rsidR="00DC393C" w:rsidRPr="0078123B" w:rsidRDefault="00DC393C" w:rsidP="004F40CF">
            <w:pPr>
              <w:spacing w:after="0" w:line="240" w:lineRule="auto"/>
            </w:pPr>
          </w:p>
        </w:tc>
        <w:tc>
          <w:tcPr>
            <w:tcW w:w="1152" w:type="dxa"/>
            <w:vMerge/>
            <w:shd w:val="clear" w:color="auto" w:fill="F8FAFC"/>
            <w:tcMar>
              <w:top w:w="20" w:type="dxa"/>
              <w:left w:w="20" w:type="dxa"/>
              <w:bottom w:w="20" w:type="dxa"/>
              <w:right w:w="20" w:type="dxa"/>
            </w:tcMar>
          </w:tcPr>
          <w:p w:rsidR="00DC393C" w:rsidRPr="0078123B" w:rsidRDefault="00DC393C" w:rsidP="004F40CF">
            <w:pPr>
              <w:spacing w:after="0" w:line="240" w:lineRule="auto"/>
            </w:pPr>
          </w:p>
        </w:tc>
        <w:tc>
          <w:tcPr>
            <w:tcW w:w="1008" w:type="dxa"/>
            <w:vMerge/>
            <w:shd w:val="clear" w:color="auto" w:fill="F8FAFC"/>
            <w:tcMar>
              <w:top w:w="20" w:type="dxa"/>
              <w:left w:w="20" w:type="dxa"/>
              <w:bottom w:w="20" w:type="dxa"/>
              <w:right w:w="20" w:type="dxa"/>
            </w:tcMar>
          </w:tcPr>
          <w:p w:rsidR="00DC393C" w:rsidRPr="0078123B" w:rsidRDefault="00DC393C" w:rsidP="004F40CF">
            <w:pPr>
              <w:spacing w:after="0" w:line="240" w:lineRule="auto"/>
              <w:rPr>
                <w:rFonts w:ascii="Calibri" w:hAnsi="Calibri"/>
                <w:sz w:val="12"/>
              </w:rPr>
            </w:pPr>
          </w:p>
        </w:tc>
        <w:tc>
          <w:tcPr>
            <w:tcW w:w="1152" w:type="dxa"/>
            <w:vMerge/>
            <w:shd w:val="clear" w:color="auto" w:fill="F8FAFC"/>
            <w:tcMar>
              <w:top w:w="20" w:type="dxa"/>
              <w:left w:w="20" w:type="dxa"/>
              <w:bottom w:w="20" w:type="dxa"/>
              <w:right w:w="20" w:type="dxa"/>
            </w:tcMar>
          </w:tcPr>
          <w:p w:rsidR="00DC393C" w:rsidRPr="0078123B" w:rsidRDefault="00DC393C" w:rsidP="004F40CF">
            <w:pPr>
              <w:spacing w:after="0" w:line="240" w:lineRule="auto"/>
            </w:pPr>
          </w:p>
        </w:tc>
        <w:tc>
          <w:tcPr>
            <w:tcW w:w="1008" w:type="dxa"/>
            <w:gridSpan w:val="2"/>
            <w:vMerge/>
            <w:shd w:val="clear" w:color="auto" w:fill="F8FAFC"/>
            <w:tcMar>
              <w:top w:w="20" w:type="dxa"/>
              <w:left w:w="20" w:type="dxa"/>
              <w:bottom w:w="20" w:type="dxa"/>
              <w:right w:w="20" w:type="dxa"/>
            </w:tcMar>
          </w:tcPr>
          <w:p w:rsidR="00DC393C" w:rsidRPr="0078123B" w:rsidRDefault="00DC393C" w:rsidP="004F40CF">
            <w:pPr>
              <w:spacing w:after="0" w:line="240" w:lineRule="auto"/>
            </w:pPr>
          </w:p>
        </w:tc>
        <w:tc>
          <w:tcPr>
            <w:tcW w:w="1298" w:type="dxa"/>
            <w:vMerge/>
            <w:shd w:val="clear" w:color="auto" w:fill="F8FAFC"/>
            <w:tcMar>
              <w:top w:w="20" w:type="dxa"/>
              <w:left w:w="20" w:type="dxa"/>
              <w:bottom w:w="20" w:type="dxa"/>
              <w:right w:w="20" w:type="dxa"/>
            </w:tcMar>
          </w:tcPr>
          <w:p w:rsidR="00DC393C" w:rsidRPr="0078123B" w:rsidRDefault="00DC393C" w:rsidP="004F40CF">
            <w:pPr>
              <w:spacing w:after="0" w:line="240" w:lineRule="auto"/>
            </w:pPr>
          </w:p>
        </w:tc>
        <w:tc>
          <w:tcPr>
            <w:tcW w:w="1224" w:type="dxa"/>
            <w:vMerge/>
            <w:shd w:val="clear" w:color="auto" w:fill="F8FAFC"/>
            <w:tcMar>
              <w:top w:w="20" w:type="dxa"/>
              <w:left w:w="20" w:type="dxa"/>
              <w:bottom w:w="20" w:type="dxa"/>
              <w:right w:w="20" w:type="dxa"/>
            </w:tcMar>
          </w:tcPr>
          <w:p w:rsidR="00DC393C" w:rsidRPr="0078123B" w:rsidRDefault="00DC393C" w:rsidP="004F40CF">
            <w:pPr>
              <w:spacing w:after="0" w:line="240" w:lineRule="auto"/>
            </w:pPr>
          </w:p>
        </w:tc>
      </w:tr>
      <w:tr w:rsidR="00796D23" w:rsidRPr="0078123B" w:rsidTr="00840F5E">
        <w:tblPrEx>
          <w:tblCellMar>
            <w:left w:w="108" w:type="dxa"/>
            <w:right w:w="108" w:type="dxa"/>
          </w:tblCellMar>
          <w:tblLook w:val="04A0"/>
        </w:tblPrEx>
        <w:trPr>
          <w:gridAfter w:val="1"/>
          <w:wAfter w:w="10" w:type="dxa"/>
          <w:trHeight w:val="276"/>
          <w:jc w:val="center"/>
        </w:trPr>
        <w:tc>
          <w:tcPr>
            <w:tcW w:w="16066" w:type="dxa"/>
            <w:gridSpan w:val="17"/>
            <w:shd w:val="clear" w:color="auto" w:fill="FEF3C7"/>
            <w:tcMar>
              <w:top w:w="30" w:type="dxa"/>
              <w:left w:w="30" w:type="dxa"/>
              <w:bottom w:w="30" w:type="dxa"/>
              <w:right w:w="30" w:type="dxa"/>
            </w:tcMar>
            <w:vAlign w:val="center"/>
          </w:tcPr>
          <w:p w:rsidR="00796D23" w:rsidRPr="00840F5E" w:rsidRDefault="00796D23" w:rsidP="00840F5E">
            <w:pPr>
              <w:pStyle w:val="AralkYok"/>
              <w:jc w:val="center"/>
              <w:rPr>
                <w:rFonts w:asciiTheme="majorHAnsi" w:hAnsiTheme="majorHAnsi"/>
                <w:sz w:val="16"/>
                <w:szCs w:val="16"/>
              </w:rPr>
            </w:pPr>
            <w:r w:rsidRPr="00840F5E">
              <w:rPr>
                <w:rFonts w:asciiTheme="majorHAnsi" w:hAnsiTheme="majorHAnsi"/>
                <w:sz w:val="16"/>
                <w:szCs w:val="16"/>
              </w:rPr>
              <w:t xml:space="preserve">KURBAN BAYRAMI (15-16-17-18 </w:t>
            </w:r>
            <w:proofErr w:type="spellStart"/>
            <w:r w:rsidRPr="00840F5E">
              <w:rPr>
                <w:rFonts w:asciiTheme="majorHAnsi" w:hAnsiTheme="majorHAnsi"/>
                <w:sz w:val="16"/>
                <w:szCs w:val="16"/>
              </w:rPr>
              <w:t>ve</w:t>
            </w:r>
            <w:proofErr w:type="spellEnd"/>
            <w:r w:rsidRPr="00840F5E">
              <w:rPr>
                <w:rFonts w:asciiTheme="majorHAnsi" w:hAnsiTheme="majorHAnsi"/>
                <w:sz w:val="16"/>
                <w:szCs w:val="16"/>
              </w:rPr>
              <w:t xml:space="preserve"> 19 </w:t>
            </w:r>
            <w:proofErr w:type="spellStart"/>
            <w:r w:rsidRPr="00840F5E">
              <w:rPr>
                <w:rFonts w:asciiTheme="majorHAnsi" w:hAnsiTheme="majorHAnsi"/>
                <w:sz w:val="16"/>
                <w:szCs w:val="16"/>
              </w:rPr>
              <w:t>Mayıs</w:t>
            </w:r>
            <w:proofErr w:type="spellEnd"/>
            <w:r w:rsidRPr="00840F5E">
              <w:rPr>
                <w:rFonts w:asciiTheme="majorHAnsi" w:hAnsiTheme="majorHAnsi"/>
                <w:sz w:val="16"/>
                <w:szCs w:val="16"/>
              </w:rPr>
              <w:t>)</w:t>
            </w:r>
          </w:p>
        </w:tc>
      </w:tr>
      <w:tr w:rsidR="00796D23" w:rsidRPr="0078123B" w:rsidTr="00840F5E">
        <w:tblPrEx>
          <w:tblCellMar>
            <w:left w:w="108" w:type="dxa"/>
            <w:right w:w="108" w:type="dxa"/>
          </w:tblCellMar>
          <w:tblLook w:val="04A0"/>
        </w:tblPrEx>
        <w:trPr>
          <w:gridAfter w:val="1"/>
          <w:wAfter w:w="10" w:type="dxa"/>
          <w:trHeight w:val="213"/>
          <w:jc w:val="center"/>
        </w:trPr>
        <w:tc>
          <w:tcPr>
            <w:tcW w:w="16066" w:type="dxa"/>
            <w:gridSpan w:val="17"/>
            <w:shd w:val="clear" w:color="auto" w:fill="FEF3C7"/>
            <w:tcMar>
              <w:top w:w="30" w:type="dxa"/>
              <w:left w:w="30" w:type="dxa"/>
              <w:bottom w:w="30" w:type="dxa"/>
              <w:right w:w="30" w:type="dxa"/>
            </w:tcMar>
            <w:vAlign w:val="center"/>
          </w:tcPr>
          <w:p w:rsidR="00796D23" w:rsidRPr="00840F5E" w:rsidRDefault="00796D23" w:rsidP="00840F5E">
            <w:pPr>
              <w:pStyle w:val="AralkYok"/>
              <w:jc w:val="center"/>
              <w:rPr>
                <w:rFonts w:asciiTheme="majorHAnsi" w:hAnsiTheme="majorHAnsi"/>
                <w:sz w:val="16"/>
                <w:szCs w:val="16"/>
              </w:rPr>
            </w:pPr>
            <w:r w:rsidRPr="00840F5E">
              <w:rPr>
                <w:rFonts w:asciiTheme="majorHAnsi" w:hAnsiTheme="majorHAnsi"/>
                <w:sz w:val="16"/>
                <w:szCs w:val="16"/>
              </w:rPr>
              <w:t>19 MAYIS ATATÜRK'Ü ANMA VE GENÇLİK VE SPOR BAYRAMI</w:t>
            </w:r>
          </w:p>
        </w:tc>
      </w:tr>
      <w:tr w:rsidR="00FD1019" w:rsidRPr="0078123B" w:rsidTr="008E6D36">
        <w:tblPrEx>
          <w:tblCellMar>
            <w:left w:w="108" w:type="dxa"/>
            <w:right w:w="108" w:type="dxa"/>
          </w:tblCellMar>
          <w:tblLook w:val="04A0"/>
        </w:tblPrEx>
        <w:trPr>
          <w:gridAfter w:val="1"/>
          <w:wAfter w:w="10" w:type="dxa"/>
          <w:jc w:val="center"/>
        </w:trPr>
        <w:tc>
          <w:tcPr>
            <w:tcW w:w="792" w:type="dxa"/>
            <w:shd w:val="clear" w:color="auto" w:fill="FFFFFF"/>
            <w:tcMar>
              <w:top w:w="20" w:type="dxa"/>
              <w:left w:w="20" w:type="dxa"/>
              <w:bottom w:w="20" w:type="dxa"/>
              <w:right w:w="20" w:type="dxa"/>
            </w:tcMar>
          </w:tcPr>
          <w:p w:rsidR="00FD1019" w:rsidRPr="0078123B" w:rsidRDefault="004F40CF" w:rsidP="004F40CF">
            <w:pPr>
              <w:spacing w:after="0" w:line="240" w:lineRule="auto"/>
              <w:jc w:val="center"/>
            </w:pPr>
            <w:r w:rsidRPr="0078123B">
              <w:rPr>
                <w:rFonts w:ascii="Calibri" w:hAnsi="Calibri"/>
                <w:sz w:val="12"/>
              </w:rPr>
              <w:t>MAYIS</w:t>
            </w:r>
          </w:p>
        </w:tc>
        <w:tc>
          <w:tcPr>
            <w:tcW w:w="1008" w:type="dxa"/>
            <w:shd w:val="clear" w:color="auto" w:fill="FFFFFF"/>
            <w:tcMar>
              <w:top w:w="20" w:type="dxa"/>
              <w:left w:w="20" w:type="dxa"/>
              <w:bottom w:w="20" w:type="dxa"/>
              <w:right w:w="20" w:type="dxa"/>
            </w:tcMar>
          </w:tcPr>
          <w:p w:rsidR="00FD1019" w:rsidRPr="0078123B" w:rsidRDefault="004F40CF" w:rsidP="004F40CF">
            <w:pPr>
              <w:spacing w:after="0" w:line="240" w:lineRule="auto"/>
              <w:jc w:val="center"/>
            </w:pPr>
            <w:r w:rsidRPr="0078123B">
              <w:rPr>
                <w:rFonts w:ascii="Calibri" w:hAnsi="Calibri"/>
                <w:sz w:val="12"/>
              </w:rPr>
              <w:t>32. Hafta:</w:t>
            </w:r>
            <w:r w:rsidRPr="0078123B">
              <w:rPr>
                <w:rFonts w:ascii="Calibri" w:hAnsi="Calibri"/>
                <w:sz w:val="12"/>
              </w:rPr>
              <w:br/>
              <w:t xml:space="preserve"> 17-21 Mayıs</w:t>
            </w:r>
          </w:p>
        </w:tc>
        <w:tc>
          <w:tcPr>
            <w:tcW w:w="652" w:type="dxa"/>
            <w:shd w:val="clear" w:color="auto" w:fill="FFFFFF"/>
            <w:tcMar>
              <w:top w:w="20" w:type="dxa"/>
              <w:left w:w="20" w:type="dxa"/>
              <w:bottom w:w="20" w:type="dxa"/>
              <w:right w:w="20" w:type="dxa"/>
            </w:tcMar>
          </w:tcPr>
          <w:p w:rsidR="00FD1019" w:rsidRPr="0078123B" w:rsidRDefault="004F40CF" w:rsidP="004F40CF">
            <w:pPr>
              <w:spacing w:after="0" w:line="240" w:lineRule="auto"/>
              <w:jc w:val="center"/>
            </w:pPr>
            <w:r w:rsidRPr="0078123B">
              <w:rPr>
                <w:rFonts w:ascii="Calibri" w:hAnsi="Calibri"/>
                <w:sz w:val="12"/>
              </w:rPr>
              <w:t>3</w:t>
            </w:r>
          </w:p>
        </w:tc>
        <w:tc>
          <w:tcPr>
            <w:tcW w:w="1152" w:type="dxa"/>
            <w:shd w:val="clear" w:color="auto" w:fill="FFFFFF"/>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HAYATIMIZDAKİ EKONOMİ</w:t>
            </w:r>
          </w:p>
        </w:tc>
        <w:tc>
          <w:tcPr>
            <w:tcW w:w="1224" w:type="dxa"/>
            <w:shd w:val="clear" w:color="auto" w:fill="FFFFFF"/>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Yaşadığım İldeki Ekonomik Faaliyetler</w:t>
            </w:r>
          </w:p>
        </w:tc>
        <w:tc>
          <w:tcPr>
            <w:tcW w:w="1512" w:type="dxa"/>
            <w:gridSpan w:val="2"/>
            <w:shd w:val="clear" w:color="auto" w:fill="FFFFFF"/>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SB.5.5.3. Yaşadığı ildeki ekonomik faaliyetleri özetleyebilme</w:t>
            </w:r>
          </w:p>
        </w:tc>
        <w:tc>
          <w:tcPr>
            <w:tcW w:w="1656" w:type="dxa"/>
            <w:shd w:val="clear" w:color="auto" w:fill="FFFFFF"/>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a) Yaşadığı ildeki ekonomik faaliyetleri çözümler.</w:t>
            </w:r>
            <w:r w:rsidRPr="0078123B">
              <w:rPr>
                <w:rFonts w:ascii="Calibri" w:hAnsi="Calibri"/>
                <w:sz w:val="12"/>
              </w:rPr>
              <w:br/>
              <w:t>b) Yaşadığı ildeki ekonomik faaliyetleri alanlarına göre sınıﬂandırır.</w:t>
            </w:r>
            <w:r w:rsidRPr="0078123B">
              <w:rPr>
                <w:rFonts w:ascii="Calibri" w:hAnsi="Calibri"/>
                <w:sz w:val="12"/>
              </w:rPr>
              <w:br/>
              <w:t>c) Yaşadığı ildeki ekonomik faaliyetleri yorumlar.</w:t>
            </w:r>
          </w:p>
        </w:tc>
        <w:tc>
          <w:tcPr>
            <w:tcW w:w="1228" w:type="dxa"/>
            <w:gridSpan w:val="2"/>
            <w:shd w:val="clear" w:color="auto" w:fill="FFFFFF"/>
            <w:tcMar>
              <w:top w:w="20" w:type="dxa"/>
              <w:left w:w="20" w:type="dxa"/>
              <w:bottom w:w="20" w:type="dxa"/>
              <w:right w:w="20" w:type="dxa"/>
            </w:tcMar>
          </w:tcPr>
          <w:p w:rsidR="00FD1019" w:rsidRPr="0078123B" w:rsidRDefault="00FD1019" w:rsidP="004F40CF">
            <w:pPr>
              <w:spacing w:after="0" w:line="240" w:lineRule="auto"/>
            </w:pPr>
          </w:p>
        </w:tc>
        <w:tc>
          <w:tcPr>
            <w:tcW w:w="1152" w:type="dxa"/>
            <w:shd w:val="clear" w:color="auto" w:fill="FFFFFF"/>
            <w:tcMar>
              <w:top w:w="20" w:type="dxa"/>
              <w:left w:w="20" w:type="dxa"/>
              <w:bottom w:w="20" w:type="dxa"/>
              <w:right w:w="20" w:type="dxa"/>
            </w:tcMar>
          </w:tcPr>
          <w:p w:rsidR="00FD1019" w:rsidRPr="0078123B" w:rsidRDefault="00FD1019" w:rsidP="004F40CF">
            <w:pPr>
              <w:spacing w:after="0" w:line="240" w:lineRule="auto"/>
            </w:pPr>
          </w:p>
        </w:tc>
        <w:tc>
          <w:tcPr>
            <w:tcW w:w="1008" w:type="dxa"/>
            <w:shd w:val="clear" w:color="auto" w:fill="FFFFFF"/>
            <w:tcMar>
              <w:top w:w="20" w:type="dxa"/>
              <w:left w:w="20" w:type="dxa"/>
              <w:bottom w:w="20" w:type="dxa"/>
              <w:right w:w="20" w:type="dxa"/>
            </w:tcMar>
          </w:tcPr>
          <w:p w:rsidR="00FD1019" w:rsidRPr="0078123B" w:rsidRDefault="00FD1019" w:rsidP="004F40CF">
            <w:pPr>
              <w:spacing w:after="0" w:line="240" w:lineRule="auto"/>
            </w:pPr>
          </w:p>
        </w:tc>
        <w:tc>
          <w:tcPr>
            <w:tcW w:w="1152" w:type="dxa"/>
            <w:shd w:val="clear" w:color="auto" w:fill="FFFFFF"/>
            <w:tcMar>
              <w:top w:w="20" w:type="dxa"/>
              <w:left w:w="20" w:type="dxa"/>
              <w:bottom w:w="20" w:type="dxa"/>
              <w:right w:w="20" w:type="dxa"/>
            </w:tcMar>
          </w:tcPr>
          <w:p w:rsidR="00FD1019" w:rsidRPr="0078123B" w:rsidRDefault="00FD1019" w:rsidP="004F40CF">
            <w:pPr>
              <w:spacing w:after="0" w:line="240" w:lineRule="auto"/>
            </w:pPr>
          </w:p>
        </w:tc>
        <w:tc>
          <w:tcPr>
            <w:tcW w:w="1008" w:type="dxa"/>
            <w:gridSpan w:val="2"/>
            <w:shd w:val="clear" w:color="auto" w:fill="FFFFFF"/>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19 Mayıs Atatürk'ü Anma ve Gençlik ve Spor Bayramı</w:t>
            </w:r>
          </w:p>
        </w:tc>
        <w:tc>
          <w:tcPr>
            <w:tcW w:w="1298" w:type="dxa"/>
            <w:shd w:val="clear" w:color="auto" w:fill="FFFFFF"/>
            <w:tcMar>
              <w:top w:w="20" w:type="dxa"/>
              <w:left w:w="20" w:type="dxa"/>
              <w:bottom w:w="20" w:type="dxa"/>
              <w:right w:w="20" w:type="dxa"/>
            </w:tcMar>
          </w:tcPr>
          <w:p w:rsidR="00FD1019" w:rsidRPr="0078123B" w:rsidRDefault="00FD1019" w:rsidP="004F40CF">
            <w:pPr>
              <w:spacing w:after="0" w:line="240" w:lineRule="auto"/>
            </w:pPr>
          </w:p>
        </w:tc>
        <w:tc>
          <w:tcPr>
            <w:tcW w:w="1224" w:type="dxa"/>
            <w:shd w:val="clear" w:color="auto" w:fill="FFFFFF"/>
            <w:tcMar>
              <w:top w:w="20" w:type="dxa"/>
              <w:left w:w="20" w:type="dxa"/>
              <w:bottom w:w="20" w:type="dxa"/>
              <w:right w:w="20" w:type="dxa"/>
            </w:tcMar>
          </w:tcPr>
          <w:p w:rsidR="00FD1019" w:rsidRPr="0078123B" w:rsidRDefault="00FD1019" w:rsidP="004F40CF">
            <w:pPr>
              <w:spacing w:after="0" w:line="240" w:lineRule="auto"/>
            </w:pPr>
          </w:p>
        </w:tc>
      </w:tr>
      <w:tr w:rsidR="00FD1019" w:rsidRPr="0078123B" w:rsidTr="008E6D36">
        <w:tblPrEx>
          <w:tblCellMar>
            <w:left w:w="108" w:type="dxa"/>
            <w:right w:w="108" w:type="dxa"/>
          </w:tblCellMar>
          <w:tblLook w:val="04A0"/>
        </w:tblPrEx>
        <w:trPr>
          <w:gridAfter w:val="1"/>
          <w:wAfter w:w="10" w:type="dxa"/>
          <w:jc w:val="center"/>
        </w:trPr>
        <w:tc>
          <w:tcPr>
            <w:tcW w:w="792" w:type="dxa"/>
            <w:shd w:val="clear" w:color="auto" w:fill="F8FAFC"/>
            <w:tcMar>
              <w:top w:w="20" w:type="dxa"/>
              <w:left w:w="20" w:type="dxa"/>
              <w:bottom w:w="20" w:type="dxa"/>
              <w:right w:w="20" w:type="dxa"/>
            </w:tcMar>
          </w:tcPr>
          <w:p w:rsidR="00FD1019" w:rsidRPr="0078123B" w:rsidRDefault="004F40CF" w:rsidP="004F40CF">
            <w:pPr>
              <w:spacing w:after="0" w:line="240" w:lineRule="auto"/>
              <w:jc w:val="center"/>
            </w:pPr>
            <w:r w:rsidRPr="0078123B">
              <w:rPr>
                <w:rFonts w:ascii="Calibri" w:hAnsi="Calibri"/>
                <w:sz w:val="12"/>
              </w:rPr>
              <w:t>MAYIS</w:t>
            </w:r>
          </w:p>
        </w:tc>
        <w:tc>
          <w:tcPr>
            <w:tcW w:w="1008" w:type="dxa"/>
            <w:shd w:val="clear" w:color="auto" w:fill="F8FAFC"/>
            <w:tcMar>
              <w:top w:w="20" w:type="dxa"/>
              <w:left w:w="20" w:type="dxa"/>
              <w:bottom w:w="20" w:type="dxa"/>
              <w:right w:w="20" w:type="dxa"/>
            </w:tcMar>
          </w:tcPr>
          <w:p w:rsidR="00FD1019" w:rsidRPr="0078123B" w:rsidRDefault="004F40CF" w:rsidP="004F40CF">
            <w:pPr>
              <w:spacing w:after="0" w:line="240" w:lineRule="auto"/>
              <w:jc w:val="center"/>
            </w:pPr>
            <w:r w:rsidRPr="0078123B">
              <w:rPr>
                <w:rFonts w:ascii="Calibri" w:hAnsi="Calibri"/>
                <w:sz w:val="12"/>
              </w:rPr>
              <w:t>33. Hafta:</w:t>
            </w:r>
            <w:r w:rsidRPr="0078123B">
              <w:rPr>
                <w:rFonts w:ascii="Calibri" w:hAnsi="Calibri"/>
                <w:sz w:val="12"/>
              </w:rPr>
              <w:br/>
              <w:t>24-28 Mayıs</w:t>
            </w:r>
          </w:p>
        </w:tc>
        <w:tc>
          <w:tcPr>
            <w:tcW w:w="652" w:type="dxa"/>
            <w:shd w:val="clear" w:color="auto" w:fill="F8FAFC"/>
            <w:tcMar>
              <w:top w:w="20" w:type="dxa"/>
              <w:left w:w="20" w:type="dxa"/>
              <w:bottom w:w="20" w:type="dxa"/>
              <w:right w:w="20" w:type="dxa"/>
            </w:tcMar>
          </w:tcPr>
          <w:p w:rsidR="00FD1019" w:rsidRPr="0078123B" w:rsidRDefault="004F40CF" w:rsidP="004F40CF">
            <w:pPr>
              <w:spacing w:after="0" w:line="240" w:lineRule="auto"/>
              <w:jc w:val="center"/>
            </w:pPr>
            <w:r w:rsidRPr="0078123B">
              <w:rPr>
                <w:rFonts w:ascii="Calibri" w:hAnsi="Calibri"/>
                <w:sz w:val="12"/>
              </w:rPr>
              <w:t>3</w:t>
            </w:r>
          </w:p>
        </w:tc>
        <w:tc>
          <w:tcPr>
            <w:tcW w:w="1152" w:type="dxa"/>
            <w:shd w:val="clear" w:color="auto" w:fill="F8FAFC"/>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HAYATIMIZDAKİ EKONOMİ</w:t>
            </w:r>
          </w:p>
        </w:tc>
        <w:tc>
          <w:tcPr>
            <w:tcW w:w="1224" w:type="dxa"/>
            <w:shd w:val="clear" w:color="auto" w:fill="F8FAFC"/>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Yaşadığım İldeki Ekonomik Faaliyetler</w:t>
            </w:r>
          </w:p>
        </w:tc>
        <w:tc>
          <w:tcPr>
            <w:tcW w:w="1512" w:type="dxa"/>
            <w:gridSpan w:val="2"/>
            <w:shd w:val="clear" w:color="auto" w:fill="F8FAFC"/>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SB.5.5.3. Yaşadığı ildeki ekonomik faaliyetleri özetleyebilme</w:t>
            </w:r>
          </w:p>
        </w:tc>
        <w:tc>
          <w:tcPr>
            <w:tcW w:w="1656" w:type="dxa"/>
            <w:shd w:val="clear" w:color="auto" w:fill="F8FAFC"/>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a) Yaşadığı ildeki ekonomik faaliyetleri çözümler.</w:t>
            </w:r>
            <w:r w:rsidRPr="0078123B">
              <w:rPr>
                <w:rFonts w:ascii="Calibri" w:hAnsi="Calibri"/>
                <w:sz w:val="12"/>
              </w:rPr>
              <w:br/>
              <w:t>b) Yaşadığı ildeki ekonomik faaliyetleri alanlarına göre sınıﬂandırır.</w:t>
            </w:r>
            <w:r w:rsidRPr="0078123B">
              <w:rPr>
                <w:rFonts w:ascii="Calibri" w:hAnsi="Calibri"/>
                <w:sz w:val="12"/>
              </w:rPr>
              <w:br/>
              <w:t>c) Yaşadığı ildeki ekonomik faaliyetleri yorumlar.</w:t>
            </w:r>
          </w:p>
        </w:tc>
        <w:tc>
          <w:tcPr>
            <w:tcW w:w="1228" w:type="dxa"/>
            <w:gridSpan w:val="2"/>
            <w:shd w:val="clear" w:color="auto" w:fill="F8FAFC"/>
            <w:tcMar>
              <w:top w:w="20" w:type="dxa"/>
              <w:left w:w="20" w:type="dxa"/>
              <w:bottom w:w="20" w:type="dxa"/>
              <w:right w:w="20" w:type="dxa"/>
            </w:tcMar>
          </w:tcPr>
          <w:p w:rsidR="00FD1019" w:rsidRPr="0078123B" w:rsidRDefault="00FD1019" w:rsidP="004F40CF">
            <w:pPr>
              <w:spacing w:after="0" w:line="240" w:lineRule="auto"/>
            </w:pPr>
          </w:p>
        </w:tc>
        <w:tc>
          <w:tcPr>
            <w:tcW w:w="1152" w:type="dxa"/>
            <w:shd w:val="clear" w:color="auto" w:fill="F8FAFC"/>
            <w:tcMar>
              <w:top w:w="20" w:type="dxa"/>
              <w:left w:w="20" w:type="dxa"/>
              <w:bottom w:w="20" w:type="dxa"/>
              <w:right w:w="20" w:type="dxa"/>
            </w:tcMar>
          </w:tcPr>
          <w:p w:rsidR="00FD1019" w:rsidRPr="0078123B" w:rsidRDefault="00FD1019" w:rsidP="004F40CF">
            <w:pPr>
              <w:spacing w:after="0" w:line="240" w:lineRule="auto"/>
            </w:pPr>
          </w:p>
        </w:tc>
        <w:tc>
          <w:tcPr>
            <w:tcW w:w="1008" w:type="dxa"/>
            <w:shd w:val="clear" w:color="auto" w:fill="F8FAFC"/>
            <w:tcMar>
              <w:top w:w="20" w:type="dxa"/>
              <w:left w:w="20" w:type="dxa"/>
              <w:bottom w:w="20" w:type="dxa"/>
              <w:right w:w="20" w:type="dxa"/>
            </w:tcMar>
          </w:tcPr>
          <w:p w:rsidR="00FD1019" w:rsidRPr="0078123B" w:rsidRDefault="00FD1019" w:rsidP="004F40CF">
            <w:pPr>
              <w:spacing w:after="0" w:line="240" w:lineRule="auto"/>
            </w:pPr>
          </w:p>
        </w:tc>
        <w:tc>
          <w:tcPr>
            <w:tcW w:w="1152" w:type="dxa"/>
            <w:shd w:val="clear" w:color="auto" w:fill="F8FAFC"/>
            <w:tcMar>
              <w:top w:w="20" w:type="dxa"/>
              <w:left w:w="20" w:type="dxa"/>
              <w:bottom w:w="20" w:type="dxa"/>
              <w:right w:w="20" w:type="dxa"/>
            </w:tcMar>
          </w:tcPr>
          <w:p w:rsidR="00FD1019" w:rsidRPr="0078123B" w:rsidRDefault="00FD1019" w:rsidP="004F40CF">
            <w:pPr>
              <w:spacing w:after="0" w:line="240" w:lineRule="auto"/>
            </w:pPr>
          </w:p>
        </w:tc>
        <w:tc>
          <w:tcPr>
            <w:tcW w:w="1008" w:type="dxa"/>
            <w:gridSpan w:val="2"/>
            <w:shd w:val="clear" w:color="auto" w:fill="F8FAFC"/>
            <w:tcMar>
              <w:top w:w="20" w:type="dxa"/>
              <w:left w:w="20" w:type="dxa"/>
              <w:bottom w:w="20" w:type="dxa"/>
              <w:right w:w="20" w:type="dxa"/>
            </w:tcMar>
          </w:tcPr>
          <w:p w:rsidR="00FD1019" w:rsidRPr="0078123B" w:rsidRDefault="00FD1019" w:rsidP="004F40CF">
            <w:pPr>
              <w:spacing w:after="0" w:line="240" w:lineRule="auto"/>
            </w:pPr>
          </w:p>
        </w:tc>
        <w:tc>
          <w:tcPr>
            <w:tcW w:w="1298" w:type="dxa"/>
            <w:shd w:val="clear" w:color="auto" w:fill="F8FAFC"/>
            <w:tcMar>
              <w:top w:w="20" w:type="dxa"/>
              <w:left w:w="20" w:type="dxa"/>
              <w:bottom w:w="20" w:type="dxa"/>
              <w:right w:w="20" w:type="dxa"/>
            </w:tcMar>
          </w:tcPr>
          <w:p w:rsidR="00FD1019" w:rsidRPr="0078123B" w:rsidRDefault="00FD1019" w:rsidP="004F40CF">
            <w:pPr>
              <w:spacing w:after="0" w:line="240" w:lineRule="auto"/>
            </w:pPr>
          </w:p>
        </w:tc>
        <w:tc>
          <w:tcPr>
            <w:tcW w:w="1224" w:type="dxa"/>
            <w:shd w:val="clear" w:color="auto" w:fill="F8FAFC"/>
            <w:tcMar>
              <w:top w:w="20" w:type="dxa"/>
              <w:left w:w="20" w:type="dxa"/>
              <w:bottom w:w="20" w:type="dxa"/>
              <w:right w:w="20" w:type="dxa"/>
            </w:tcMar>
          </w:tcPr>
          <w:p w:rsidR="00FD1019" w:rsidRPr="0078123B" w:rsidRDefault="00FD1019" w:rsidP="004F40CF">
            <w:pPr>
              <w:spacing w:after="0" w:line="240" w:lineRule="auto"/>
            </w:pPr>
          </w:p>
        </w:tc>
      </w:tr>
      <w:tr w:rsidR="00DC1AD2" w:rsidRPr="0078123B" w:rsidTr="008E6D36">
        <w:tblPrEx>
          <w:tblCellMar>
            <w:left w:w="108" w:type="dxa"/>
            <w:right w:w="108" w:type="dxa"/>
          </w:tblCellMar>
          <w:tblLook w:val="04A0"/>
        </w:tblPrEx>
        <w:trPr>
          <w:gridAfter w:val="1"/>
          <w:wAfter w:w="10" w:type="dxa"/>
          <w:jc w:val="center"/>
        </w:trPr>
        <w:tc>
          <w:tcPr>
            <w:tcW w:w="792" w:type="dxa"/>
            <w:shd w:val="clear" w:color="auto" w:fill="FFFFFF"/>
            <w:tcMar>
              <w:top w:w="20" w:type="dxa"/>
              <w:left w:w="20" w:type="dxa"/>
              <w:bottom w:w="20" w:type="dxa"/>
              <w:right w:w="20" w:type="dxa"/>
            </w:tcMar>
          </w:tcPr>
          <w:p w:rsidR="00DC1AD2" w:rsidRPr="0078123B" w:rsidRDefault="00DC1AD2" w:rsidP="004F40CF">
            <w:pPr>
              <w:spacing w:after="0" w:line="240" w:lineRule="auto"/>
              <w:jc w:val="center"/>
            </w:pPr>
            <w:r>
              <w:rPr>
                <w:rFonts w:ascii="Calibri" w:hAnsi="Calibri"/>
                <w:sz w:val="12"/>
              </w:rPr>
              <w:t>HAZİRAN</w:t>
            </w:r>
          </w:p>
        </w:tc>
        <w:tc>
          <w:tcPr>
            <w:tcW w:w="1008" w:type="dxa"/>
            <w:shd w:val="clear" w:color="auto" w:fill="FFFFFF"/>
            <w:tcMar>
              <w:top w:w="20" w:type="dxa"/>
              <w:left w:w="20" w:type="dxa"/>
              <w:bottom w:w="20" w:type="dxa"/>
              <w:right w:w="20" w:type="dxa"/>
            </w:tcMar>
          </w:tcPr>
          <w:p w:rsidR="00DC1AD2" w:rsidRPr="0078123B" w:rsidRDefault="00DC1AD2" w:rsidP="004F40CF">
            <w:pPr>
              <w:spacing w:after="0" w:line="240" w:lineRule="auto"/>
              <w:jc w:val="center"/>
            </w:pPr>
            <w:r w:rsidRPr="0078123B">
              <w:rPr>
                <w:rFonts w:ascii="Calibri" w:hAnsi="Calibri"/>
                <w:sz w:val="12"/>
              </w:rPr>
              <w:t>34. Hafta</w:t>
            </w:r>
            <w:r w:rsidRPr="0078123B">
              <w:rPr>
                <w:rFonts w:ascii="Calibri" w:hAnsi="Calibri"/>
                <w:sz w:val="12"/>
              </w:rPr>
              <w:br/>
              <w:t>31 Mayıs-4 Haziran</w:t>
            </w:r>
          </w:p>
        </w:tc>
        <w:tc>
          <w:tcPr>
            <w:tcW w:w="652" w:type="dxa"/>
            <w:shd w:val="clear" w:color="auto" w:fill="FFFFFF"/>
            <w:tcMar>
              <w:top w:w="20" w:type="dxa"/>
              <w:left w:w="20" w:type="dxa"/>
              <w:bottom w:w="20" w:type="dxa"/>
              <w:right w:w="20" w:type="dxa"/>
            </w:tcMar>
          </w:tcPr>
          <w:p w:rsidR="00DC1AD2" w:rsidRPr="0078123B" w:rsidRDefault="00DC1AD2" w:rsidP="004F40CF">
            <w:pPr>
              <w:spacing w:after="0" w:line="240" w:lineRule="auto"/>
              <w:jc w:val="center"/>
            </w:pPr>
            <w:r w:rsidRPr="0078123B">
              <w:rPr>
                <w:rFonts w:ascii="Calibri" w:hAnsi="Calibri"/>
                <w:sz w:val="12"/>
              </w:rPr>
              <w:t>3</w:t>
            </w:r>
          </w:p>
        </w:tc>
        <w:tc>
          <w:tcPr>
            <w:tcW w:w="1152" w:type="dxa"/>
            <w:shd w:val="clear" w:color="auto" w:fill="FFFFFF"/>
            <w:tcMar>
              <w:top w:w="20" w:type="dxa"/>
              <w:left w:w="20" w:type="dxa"/>
              <w:bottom w:w="20" w:type="dxa"/>
              <w:right w:w="20" w:type="dxa"/>
            </w:tcMar>
          </w:tcPr>
          <w:p w:rsidR="00DC1AD2" w:rsidRPr="0078123B" w:rsidRDefault="00DC1AD2" w:rsidP="004F40CF">
            <w:pPr>
              <w:spacing w:after="0" w:line="240" w:lineRule="auto"/>
            </w:pPr>
            <w:r w:rsidRPr="0078123B">
              <w:rPr>
                <w:rFonts w:ascii="Calibri" w:hAnsi="Calibri"/>
                <w:sz w:val="12"/>
              </w:rPr>
              <w:t>HAYATIMIZDAKİ EKONOMİ</w:t>
            </w:r>
          </w:p>
        </w:tc>
        <w:tc>
          <w:tcPr>
            <w:tcW w:w="1224" w:type="dxa"/>
            <w:shd w:val="clear" w:color="auto" w:fill="FFFFFF"/>
            <w:tcMar>
              <w:top w:w="20" w:type="dxa"/>
              <w:left w:w="20" w:type="dxa"/>
              <w:bottom w:w="20" w:type="dxa"/>
              <w:right w:w="20" w:type="dxa"/>
            </w:tcMar>
          </w:tcPr>
          <w:p w:rsidR="00DC1AD2" w:rsidRPr="0078123B" w:rsidRDefault="00DC1AD2" w:rsidP="004F40CF">
            <w:pPr>
              <w:spacing w:after="0" w:line="240" w:lineRule="auto"/>
            </w:pPr>
            <w:r w:rsidRPr="0078123B">
              <w:rPr>
                <w:rFonts w:ascii="Calibri" w:hAnsi="Calibri"/>
                <w:sz w:val="12"/>
              </w:rPr>
              <w:t>Yaşadığım İldeki Ekonomik Faaliyetler</w:t>
            </w:r>
          </w:p>
        </w:tc>
        <w:tc>
          <w:tcPr>
            <w:tcW w:w="1512" w:type="dxa"/>
            <w:gridSpan w:val="2"/>
            <w:shd w:val="clear" w:color="auto" w:fill="FFFFFF"/>
            <w:tcMar>
              <w:top w:w="20" w:type="dxa"/>
              <w:left w:w="20" w:type="dxa"/>
              <w:bottom w:w="20" w:type="dxa"/>
              <w:right w:w="20" w:type="dxa"/>
            </w:tcMar>
          </w:tcPr>
          <w:p w:rsidR="00DC1AD2" w:rsidRPr="0078123B" w:rsidRDefault="00DC1AD2" w:rsidP="004F40CF">
            <w:pPr>
              <w:spacing w:after="0" w:line="240" w:lineRule="auto"/>
            </w:pPr>
            <w:r w:rsidRPr="0078123B">
              <w:rPr>
                <w:rFonts w:ascii="Calibri" w:hAnsi="Calibri"/>
                <w:sz w:val="12"/>
              </w:rPr>
              <w:t>SB.5.5.3. Yaşadığı ildeki ekonomik faaliyetleri özetleyebilme</w:t>
            </w:r>
          </w:p>
        </w:tc>
        <w:tc>
          <w:tcPr>
            <w:tcW w:w="1656" w:type="dxa"/>
            <w:shd w:val="clear" w:color="auto" w:fill="FFFFFF"/>
            <w:tcMar>
              <w:top w:w="20" w:type="dxa"/>
              <w:left w:w="20" w:type="dxa"/>
              <w:bottom w:w="20" w:type="dxa"/>
              <w:right w:w="20" w:type="dxa"/>
            </w:tcMar>
          </w:tcPr>
          <w:p w:rsidR="00DC1AD2" w:rsidRPr="0078123B" w:rsidRDefault="00DC1AD2" w:rsidP="004F40CF">
            <w:pPr>
              <w:spacing w:after="0" w:line="240" w:lineRule="auto"/>
            </w:pPr>
            <w:r w:rsidRPr="0078123B">
              <w:rPr>
                <w:rFonts w:ascii="Calibri" w:hAnsi="Calibri"/>
                <w:sz w:val="12"/>
              </w:rPr>
              <w:t>a) Yaşadığı ildeki ekonomik faaliyetleri çözümler.</w:t>
            </w:r>
            <w:r w:rsidRPr="0078123B">
              <w:rPr>
                <w:rFonts w:ascii="Calibri" w:hAnsi="Calibri"/>
                <w:sz w:val="12"/>
              </w:rPr>
              <w:br/>
              <w:t>b) Yaşadığı ildeki ekonomik faaliyetleri alanlarına göre sınıﬂandırır.</w:t>
            </w:r>
            <w:r w:rsidRPr="0078123B">
              <w:rPr>
                <w:rFonts w:ascii="Calibri" w:hAnsi="Calibri"/>
                <w:sz w:val="12"/>
              </w:rPr>
              <w:br/>
              <w:t>c) Yaşadığı ildeki ekonomik faaliyetleri yorumlar.</w:t>
            </w:r>
          </w:p>
        </w:tc>
        <w:tc>
          <w:tcPr>
            <w:tcW w:w="1228" w:type="dxa"/>
            <w:gridSpan w:val="2"/>
            <w:vMerge w:val="restart"/>
            <w:shd w:val="clear" w:color="auto" w:fill="FFFF99"/>
            <w:tcMar>
              <w:top w:w="20" w:type="dxa"/>
              <w:left w:w="20" w:type="dxa"/>
              <w:bottom w:w="20" w:type="dxa"/>
              <w:right w:w="20" w:type="dxa"/>
            </w:tcMar>
          </w:tcPr>
          <w:p w:rsidR="00DC1AD2" w:rsidRDefault="00DC1AD2" w:rsidP="00DC1AD2">
            <w:pPr>
              <w:spacing w:after="0" w:line="240" w:lineRule="auto"/>
              <w:jc w:val="center"/>
              <w:rPr>
                <w:rFonts w:ascii="Calibri" w:hAnsi="Calibri"/>
                <w:b/>
                <w:sz w:val="12"/>
              </w:rPr>
            </w:pPr>
            <w:r w:rsidRPr="00DC1AD2">
              <w:rPr>
                <w:rFonts w:ascii="Calibri" w:hAnsi="Calibri"/>
                <w:b/>
                <w:sz w:val="12"/>
              </w:rPr>
              <w:t xml:space="preserve">SINAV HAFTASI </w:t>
            </w:r>
          </w:p>
          <w:p w:rsidR="00DC1AD2" w:rsidRPr="00DC1AD2" w:rsidRDefault="00DC1AD2" w:rsidP="00DC1AD2">
            <w:pPr>
              <w:spacing w:after="0" w:line="240" w:lineRule="auto"/>
              <w:jc w:val="center"/>
            </w:pPr>
            <w:r w:rsidRPr="00DC1AD2">
              <w:rPr>
                <w:rFonts w:ascii="Calibri" w:hAnsi="Calibri"/>
                <w:sz w:val="12"/>
              </w:rPr>
              <w:t xml:space="preserve">1-11 </w:t>
            </w:r>
            <w:proofErr w:type="spellStart"/>
            <w:r w:rsidRPr="00DC1AD2">
              <w:rPr>
                <w:rFonts w:ascii="Calibri" w:hAnsi="Calibri"/>
                <w:sz w:val="12"/>
              </w:rPr>
              <w:t>Haziran</w:t>
            </w:r>
            <w:proofErr w:type="spellEnd"/>
            <w:r w:rsidRPr="00DC1AD2">
              <w:rPr>
                <w:rFonts w:ascii="Calibri" w:hAnsi="Calibri"/>
                <w:sz w:val="12"/>
              </w:rPr>
              <w:t xml:space="preserve"> 2027</w:t>
            </w:r>
            <w:r w:rsidRPr="00DC1AD2">
              <w:rPr>
                <w:rFonts w:ascii="Calibri" w:hAnsi="Calibri"/>
                <w:sz w:val="12"/>
              </w:rPr>
              <w:br/>
            </w:r>
          </w:p>
        </w:tc>
        <w:tc>
          <w:tcPr>
            <w:tcW w:w="1152" w:type="dxa"/>
            <w:shd w:val="clear" w:color="auto" w:fill="FFFFFF"/>
            <w:tcMar>
              <w:top w:w="20" w:type="dxa"/>
              <w:left w:w="20" w:type="dxa"/>
              <w:bottom w:w="20" w:type="dxa"/>
              <w:right w:w="20" w:type="dxa"/>
            </w:tcMar>
          </w:tcPr>
          <w:p w:rsidR="00DC1AD2" w:rsidRPr="0078123B" w:rsidRDefault="00DC1AD2" w:rsidP="004F40CF">
            <w:pPr>
              <w:spacing w:after="0" w:line="240" w:lineRule="auto"/>
            </w:pPr>
          </w:p>
        </w:tc>
        <w:tc>
          <w:tcPr>
            <w:tcW w:w="1008" w:type="dxa"/>
            <w:shd w:val="clear" w:color="auto" w:fill="FFFFFF"/>
            <w:tcMar>
              <w:top w:w="20" w:type="dxa"/>
              <w:left w:w="20" w:type="dxa"/>
              <w:bottom w:w="20" w:type="dxa"/>
              <w:right w:w="20" w:type="dxa"/>
            </w:tcMar>
          </w:tcPr>
          <w:p w:rsidR="00DC1AD2" w:rsidRPr="0078123B" w:rsidRDefault="00DC1AD2" w:rsidP="004F40CF">
            <w:pPr>
              <w:spacing w:after="0" w:line="240" w:lineRule="auto"/>
            </w:pPr>
          </w:p>
        </w:tc>
        <w:tc>
          <w:tcPr>
            <w:tcW w:w="1152" w:type="dxa"/>
            <w:shd w:val="clear" w:color="auto" w:fill="FFFFFF"/>
            <w:tcMar>
              <w:top w:w="20" w:type="dxa"/>
              <w:left w:w="20" w:type="dxa"/>
              <w:bottom w:w="20" w:type="dxa"/>
              <w:right w:w="20" w:type="dxa"/>
            </w:tcMar>
          </w:tcPr>
          <w:p w:rsidR="00DC1AD2" w:rsidRPr="0078123B" w:rsidRDefault="00DC1AD2" w:rsidP="004F40CF">
            <w:pPr>
              <w:spacing w:after="0" w:line="240" w:lineRule="auto"/>
            </w:pPr>
          </w:p>
        </w:tc>
        <w:tc>
          <w:tcPr>
            <w:tcW w:w="1008" w:type="dxa"/>
            <w:gridSpan w:val="2"/>
            <w:shd w:val="clear" w:color="auto" w:fill="FFFFFF"/>
            <w:tcMar>
              <w:top w:w="20" w:type="dxa"/>
              <w:left w:w="20" w:type="dxa"/>
              <w:bottom w:w="20" w:type="dxa"/>
              <w:right w:w="20" w:type="dxa"/>
            </w:tcMar>
          </w:tcPr>
          <w:p w:rsidR="00DC1AD2" w:rsidRPr="0078123B" w:rsidRDefault="00DC1AD2" w:rsidP="004F40CF">
            <w:pPr>
              <w:spacing w:after="0" w:line="240" w:lineRule="auto"/>
            </w:pPr>
          </w:p>
        </w:tc>
        <w:tc>
          <w:tcPr>
            <w:tcW w:w="1298" w:type="dxa"/>
            <w:shd w:val="clear" w:color="auto" w:fill="FFFFFF"/>
            <w:tcMar>
              <w:top w:w="20" w:type="dxa"/>
              <w:left w:w="20" w:type="dxa"/>
              <w:bottom w:w="20" w:type="dxa"/>
              <w:right w:w="20" w:type="dxa"/>
            </w:tcMar>
          </w:tcPr>
          <w:p w:rsidR="00DC1AD2" w:rsidRPr="0078123B" w:rsidRDefault="00DC1AD2" w:rsidP="004F40CF">
            <w:pPr>
              <w:spacing w:after="0" w:line="240" w:lineRule="auto"/>
            </w:pPr>
          </w:p>
        </w:tc>
        <w:tc>
          <w:tcPr>
            <w:tcW w:w="1224" w:type="dxa"/>
            <w:shd w:val="clear" w:color="auto" w:fill="FFFFFF"/>
            <w:tcMar>
              <w:top w:w="20" w:type="dxa"/>
              <w:left w:w="20" w:type="dxa"/>
              <w:bottom w:w="20" w:type="dxa"/>
              <w:right w:w="20" w:type="dxa"/>
            </w:tcMar>
          </w:tcPr>
          <w:p w:rsidR="00DC1AD2" w:rsidRPr="0078123B" w:rsidRDefault="00DC1AD2" w:rsidP="004F40CF">
            <w:pPr>
              <w:spacing w:after="0" w:line="240" w:lineRule="auto"/>
            </w:pPr>
          </w:p>
        </w:tc>
      </w:tr>
      <w:tr w:rsidR="00DC1AD2" w:rsidRPr="0078123B" w:rsidTr="008E6D36">
        <w:tblPrEx>
          <w:tblCellMar>
            <w:left w:w="108" w:type="dxa"/>
            <w:right w:w="108" w:type="dxa"/>
          </w:tblCellMar>
          <w:tblLook w:val="04A0"/>
        </w:tblPrEx>
        <w:trPr>
          <w:gridAfter w:val="1"/>
          <w:wAfter w:w="10" w:type="dxa"/>
          <w:jc w:val="center"/>
        </w:trPr>
        <w:tc>
          <w:tcPr>
            <w:tcW w:w="792" w:type="dxa"/>
            <w:shd w:val="clear" w:color="auto" w:fill="F8FAFC"/>
            <w:tcMar>
              <w:top w:w="20" w:type="dxa"/>
              <w:left w:w="20" w:type="dxa"/>
              <w:bottom w:w="20" w:type="dxa"/>
              <w:right w:w="20" w:type="dxa"/>
            </w:tcMar>
          </w:tcPr>
          <w:p w:rsidR="00DC1AD2" w:rsidRPr="0078123B" w:rsidRDefault="00DC1AD2" w:rsidP="004F40CF">
            <w:pPr>
              <w:spacing w:after="0" w:line="240" w:lineRule="auto"/>
              <w:jc w:val="center"/>
            </w:pPr>
            <w:r>
              <w:rPr>
                <w:rFonts w:ascii="Calibri" w:hAnsi="Calibri"/>
                <w:sz w:val="12"/>
              </w:rPr>
              <w:lastRenderedPageBreak/>
              <w:t>HAZİRAN</w:t>
            </w:r>
          </w:p>
        </w:tc>
        <w:tc>
          <w:tcPr>
            <w:tcW w:w="1008" w:type="dxa"/>
            <w:shd w:val="clear" w:color="auto" w:fill="F8FAFC"/>
            <w:tcMar>
              <w:top w:w="20" w:type="dxa"/>
              <w:left w:w="20" w:type="dxa"/>
              <w:bottom w:w="20" w:type="dxa"/>
              <w:right w:w="20" w:type="dxa"/>
            </w:tcMar>
          </w:tcPr>
          <w:p w:rsidR="00DC1AD2" w:rsidRPr="0078123B" w:rsidRDefault="00DC1AD2" w:rsidP="004F40CF">
            <w:pPr>
              <w:spacing w:after="0" w:line="240" w:lineRule="auto"/>
              <w:jc w:val="center"/>
            </w:pPr>
            <w:r w:rsidRPr="0078123B">
              <w:rPr>
                <w:rFonts w:ascii="Calibri" w:hAnsi="Calibri"/>
                <w:sz w:val="12"/>
              </w:rPr>
              <w:t>35.Hafta:</w:t>
            </w:r>
            <w:r w:rsidRPr="0078123B">
              <w:rPr>
                <w:rFonts w:ascii="Calibri" w:hAnsi="Calibri"/>
                <w:sz w:val="12"/>
              </w:rPr>
              <w:br/>
              <w:t xml:space="preserve"> 7-11 Haziran</w:t>
            </w:r>
          </w:p>
        </w:tc>
        <w:tc>
          <w:tcPr>
            <w:tcW w:w="652" w:type="dxa"/>
            <w:shd w:val="clear" w:color="auto" w:fill="F8FAFC"/>
            <w:tcMar>
              <w:top w:w="20" w:type="dxa"/>
              <w:left w:w="20" w:type="dxa"/>
              <w:bottom w:w="20" w:type="dxa"/>
              <w:right w:w="20" w:type="dxa"/>
            </w:tcMar>
          </w:tcPr>
          <w:p w:rsidR="00DC1AD2" w:rsidRPr="0078123B" w:rsidRDefault="00DC1AD2" w:rsidP="004F40CF">
            <w:pPr>
              <w:spacing w:after="0" w:line="240" w:lineRule="auto"/>
              <w:jc w:val="center"/>
            </w:pPr>
            <w:r w:rsidRPr="0078123B">
              <w:rPr>
                <w:rFonts w:ascii="Calibri" w:hAnsi="Calibri"/>
                <w:sz w:val="12"/>
              </w:rPr>
              <w:t>3</w:t>
            </w:r>
          </w:p>
        </w:tc>
        <w:tc>
          <w:tcPr>
            <w:tcW w:w="1152" w:type="dxa"/>
            <w:shd w:val="clear" w:color="auto" w:fill="F8FAFC"/>
            <w:tcMar>
              <w:top w:w="20" w:type="dxa"/>
              <w:left w:w="20" w:type="dxa"/>
              <w:bottom w:w="20" w:type="dxa"/>
              <w:right w:w="20" w:type="dxa"/>
            </w:tcMar>
          </w:tcPr>
          <w:p w:rsidR="00DC1AD2" w:rsidRPr="0078123B" w:rsidRDefault="00DC1AD2" w:rsidP="004F40CF">
            <w:pPr>
              <w:spacing w:after="0" w:line="240" w:lineRule="auto"/>
            </w:pPr>
            <w:r w:rsidRPr="0078123B">
              <w:rPr>
                <w:rFonts w:ascii="Calibri" w:hAnsi="Calibri"/>
                <w:sz w:val="12"/>
              </w:rPr>
              <w:t>TEKNOLOJİ VE SOSYAL BİLİMLER</w:t>
            </w:r>
          </w:p>
        </w:tc>
        <w:tc>
          <w:tcPr>
            <w:tcW w:w="1224" w:type="dxa"/>
            <w:shd w:val="clear" w:color="auto" w:fill="F8FAFC"/>
            <w:tcMar>
              <w:top w:w="20" w:type="dxa"/>
              <w:left w:w="20" w:type="dxa"/>
              <w:bottom w:w="20" w:type="dxa"/>
              <w:right w:w="20" w:type="dxa"/>
            </w:tcMar>
          </w:tcPr>
          <w:p w:rsidR="00DC1AD2" w:rsidRPr="0078123B" w:rsidRDefault="00DC1AD2" w:rsidP="004F40CF">
            <w:pPr>
              <w:spacing w:after="0" w:line="240" w:lineRule="auto"/>
            </w:pPr>
            <w:r w:rsidRPr="0078123B">
              <w:rPr>
                <w:rFonts w:ascii="Calibri" w:hAnsi="Calibri"/>
                <w:sz w:val="12"/>
              </w:rPr>
              <w:t>Teknolojik Gelişmelerin Toplum Hayatına Etkileri</w:t>
            </w:r>
          </w:p>
        </w:tc>
        <w:tc>
          <w:tcPr>
            <w:tcW w:w="1512" w:type="dxa"/>
            <w:gridSpan w:val="2"/>
            <w:shd w:val="clear" w:color="auto" w:fill="F8FAFC"/>
            <w:tcMar>
              <w:top w:w="20" w:type="dxa"/>
              <w:left w:w="20" w:type="dxa"/>
              <w:bottom w:w="20" w:type="dxa"/>
              <w:right w:w="20" w:type="dxa"/>
            </w:tcMar>
          </w:tcPr>
          <w:p w:rsidR="00DC1AD2" w:rsidRPr="0078123B" w:rsidRDefault="00DC1AD2" w:rsidP="004F40CF">
            <w:pPr>
              <w:spacing w:after="0" w:line="240" w:lineRule="auto"/>
            </w:pPr>
            <w:r w:rsidRPr="0078123B">
              <w:rPr>
                <w:rFonts w:ascii="Calibri" w:hAnsi="Calibri"/>
                <w:sz w:val="12"/>
              </w:rPr>
              <w:t>SB.5.6.1.Teknolojik gelişmelerin toplum hayatına etkilerini tartışabilme</w:t>
            </w:r>
          </w:p>
        </w:tc>
        <w:tc>
          <w:tcPr>
            <w:tcW w:w="1656" w:type="dxa"/>
            <w:shd w:val="clear" w:color="auto" w:fill="F8FAFC"/>
            <w:tcMar>
              <w:top w:w="20" w:type="dxa"/>
              <w:left w:w="20" w:type="dxa"/>
              <w:bottom w:w="20" w:type="dxa"/>
              <w:right w:w="20" w:type="dxa"/>
            </w:tcMar>
          </w:tcPr>
          <w:p w:rsidR="00DC1AD2" w:rsidRPr="0078123B" w:rsidRDefault="00DC1AD2" w:rsidP="004F40CF">
            <w:pPr>
              <w:spacing w:after="0" w:line="240" w:lineRule="auto"/>
            </w:pPr>
            <w:r w:rsidRPr="0078123B">
              <w:rPr>
                <w:rFonts w:ascii="Calibri" w:hAnsi="Calibri"/>
                <w:sz w:val="12"/>
              </w:rPr>
              <w:t>a) Teknolojik gelişmelerin toplum hayatına etkileri hakkında mantıksal temellendirmeler yapar.</w:t>
            </w:r>
            <w:r w:rsidRPr="0078123B">
              <w:rPr>
                <w:rFonts w:ascii="Calibri" w:hAnsi="Calibri"/>
                <w:sz w:val="12"/>
              </w:rPr>
              <w:br/>
              <w:t>b) Teknolojik gelişmelerin toplum hayatına etkileri üzerindeki tartışmalarda tutarsızlıkları tespit eder.</w:t>
            </w:r>
            <w:r w:rsidRPr="0078123B">
              <w:rPr>
                <w:rFonts w:ascii="Calibri" w:hAnsi="Calibri"/>
                <w:sz w:val="12"/>
              </w:rPr>
              <w:br/>
              <w:t>c)  Teknolojik gelişmelerin toplum hayatına etkilerine yönelik görüşleri çürütür veya kabul eder.</w:t>
            </w:r>
          </w:p>
        </w:tc>
        <w:tc>
          <w:tcPr>
            <w:tcW w:w="1228" w:type="dxa"/>
            <w:gridSpan w:val="2"/>
            <w:vMerge/>
            <w:shd w:val="clear" w:color="auto" w:fill="FFFF99"/>
            <w:tcMar>
              <w:top w:w="20" w:type="dxa"/>
              <w:left w:w="20" w:type="dxa"/>
              <w:bottom w:w="20" w:type="dxa"/>
              <w:right w:w="20" w:type="dxa"/>
            </w:tcMar>
          </w:tcPr>
          <w:p w:rsidR="00DC1AD2" w:rsidRPr="00DC1AD2" w:rsidRDefault="00DC1AD2" w:rsidP="00DC1AD2">
            <w:pPr>
              <w:spacing w:after="0" w:line="240" w:lineRule="auto"/>
              <w:jc w:val="center"/>
              <w:rPr>
                <w:b/>
              </w:rPr>
            </w:pPr>
          </w:p>
        </w:tc>
        <w:tc>
          <w:tcPr>
            <w:tcW w:w="1152" w:type="dxa"/>
            <w:shd w:val="clear" w:color="auto" w:fill="F8FAFC"/>
            <w:tcMar>
              <w:top w:w="20" w:type="dxa"/>
              <w:left w:w="20" w:type="dxa"/>
              <w:bottom w:w="20" w:type="dxa"/>
              <w:right w:w="20" w:type="dxa"/>
            </w:tcMar>
          </w:tcPr>
          <w:p w:rsidR="00DC1AD2" w:rsidRPr="0078123B" w:rsidRDefault="00DC1AD2" w:rsidP="004F40CF">
            <w:pPr>
              <w:spacing w:after="0" w:line="240" w:lineRule="auto"/>
            </w:pPr>
            <w:r w:rsidRPr="0078123B">
              <w:rPr>
                <w:rFonts w:ascii="Calibri" w:hAnsi="Calibri"/>
                <w:sz w:val="12"/>
              </w:rPr>
              <w:t>SDB2.1. İletişim,</w:t>
            </w:r>
            <w:r w:rsidRPr="0078123B">
              <w:rPr>
                <w:rFonts w:ascii="Calibri" w:hAnsi="Calibri"/>
                <w:sz w:val="12"/>
              </w:rPr>
              <w:br/>
              <w:t>SDB3.3 Sorumlu Karar Verme Becerisi</w:t>
            </w:r>
          </w:p>
        </w:tc>
        <w:tc>
          <w:tcPr>
            <w:tcW w:w="1008" w:type="dxa"/>
            <w:shd w:val="clear" w:color="auto" w:fill="F8FAFC"/>
            <w:tcMar>
              <w:top w:w="20" w:type="dxa"/>
              <w:left w:w="20" w:type="dxa"/>
              <w:bottom w:w="20" w:type="dxa"/>
              <w:right w:w="20" w:type="dxa"/>
            </w:tcMar>
          </w:tcPr>
          <w:p w:rsidR="00DC1AD2" w:rsidRPr="0078123B" w:rsidRDefault="00DC1AD2" w:rsidP="004F40CF">
            <w:pPr>
              <w:spacing w:after="0" w:line="240" w:lineRule="auto"/>
            </w:pPr>
            <w:r w:rsidRPr="0078123B">
              <w:rPr>
                <w:rFonts w:ascii="Calibri" w:hAnsi="Calibri"/>
                <w:sz w:val="12"/>
              </w:rPr>
              <w:t>D8. Mahremiyet</w:t>
            </w:r>
            <w:proofErr w:type="gramStart"/>
            <w:r w:rsidRPr="0078123B">
              <w:rPr>
                <w:rFonts w:ascii="Calibri" w:hAnsi="Calibri"/>
                <w:sz w:val="12"/>
              </w:rPr>
              <w:t>,</w:t>
            </w:r>
            <w:proofErr w:type="gramEnd"/>
            <w:r w:rsidRPr="0078123B">
              <w:rPr>
                <w:rFonts w:ascii="Calibri" w:hAnsi="Calibri"/>
                <w:sz w:val="12"/>
              </w:rPr>
              <w:br/>
              <w:t>D11. Özgürlük</w:t>
            </w:r>
            <w:proofErr w:type="gramStart"/>
            <w:r w:rsidRPr="0078123B">
              <w:rPr>
                <w:rFonts w:ascii="Calibri" w:hAnsi="Calibri"/>
                <w:sz w:val="12"/>
              </w:rPr>
              <w:t>,</w:t>
            </w:r>
            <w:proofErr w:type="gramEnd"/>
            <w:r w:rsidRPr="0078123B">
              <w:rPr>
                <w:rFonts w:ascii="Calibri" w:hAnsi="Calibri"/>
                <w:sz w:val="12"/>
              </w:rPr>
              <w:br/>
              <w:t>D17. Tasarruf</w:t>
            </w:r>
          </w:p>
        </w:tc>
        <w:tc>
          <w:tcPr>
            <w:tcW w:w="1152" w:type="dxa"/>
            <w:shd w:val="clear" w:color="auto" w:fill="F8FAFC"/>
            <w:tcMar>
              <w:top w:w="20" w:type="dxa"/>
              <w:left w:w="20" w:type="dxa"/>
              <w:bottom w:w="20" w:type="dxa"/>
              <w:right w:w="20" w:type="dxa"/>
            </w:tcMar>
          </w:tcPr>
          <w:p w:rsidR="00DC1AD2" w:rsidRPr="0078123B" w:rsidRDefault="00DC1AD2" w:rsidP="004F40CF">
            <w:pPr>
              <w:spacing w:after="0" w:line="240" w:lineRule="auto"/>
            </w:pPr>
            <w:r w:rsidRPr="0078123B">
              <w:rPr>
                <w:rFonts w:ascii="Calibri" w:hAnsi="Calibri"/>
                <w:sz w:val="12"/>
              </w:rPr>
              <w:t>OB1. Bilgi Okuryazarlığı</w:t>
            </w:r>
            <w:proofErr w:type="gramStart"/>
            <w:r w:rsidRPr="0078123B">
              <w:rPr>
                <w:rFonts w:ascii="Calibri" w:hAnsi="Calibri"/>
                <w:sz w:val="12"/>
              </w:rPr>
              <w:t>,</w:t>
            </w:r>
            <w:proofErr w:type="gramEnd"/>
            <w:r w:rsidRPr="0078123B">
              <w:rPr>
                <w:rFonts w:ascii="Calibri" w:hAnsi="Calibri"/>
                <w:sz w:val="12"/>
              </w:rPr>
              <w:br/>
              <w:t>OB2. Dijital Okuryazarlık</w:t>
            </w:r>
            <w:proofErr w:type="gramStart"/>
            <w:r w:rsidRPr="0078123B">
              <w:rPr>
                <w:rFonts w:ascii="Calibri" w:hAnsi="Calibri"/>
                <w:sz w:val="12"/>
              </w:rPr>
              <w:t>,</w:t>
            </w:r>
            <w:proofErr w:type="gramEnd"/>
            <w:r w:rsidRPr="0078123B">
              <w:rPr>
                <w:rFonts w:ascii="Calibri" w:hAnsi="Calibri"/>
                <w:sz w:val="12"/>
              </w:rPr>
              <w:br/>
              <w:t>OB4. Görsel Okuryazarlık</w:t>
            </w:r>
          </w:p>
        </w:tc>
        <w:tc>
          <w:tcPr>
            <w:tcW w:w="1008" w:type="dxa"/>
            <w:gridSpan w:val="2"/>
            <w:shd w:val="clear" w:color="auto" w:fill="F8FAFC"/>
            <w:tcMar>
              <w:top w:w="20" w:type="dxa"/>
              <w:left w:w="20" w:type="dxa"/>
              <w:bottom w:w="20" w:type="dxa"/>
              <w:right w:w="20" w:type="dxa"/>
            </w:tcMar>
          </w:tcPr>
          <w:p w:rsidR="00DC1AD2" w:rsidRPr="0078123B" w:rsidRDefault="00DC1AD2" w:rsidP="004F40CF">
            <w:pPr>
              <w:spacing w:after="0" w:line="240" w:lineRule="auto"/>
            </w:pPr>
          </w:p>
        </w:tc>
        <w:tc>
          <w:tcPr>
            <w:tcW w:w="1298" w:type="dxa"/>
            <w:shd w:val="clear" w:color="auto" w:fill="F8FAFC"/>
            <w:tcMar>
              <w:top w:w="20" w:type="dxa"/>
              <w:left w:w="20" w:type="dxa"/>
              <w:bottom w:w="20" w:type="dxa"/>
              <w:right w:w="20" w:type="dxa"/>
            </w:tcMar>
          </w:tcPr>
          <w:p w:rsidR="00DC1AD2" w:rsidRPr="0078123B" w:rsidRDefault="00DC1AD2" w:rsidP="004F40CF">
            <w:pPr>
              <w:spacing w:after="0" w:line="240" w:lineRule="auto"/>
            </w:pPr>
          </w:p>
        </w:tc>
        <w:tc>
          <w:tcPr>
            <w:tcW w:w="1224" w:type="dxa"/>
            <w:shd w:val="clear" w:color="auto" w:fill="F8FAFC"/>
            <w:tcMar>
              <w:top w:w="20" w:type="dxa"/>
              <w:left w:w="20" w:type="dxa"/>
              <w:bottom w:w="20" w:type="dxa"/>
              <w:right w:w="20" w:type="dxa"/>
            </w:tcMar>
          </w:tcPr>
          <w:p w:rsidR="00DC1AD2" w:rsidRPr="0078123B" w:rsidRDefault="00DC1AD2" w:rsidP="004F40CF">
            <w:pPr>
              <w:spacing w:after="0" w:line="240" w:lineRule="auto"/>
            </w:pPr>
          </w:p>
        </w:tc>
      </w:tr>
      <w:tr w:rsidR="00FD1019" w:rsidRPr="0078123B" w:rsidTr="008E6D36">
        <w:tblPrEx>
          <w:tblCellMar>
            <w:left w:w="108" w:type="dxa"/>
            <w:right w:w="108" w:type="dxa"/>
          </w:tblCellMar>
          <w:tblLook w:val="04A0"/>
        </w:tblPrEx>
        <w:trPr>
          <w:gridAfter w:val="1"/>
          <w:wAfter w:w="10" w:type="dxa"/>
          <w:jc w:val="center"/>
        </w:trPr>
        <w:tc>
          <w:tcPr>
            <w:tcW w:w="792" w:type="dxa"/>
            <w:shd w:val="clear" w:color="auto" w:fill="FFFFFF"/>
            <w:tcMar>
              <w:top w:w="20" w:type="dxa"/>
              <w:left w:w="20" w:type="dxa"/>
              <w:bottom w:w="20" w:type="dxa"/>
              <w:right w:w="20" w:type="dxa"/>
            </w:tcMar>
          </w:tcPr>
          <w:p w:rsidR="00FD1019" w:rsidRPr="0078123B" w:rsidRDefault="008949E4" w:rsidP="004F40CF">
            <w:pPr>
              <w:spacing w:after="0" w:line="240" w:lineRule="auto"/>
              <w:jc w:val="center"/>
            </w:pPr>
            <w:r>
              <w:rPr>
                <w:rFonts w:ascii="Calibri" w:hAnsi="Calibri"/>
                <w:sz w:val="12"/>
              </w:rPr>
              <w:t>HAZİRAN</w:t>
            </w:r>
          </w:p>
        </w:tc>
        <w:tc>
          <w:tcPr>
            <w:tcW w:w="1008" w:type="dxa"/>
            <w:shd w:val="clear" w:color="auto" w:fill="FFFFFF"/>
            <w:tcMar>
              <w:top w:w="20" w:type="dxa"/>
              <w:left w:w="20" w:type="dxa"/>
              <w:bottom w:w="20" w:type="dxa"/>
              <w:right w:w="20" w:type="dxa"/>
            </w:tcMar>
          </w:tcPr>
          <w:p w:rsidR="00FD1019" w:rsidRPr="0078123B" w:rsidRDefault="004F40CF" w:rsidP="004F40CF">
            <w:pPr>
              <w:spacing w:after="0" w:line="240" w:lineRule="auto"/>
              <w:jc w:val="center"/>
            </w:pPr>
            <w:r w:rsidRPr="0078123B">
              <w:rPr>
                <w:rFonts w:ascii="Calibri" w:hAnsi="Calibri"/>
                <w:sz w:val="12"/>
              </w:rPr>
              <w:t>36. Hafta:</w:t>
            </w:r>
            <w:r w:rsidRPr="0078123B">
              <w:rPr>
                <w:rFonts w:ascii="Calibri" w:hAnsi="Calibri"/>
                <w:sz w:val="12"/>
              </w:rPr>
              <w:br/>
              <w:t xml:space="preserve"> 14-18 Haziran</w:t>
            </w:r>
          </w:p>
        </w:tc>
        <w:tc>
          <w:tcPr>
            <w:tcW w:w="652" w:type="dxa"/>
            <w:shd w:val="clear" w:color="auto" w:fill="FFFFFF"/>
            <w:tcMar>
              <w:top w:w="20" w:type="dxa"/>
              <w:left w:w="20" w:type="dxa"/>
              <w:bottom w:w="20" w:type="dxa"/>
              <w:right w:w="20" w:type="dxa"/>
            </w:tcMar>
          </w:tcPr>
          <w:p w:rsidR="00FD1019" w:rsidRPr="0078123B" w:rsidRDefault="004F40CF" w:rsidP="004F40CF">
            <w:pPr>
              <w:spacing w:after="0" w:line="240" w:lineRule="auto"/>
              <w:jc w:val="center"/>
            </w:pPr>
            <w:r w:rsidRPr="0078123B">
              <w:rPr>
                <w:rFonts w:ascii="Calibri" w:hAnsi="Calibri"/>
                <w:sz w:val="12"/>
              </w:rPr>
              <w:t>3</w:t>
            </w:r>
          </w:p>
        </w:tc>
        <w:tc>
          <w:tcPr>
            <w:tcW w:w="1152" w:type="dxa"/>
            <w:shd w:val="clear" w:color="auto" w:fill="FFFFFF"/>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TEKNOLOJİ VE SOSYAL BİLİMLER</w:t>
            </w:r>
          </w:p>
        </w:tc>
        <w:tc>
          <w:tcPr>
            <w:tcW w:w="1224" w:type="dxa"/>
            <w:shd w:val="clear" w:color="auto" w:fill="FFFFFF"/>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Teknolojik Ürünlerin Bilinçli Kullanımı</w:t>
            </w:r>
          </w:p>
        </w:tc>
        <w:tc>
          <w:tcPr>
            <w:tcW w:w="1512" w:type="dxa"/>
            <w:gridSpan w:val="2"/>
            <w:shd w:val="clear" w:color="auto" w:fill="FFFFFF"/>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SB.5.6.2.Teknolojik ürünlerin bilinçli kullanımının önemine ilişkin oluşturduğu ürünü paylaşabilme</w:t>
            </w:r>
          </w:p>
        </w:tc>
        <w:tc>
          <w:tcPr>
            <w:tcW w:w="1656" w:type="dxa"/>
            <w:shd w:val="clear" w:color="auto" w:fill="FFFFFF"/>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a) Teknolojik ürünlerin bilinçli kullanımının önemine ilişkin kanıtlara dayalı çıkarımda bulunur.</w:t>
            </w:r>
            <w:r w:rsidRPr="0078123B">
              <w:rPr>
                <w:rFonts w:ascii="Calibri" w:hAnsi="Calibri"/>
                <w:sz w:val="12"/>
              </w:rPr>
              <w:br/>
              <w:t>b) Teknolojik ürünlerin bilinçli kullanımının önemine ilişkin kendi çıkarımlarına dayalı ürün oluşturur.</w:t>
            </w:r>
            <w:r w:rsidRPr="0078123B">
              <w:rPr>
                <w:rFonts w:ascii="Calibri" w:hAnsi="Calibri"/>
                <w:sz w:val="12"/>
              </w:rPr>
              <w:br/>
              <w:t>c) Teknolojik ürünlerin bilinçli kullanımının önemine ilişkin oluşturulan ürünleri paylaşır.</w:t>
            </w:r>
          </w:p>
        </w:tc>
        <w:tc>
          <w:tcPr>
            <w:tcW w:w="1228" w:type="dxa"/>
            <w:gridSpan w:val="2"/>
            <w:shd w:val="clear" w:color="auto" w:fill="FFFFFF"/>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Kısa veya uzun cevaplı maddeler içeren</w:t>
            </w:r>
            <w:r w:rsidRPr="0078123B">
              <w:rPr>
                <w:rFonts w:ascii="Calibri" w:hAnsi="Calibri"/>
                <w:sz w:val="12"/>
              </w:rPr>
              <w:br/>
              <w:t>çalışma yaprakları</w:t>
            </w:r>
            <w:r w:rsidRPr="0078123B">
              <w:rPr>
                <w:rFonts w:ascii="Calibri" w:hAnsi="Calibri"/>
                <w:sz w:val="12"/>
              </w:rPr>
              <w:br/>
              <w:t xml:space="preserve">Bütüncül dereceli puanlama anahtarı </w:t>
            </w:r>
            <w:r w:rsidRPr="0078123B">
              <w:rPr>
                <w:rFonts w:ascii="Calibri" w:hAnsi="Calibri"/>
                <w:sz w:val="12"/>
              </w:rPr>
              <w:br/>
              <w:t>Performans görevi</w:t>
            </w:r>
          </w:p>
        </w:tc>
        <w:tc>
          <w:tcPr>
            <w:tcW w:w="1152" w:type="dxa"/>
            <w:shd w:val="clear" w:color="auto" w:fill="FFFFFF"/>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SDB2.1. İletişim,</w:t>
            </w:r>
            <w:r w:rsidRPr="0078123B">
              <w:rPr>
                <w:rFonts w:ascii="Calibri" w:hAnsi="Calibri"/>
                <w:sz w:val="12"/>
              </w:rPr>
              <w:br/>
              <w:t>SDB3.3 Sorumlu Karar Verme Becerisi</w:t>
            </w:r>
          </w:p>
        </w:tc>
        <w:tc>
          <w:tcPr>
            <w:tcW w:w="1008" w:type="dxa"/>
            <w:shd w:val="clear" w:color="auto" w:fill="FFFFFF"/>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D8. Mahremiyet</w:t>
            </w:r>
            <w:proofErr w:type="gramStart"/>
            <w:r w:rsidRPr="0078123B">
              <w:rPr>
                <w:rFonts w:ascii="Calibri" w:hAnsi="Calibri"/>
                <w:sz w:val="12"/>
              </w:rPr>
              <w:t>,</w:t>
            </w:r>
            <w:proofErr w:type="gramEnd"/>
            <w:r w:rsidRPr="0078123B">
              <w:rPr>
                <w:rFonts w:ascii="Calibri" w:hAnsi="Calibri"/>
                <w:sz w:val="12"/>
              </w:rPr>
              <w:br/>
              <w:t>D11. Özgürlük</w:t>
            </w:r>
            <w:proofErr w:type="gramStart"/>
            <w:r w:rsidRPr="0078123B">
              <w:rPr>
                <w:rFonts w:ascii="Calibri" w:hAnsi="Calibri"/>
                <w:sz w:val="12"/>
              </w:rPr>
              <w:t>,</w:t>
            </w:r>
            <w:proofErr w:type="gramEnd"/>
            <w:r w:rsidRPr="0078123B">
              <w:rPr>
                <w:rFonts w:ascii="Calibri" w:hAnsi="Calibri"/>
                <w:sz w:val="12"/>
              </w:rPr>
              <w:br/>
              <w:t>D17. Tasarruf</w:t>
            </w:r>
          </w:p>
        </w:tc>
        <w:tc>
          <w:tcPr>
            <w:tcW w:w="1152" w:type="dxa"/>
            <w:shd w:val="clear" w:color="auto" w:fill="FFFFFF"/>
            <w:tcMar>
              <w:top w:w="20" w:type="dxa"/>
              <w:left w:w="20" w:type="dxa"/>
              <w:bottom w:w="20" w:type="dxa"/>
              <w:right w:w="20" w:type="dxa"/>
            </w:tcMar>
          </w:tcPr>
          <w:p w:rsidR="00FD1019" w:rsidRPr="0078123B" w:rsidRDefault="004F40CF" w:rsidP="004F40CF">
            <w:pPr>
              <w:spacing w:after="0" w:line="240" w:lineRule="auto"/>
            </w:pPr>
            <w:r w:rsidRPr="0078123B">
              <w:rPr>
                <w:rFonts w:ascii="Calibri" w:hAnsi="Calibri"/>
                <w:sz w:val="12"/>
              </w:rPr>
              <w:t>OB1. Bilgi Okuryazarlığı</w:t>
            </w:r>
            <w:proofErr w:type="gramStart"/>
            <w:r w:rsidRPr="0078123B">
              <w:rPr>
                <w:rFonts w:ascii="Calibri" w:hAnsi="Calibri"/>
                <w:sz w:val="12"/>
              </w:rPr>
              <w:t>,</w:t>
            </w:r>
            <w:proofErr w:type="gramEnd"/>
            <w:r w:rsidRPr="0078123B">
              <w:rPr>
                <w:rFonts w:ascii="Calibri" w:hAnsi="Calibri"/>
                <w:sz w:val="12"/>
              </w:rPr>
              <w:br/>
              <w:t>OB2. Dijital Okuryazarlık</w:t>
            </w:r>
            <w:proofErr w:type="gramStart"/>
            <w:r w:rsidRPr="0078123B">
              <w:rPr>
                <w:rFonts w:ascii="Calibri" w:hAnsi="Calibri"/>
                <w:sz w:val="12"/>
              </w:rPr>
              <w:t>,</w:t>
            </w:r>
            <w:proofErr w:type="gramEnd"/>
            <w:r w:rsidRPr="0078123B">
              <w:rPr>
                <w:rFonts w:ascii="Calibri" w:hAnsi="Calibri"/>
                <w:sz w:val="12"/>
              </w:rPr>
              <w:br/>
              <w:t>OB4. Görsel Okuryazarlık</w:t>
            </w:r>
          </w:p>
        </w:tc>
        <w:tc>
          <w:tcPr>
            <w:tcW w:w="1008" w:type="dxa"/>
            <w:gridSpan w:val="2"/>
            <w:shd w:val="clear" w:color="auto" w:fill="FFFFFF"/>
            <w:tcMar>
              <w:top w:w="20" w:type="dxa"/>
              <w:left w:w="20" w:type="dxa"/>
              <w:bottom w:w="20" w:type="dxa"/>
              <w:right w:w="20" w:type="dxa"/>
            </w:tcMar>
          </w:tcPr>
          <w:p w:rsidR="00FD1019" w:rsidRPr="0078123B" w:rsidRDefault="00FD1019" w:rsidP="004F40CF">
            <w:pPr>
              <w:spacing w:after="0" w:line="240" w:lineRule="auto"/>
            </w:pPr>
          </w:p>
        </w:tc>
        <w:tc>
          <w:tcPr>
            <w:tcW w:w="1298" w:type="dxa"/>
            <w:shd w:val="clear" w:color="auto" w:fill="FFFFFF"/>
            <w:tcMar>
              <w:top w:w="20" w:type="dxa"/>
              <w:left w:w="20" w:type="dxa"/>
              <w:bottom w:w="20" w:type="dxa"/>
              <w:right w:w="20" w:type="dxa"/>
            </w:tcMar>
          </w:tcPr>
          <w:p w:rsidR="00FD1019" w:rsidRPr="0078123B" w:rsidRDefault="00FD1019" w:rsidP="004F40CF">
            <w:pPr>
              <w:spacing w:after="0" w:line="240" w:lineRule="auto"/>
            </w:pPr>
          </w:p>
        </w:tc>
        <w:tc>
          <w:tcPr>
            <w:tcW w:w="1224" w:type="dxa"/>
            <w:shd w:val="clear" w:color="auto" w:fill="FFFFFF"/>
            <w:tcMar>
              <w:top w:w="20" w:type="dxa"/>
              <w:left w:w="20" w:type="dxa"/>
              <w:bottom w:w="20" w:type="dxa"/>
              <w:right w:w="20" w:type="dxa"/>
            </w:tcMar>
          </w:tcPr>
          <w:p w:rsidR="00FD1019" w:rsidRPr="0078123B" w:rsidRDefault="00FD1019" w:rsidP="004F40CF">
            <w:pPr>
              <w:spacing w:after="0" w:line="240" w:lineRule="auto"/>
            </w:pPr>
          </w:p>
        </w:tc>
      </w:tr>
      <w:tr w:rsidR="008949E4" w:rsidRPr="0078123B" w:rsidTr="008E6D36">
        <w:tblPrEx>
          <w:tblCellMar>
            <w:left w:w="108" w:type="dxa"/>
            <w:right w:w="108" w:type="dxa"/>
          </w:tblCellMar>
          <w:tblLook w:val="04A0"/>
        </w:tblPrEx>
        <w:trPr>
          <w:gridAfter w:val="1"/>
          <w:wAfter w:w="10" w:type="dxa"/>
          <w:jc w:val="center"/>
        </w:trPr>
        <w:tc>
          <w:tcPr>
            <w:tcW w:w="792" w:type="dxa"/>
            <w:shd w:val="clear" w:color="auto" w:fill="F8FAFC"/>
            <w:tcMar>
              <w:top w:w="20" w:type="dxa"/>
              <w:left w:w="20" w:type="dxa"/>
              <w:bottom w:w="20" w:type="dxa"/>
              <w:right w:w="20" w:type="dxa"/>
            </w:tcMar>
          </w:tcPr>
          <w:p w:rsidR="008949E4" w:rsidRPr="0078123B" w:rsidRDefault="008949E4" w:rsidP="004F40CF">
            <w:pPr>
              <w:spacing w:after="0" w:line="240" w:lineRule="auto"/>
              <w:jc w:val="center"/>
            </w:pPr>
            <w:r>
              <w:rPr>
                <w:rFonts w:ascii="Calibri" w:hAnsi="Calibri"/>
                <w:sz w:val="12"/>
              </w:rPr>
              <w:t>HAZİRAN</w:t>
            </w:r>
          </w:p>
        </w:tc>
        <w:tc>
          <w:tcPr>
            <w:tcW w:w="1008" w:type="dxa"/>
            <w:shd w:val="clear" w:color="auto" w:fill="F8FAFC"/>
            <w:tcMar>
              <w:top w:w="20" w:type="dxa"/>
              <w:left w:w="20" w:type="dxa"/>
              <w:bottom w:w="20" w:type="dxa"/>
              <w:right w:w="20" w:type="dxa"/>
            </w:tcMar>
          </w:tcPr>
          <w:p w:rsidR="008949E4" w:rsidRPr="0078123B" w:rsidRDefault="008949E4" w:rsidP="004F40CF">
            <w:pPr>
              <w:spacing w:after="0" w:line="240" w:lineRule="auto"/>
              <w:jc w:val="center"/>
            </w:pPr>
            <w:r w:rsidRPr="0078123B">
              <w:rPr>
                <w:rFonts w:ascii="Calibri" w:hAnsi="Calibri"/>
                <w:sz w:val="12"/>
              </w:rPr>
              <w:t>37. Hafta:</w:t>
            </w:r>
            <w:r w:rsidRPr="0078123B">
              <w:rPr>
                <w:rFonts w:ascii="Calibri" w:hAnsi="Calibri"/>
                <w:sz w:val="12"/>
              </w:rPr>
              <w:br/>
              <w:t xml:space="preserve"> 21-25 Haziran</w:t>
            </w:r>
          </w:p>
        </w:tc>
        <w:tc>
          <w:tcPr>
            <w:tcW w:w="14266" w:type="dxa"/>
            <w:gridSpan w:val="15"/>
            <w:shd w:val="clear" w:color="auto" w:fill="FFFF99"/>
            <w:tcMar>
              <w:top w:w="20" w:type="dxa"/>
              <w:left w:w="20" w:type="dxa"/>
              <w:bottom w:w="20" w:type="dxa"/>
              <w:right w:w="20" w:type="dxa"/>
            </w:tcMar>
          </w:tcPr>
          <w:p w:rsidR="008949E4" w:rsidRPr="008949E4" w:rsidRDefault="008949E4" w:rsidP="008949E4">
            <w:pPr>
              <w:spacing w:after="0" w:line="240" w:lineRule="auto"/>
              <w:jc w:val="center"/>
              <w:rPr>
                <w:b/>
              </w:rPr>
            </w:pPr>
            <w:r w:rsidRPr="008949E4">
              <w:rPr>
                <w:rFonts w:ascii="Calibri" w:hAnsi="Calibri"/>
                <w:b/>
                <w:sz w:val="12"/>
              </w:rPr>
              <w:t>SOSYAL ETKİNLİK</w:t>
            </w:r>
          </w:p>
        </w:tc>
      </w:tr>
      <w:tr w:rsidR="00FD1019" w:rsidRPr="0078123B" w:rsidTr="008E6D36">
        <w:tblPrEx>
          <w:tblCellMar>
            <w:left w:w="108" w:type="dxa"/>
            <w:right w:w="108" w:type="dxa"/>
          </w:tblCellMar>
          <w:tblLook w:val="04A0"/>
        </w:tblPrEx>
        <w:trPr>
          <w:gridAfter w:val="1"/>
          <w:wAfter w:w="10" w:type="dxa"/>
          <w:jc w:val="center"/>
        </w:trPr>
        <w:tc>
          <w:tcPr>
            <w:tcW w:w="16066" w:type="dxa"/>
            <w:gridSpan w:val="17"/>
            <w:shd w:val="clear" w:color="auto" w:fill="FEF3C7"/>
            <w:tcMar>
              <w:top w:w="30" w:type="dxa"/>
              <w:left w:w="30" w:type="dxa"/>
              <w:bottom w:w="30" w:type="dxa"/>
              <w:right w:w="30" w:type="dxa"/>
            </w:tcMar>
          </w:tcPr>
          <w:p w:rsidR="00FD1019" w:rsidRDefault="004F40CF" w:rsidP="00E33EC4">
            <w:pPr>
              <w:spacing w:after="0"/>
              <w:rPr>
                <w:rFonts w:ascii="Calibri" w:hAnsi="Calibri"/>
                <w:sz w:val="14"/>
              </w:rPr>
            </w:pPr>
            <w:r w:rsidRPr="00E33EC4">
              <w:rPr>
                <w:rFonts w:ascii="Calibri" w:hAnsi="Calibri"/>
                <w:sz w:val="14"/>
              </w:rPr>
              <w:t>Bu yıllık plan; 19.09.2022 tarih ve 58168473 sayılı "Millî Eğitim Bakanlığı Eğitim Öğretim Çalışmalarının Planlı Yürütülmesine İlişkin Yönerge",  2104 sayılı Tebliğler Dergisi “İlköğretim ve Ortaöğretim Kurumlarında Atatürk İnkılap ve İlkelerinin Öğretim Esasları Yönergesi “,'' Talim ve Terbiye Kurulu’nun 31.12.2025 tarih ve 137 sayılı  Kurul Kararı eki  "Türkiye Yüzyılı Maarif Modeli Öğretim Programları Ortak Metni,'' Talim ve Terbiye Kurulu’nun 07.08.2026 tarih ve 88 sayılı  Kurul Kararı eki  "Türkiye Yüzyılı Maarif Modeli Öğretim Programları Ortak Metni, Sosyal Bilgiler Dersi (4, 5, 6 ve 7. Sınıflar) Öğretim Programı", "MEB 2026-2027 Eğitim ve Öğretim Yılı Çalışma Takvimi Genelgesi" ile Talim ve Terbiye Kurulu’nun 09.05.2025 tarih ve 04 sayılı Kurul Kararı eki "İlköğretim Kurumları (İlkokul ve Ortaokul) Haftalık Ders Çizelgesi " esas alınarak hazırlanmıştır.</w:t>
            </w:r>
            <w:r w:rsidRPr="00E33EC4">
              <w:rPr>
                <w:rFonts w:ascii="Calibri" w:hAnsi="Calibri"/>
                <w:sz w:val="14"/>
              </w:rPr>
              <w:br/>
              <w:t xml:space="preserve">*Zümre Öğretmenler Kurulu tarafından ders kapsamında yapılması kararlaştırılan; okul dışı öğrenme etkinlikleri, araştırma ve gözlem, sosyal etkinlikler, proje çalışmaları, yerel çalışmalar, okuma çalışmaları vb. çalışmalar için ayrılan süredir. Çalışmalar için ayrılan süre </w:t>
            </w:r>
            <w:proofErr w:type="spellStart"/>
            <w:r w:rsidRPr="00E33EC4">
              <w:rPr>
                <w:rFonts w:ascii="Calibri" w:hAnsi="Calibri"/>
                <w:sz w:val="14"/>
              </w:rPr>
              <w:t>eğitim</w:t>
            </w:r>
            <w:proofErr w:type="spellEnd"/>
            <w:r w:rsidRPr="00E33EC4">
              <w:rPr>
                <w:rFonts w:ascii="Calibri" w:hAnsi="Calibri"/>
                <w:sz w:val="14"/>
              </w:rPr>
              <w:t xml:space="preserve"> </w:t>
            </w:r>
            <w:proofErr w:type="spellStart"/>
            <w:r w:rsidRPr="00E33EC4">
              <w:rPr>
                <w:rFonts w:ascii="Calibri" w:hAnsi="Calibri"/>
                <w:sz w:val="14"/>
              </w:rPr>
              <w:t>öğretim</w:t>
            </w:r>
            <w:proofErr w:type="spellEnd"/>
            <w:r w:rsidRPr="00E33EC4">
              <w:rPr>
                <w:rFonts w:ascii="Calibri" w:hAnsi="Calibri"/>
                <w:sz w:val="14"/>
              </w:rPr>
              <w:t xml:space="preserve"> </w:t>
            </w:r>
            <w:proofErr w:type="spellStart"/>
            <w:r w:rsidRPr="00E33EC4">
              <w:rPr>
                <w:rFonts w:ascii="Calibri" w:hAnsi="Calibri"/>
                <w:sz w:val="14"/>
              </w:rPr>
              <w:t>yılı</w:t>
            </w:r>
            <w:proofErr w:type="spellEnd"/>
            <w:r w:rsidRPr="00E33EC4">
              <w:rPr>
                <w:rFonts w:ascii="Calibri" w:hAnsi="Calibri"/>
                <w:sz w:val="14"/>
              </w:rPr>
              <w:t xml:space="preserve"> </w:t>
            </w:r>
            <w:proofErr w:type="spellStart"/>
            <w:r w:rsidRPr="00E33EC4">
              <w:rPr>
                <w:rFonts w:ascii="Calibri" w:hAnsi="Calibri"/>
                <w:sz w:val="14"/>
              </w:rPr>
              <w:t>içinde</w:t>
            </w:r>
            <w:proofErr w:type="spellEnd"/>
            <w:r w:rsidRPr="00E33EC4">
              <w:rPr>
                <w:rFonts w:ascii="Calibri" w:hAnsi="Calibri"/>
                <w:sz w:val="14"/>
              </w:rPr>
              <w:t xml:space="preserve"> </w:t>
            </w:r>
            <w:proofErr w:type="spellStart"/>
            <w:r w:rsidRPr="00E33EC4">
              <w:rPr>
                <w:rFonts w:ascii="Calibri" w:hAnsi="Calibri"/>
                <w:sz w:val="14"/>
              </w:rPr>
              <w:t>planlanır</w:t>
            </w:r>
            <w:proofErr w:type="spellEnd"/>
            <w:r w:rsidRPr="00E33EC4">
              <w:rPr>
                <w:rFonts w:ascii="Calibri" w:hAnsi="Calibri"/>
                <w:sz w:val="14"/>
              </w:rPr>
              <w:t xml:space="preserve"> </w:t>
            </w:r>
            <w:proofErr w:type="spellStart"/>
            <w:r w:rsidRPr="00E33EC4">
              <w:rPr>
                <w:rFonts w:ascii="Calibri" w:hAnsi="Calibri"/>
                <w:sz w:val="14"/>
              </w:rPr>
              <w:t>ve</w:t>
            </w:r>
            <w:proofErr w:type="spellEnd"/>
            <w:r w:rsidRPr="00E33EC4">
              <w:rPr>
                <w:rFonts w:ascii="Calibri" w:hAnsi="Calibri"/>
                <w:sz w:val="14"/>
              </w:rPr>
              <w:t xml:space="preserve"> </w:t>
            </w:r>
            <w:proofErr w:type="spellStart"/>
            <w:r w:rsidRPr="00E33EC4">
              <w:rPr>
                <w:rFonts w:ascii="Calibri" w:hAnsi="Calibri"/>
                <w:sz w:val="14"/>
              </w:rPr>
              <w:t>yıllık</w:t>
            </w:r>
            <w:proofErr w:type="spellEnd"/>
            <w:r w:rsidRPr="00E33EC4">
              <w:rPr>
                <w:rFonts w:ascii="Calibri" w:hAnsi="Calibri"/>
                <w:sz w:val="14"/>
              </w:rPr>
              <w:t xml:space="preserve"> </w:t>
            </w:r>
            <w:proofErr w:type="spellStart"/>
            <w:r w:rsidRPr="00E33EC4">
              <w:rPr>
                <w:rFonts w:ascii="Calibri" w:hAnsi="Calibri"/>
                <w:sz w:val="14"/>
              </w:rPr>
              <w:t>planlarda</w:t>
            </w:r>
            <w:proofErr w:type="spellEnd"/>
            <w:r w:rsidRPr="00E33EC4">
              <w:rPr>
                <w:rFonts w:ascii="Calibri" w:hAnsi="Calibri"/>
                <w:sz w:val="14"/>
              </w:rPr>
              <w:t xml:space="preserve"> </w:t>
            </w:r>
            <w:proofErr w:type="spellStart"/>
            <w:r w:rsidRPr="00E33EC4">
              <w:rPr>
                <w:rFonts w:ascii="Calibri" w:hAnsi="Calibri"/>
                <w:sz w:val="14"/>
              </w:rPr>
              <w:t>ifade</w:t>
            </w:r>
            <w:proofErr w:type="spellEnd"/>
            <w:r w:rsidRPr="00E33EC4">
              <w:rPr>
                <w:rFonts w:ascii="Calibri" w:hAnsi="Calibri"/>
                <w:sz w:val="14"/>
              </w:rPr>
              <w:t xml:space="preserve"> </w:t>
            </w:r>
            <w:proofErr w:type="spellStart"/>
            <w:r w:rsidRPr="00E33EC4">
              <w:rPr>
                <w:rFonts w:ascii="Calibri" w:hAnsi="Calibri"/>
                <w:sz w:val="14"/>
              </w:rPr>
              <w:t>edilir</w:t>
            </w:r>
            <w:proofErr w:type="spellEnd"/>
            <w:r w:rsidRPr="00E33EC4">
              <w:rPr>
                <w:rFonts w:ascii="Calibri" w:hAnsi="Calibri"/>
                <w:sz w:val="14"/>
              </w:rPr>
              <w:t>.</w:t>
            </w:r>
          </w:p>
          <w:p w:rsidR="008F4D09" w:rsidRPr="00A316C4" w:rsidRDefault="008F4D09" w:rsidP="008F4D09">
            <w:pPr>
              <w:spacing w:after="0"/>
              <w:rPr>
                <w:rFonts w:asciiTheme="majorHAnsi" w:hAnsiTheme="majorHAnsi"/>
                <w:sz w:val="14"/>
                <w:szCs w:val="14"/>
              </w:rPr>
            </w:pPr>
          </w:p>
        </w:tc>
      </w:tr>
      <w:tr w:rsidR="00A316C4" w:rsidRPr="0078123B" w:rsidTr="00A316C4">
        <w:tblPrEx>
          <w:tblCellMar>
            <w:left w:w="108" w:type="dxa"/>
            <w:right w:w="108" w:type="dxa"/>
          </w:tblCellMar>
          <w:tblLook w:val="04A0"/>
        </w:tblPrEx>
        <w:trPr>
          <w:gridAfter w:val="1"/>
          <w:wAfter w:w="10" w:type="dxa"/>
          <w:jc w:val="center"/>
        </w:trPr>
        <w:tc>
          <w:tcPr>
            <w:tcW w:w="16066" w:type="dxa"/>
            <w:gridSpan w:val="17"/>
            <w:shd w:val="clear" w:color="auto" w:fill="FFFFFF" w:themeFill="background1"/>
            <w:tcMar>
              <w:top w:w="30" w:type="dxa"/>
              <w:left w:w="30" w:type="dxa"/>
              <w:bottom w:w="30" w:type="dxa"/>
              <w:right w:w="30" w:type="dxa"/>
            </w:tcMar>
          </w:tcPr>
          <w:p w:rsidR="00A316C4" w:rsidRDefault="00A316C4" w:rsidP="00A316C4">
            <w:pPr>
              <w:spacing w:after="0"/>
              <w:rPr>
                <w:rFonts w:asciiTheme="majorHAnsi" w:hAnsiTheme="majorHAnsi"/>
                <w:b/>
                <w:sz w:val="14"/>
                <w:szCs w:val="14"/>
              </w:rPr>
            </w:pPr>
            <w:r>
              <w:rPr>
                <w:rFonts w:asciiTheme="majorHAnsi" w:hAnsiTheme="majorHAnsi"/>
                <w:b/>
                <w:sz w:val="14"/>
                <w:szCs w:val="14"/>
              </w:rPr>
              <w:t xml:space="preserve">               </w:t>
            </w:r>
            <w:r w:rsidR="00482888">
              <w:rPr>
                <w:rFonts w:asciiTheme="majorHAnsi" w:hAnsiTheme="majorHAnsi"/>
                <w:b/>
                <w:sz w:val="14"/>
                <w:szCs w:val="14"/>
              </w:rPr>
              <w:t xml:space="preserve">                                 </w:t>
            </w:r>
            <w:r>
              <w:rPr>
                <w:rFonts w:asciiTheme="majorHAnsi" w:hAnsiTheme="majorHAnsi"/>
                <w:b/>
                <w:sz w:val="14"/>
                <w:szCs w:val="14"/>
              </w:rPr>
              <w:t xml:space="preserve">   </w:t>
            </w:r>
            <w:r w:rsidRPr="00A316C4">
              <w:rPr>
                <w:rFonts w:asciiTheme="majorHAnsi" w:hAnsiTheme="majorHAnsi"/>
                <w:b/>
                <w:sz w:val="14"/>
                <w:szCs w:val="14"/>
              </w:rPr>
              <w:t xml:space="preserve">Zeki DOĞAN                                                                                                                                                                   </w:t>
            </w:r>
            <w:proofErr w:type="spellStart"/>
            <w:r w:rsidRPr="00A316C4">
              <w:rPr>
                <w:rFonts w:asciiTheme="majorHAnsi" w:hAnsiTheme="majorHAnsi"/>
                <w:b/>
                <w:sz w:val="14"/>
                <w:szCs w:val="14"/>
              </w:rPr>
              <w:t>Mehmet</w:t>
            </w:r>
            <w:proofErr w:type="spellEnd"/>
            <w:r w:rsidRPr="00A316C4">
              <w:rPr>
                <w:rFonts w:asciiTheme="majorHAnsi" w:hAnsiTheme="majorHAnsi"/>
                <w:b/>
                <w:sz w:val="14"/>
                <w:szCs w:val="14"/>
              </w:rPr>
              <w:t xml:space="preserve"> DARDAĞAN</w:t>
            </w:r>
          </w:p>
          <w:p w:rsidR="00A316C4" w:rsidRPr="00E33EC4" w:rsidRDefault="00A316C4" w:rsidP="00A316C4">
            <w:pPr>
              <w:spacing w:after="0"/>
              <w:rPr>
                <w:rFonts w:ascii="Calibri" w:hAnsi="Calibri"/>
                <w:sz w:val="14"/>
              </w:rPr>
            </w:pPr>
            <w:r>
              <w:rPr>
                <w:rFonts w:asciiTheme="majorHAnsi" w:hAnsiTheme="majorHAnsi"/>
                <w:sz w:val="14"/>
                <w:szCs w:val="14"/>
              </w:rPr>
              <w:t xml:space="preserve">     </w:t>
            </w:r>
            <w:r w:rsidR="00482888">
              <w:rPr>
                <w:rFonts w:asciiTheme="majorHAnsi" w:hAnsiTheme="majorHAnsi"/>
                <w:sz w:val="14"/>
                <w:szCs w:val="14"/>
              </w:rPr>
              <w:t xml:space="preserve">                                </w:t>
            </w:r>
            <w:r>
              <w:rPr>
                <w:rFonts w:asciiTheme="majorHAnsi" w:hAnsiTheme="majorHAnsi"/>
                <w:sz w:val="14"/>
                <w:szCs w:val="14"/>
              </w:rPr>
              <w:t xml:space="preserve">   </w:t>
            </w:r>
            <w:proofErr w:type="spellStart"/>
            <w:r w:rsidRPr="00A316C4">
              <w:rPr>
                <w:rFonts w:asciiTheme="majorHAnsi" w:hAnsiTheme="majorHAnsi"/>
                <w:sz w:val="14"/>
                <w:szCs w:val="14"/>
              </w:rPr>
              <w:t>Sosyal</w:t>
            </w:r>
            <w:proofErr w:type="spellEnd"/>
            <w:r w:rsidRPr="00A316C4">
              <w:rPr>
                <w:rFonts w:asciiTheme="majorHAnsi" w:hAnsiTheme="majorHAnsi"/>
                <w:sz w:val="14"/>
                <w:szCs w:val="14"/>
              </w:rPr>
              <w:t xml:space="preserve"> </w:t>
            </w:r>
            <w:proofErr w:type="spellStart"/>
            <w:r w:rsidRPr="00A316C4">
              <w:rPr>
                <w:rFonts w:asciiTheme="majorHAnsi" w:hAnsiTheme="majorHAnsi"/>
                <w:sz w:val="14"/>
                <w:szCs w:val="14"/>
              </w:rPr>
              <w:t>Bilgiler</w:t>
            </w:r>
            <w:proofErr w:type="spellEnd"/>
            <w:r w:rsidRPr="00A316C4">
              <w:rPr>
                <w:rFonts w:asciiTheme="majorHAnsi" w:hAnsiTheme="majorHAnsi"/>
                <w:sz w:val="14"/>
                <w:szCs w:val="14"/>
              </w:rPr>
              <w:t xml:space="preserve"> </w:t>
            </w:r>
            <w:proofErr w:type="spellStart"/>
            <w:r w:rsidRPr="00A316C4">
              <w:rPr>
                <w:rFonts w:asciiTheme="majorHAnsi" w:hAnsiTheme="majorHAnsi"/>
                <w:sz w:val="14"/>
                <w:szCs w:val="14"/>
              </w:rPr>
              <w:t>Öğretmeni</w:t>
            </w:r>
            <w:proofErr w:type="spellEnd"/>
            <w:r w:rsidRPr="00A316C4">
              <w:rPr>
                <w:rFonts w:asciiTheme="majorHAnsi" w:hAnsiTheme="majorHAnsi"/>
                <w:sz w:val="14"/>
                <w:szCs w:val="14"/>
              </w:rPr>
              <w:t xml:space="preserve">                                                                                                                                                      </w:t>
            </w:r>
            <w:r>
              <w:rPr>
                <w:rFonts w:asciiTheme="majorHAnsi" w:hAnsiTheme="majorHAnsi"/>
                <w:sz w:val="14"/>
                <w:szCs w:val="14"/>
              </w:rPr>
              <w:t xml:space="preserve">     </w:t>
            </w:r>
            <w:r w:rsidRPr="00A316C4">
              <w:rPr>
                <w:rFonts w:asciiTheme="majorHAnsi" w:hAnsiTheme="majorHAnsi"/>
                <w:sz w:val="14"/>
                <w:szCs w:val="14"/>
              </w:rPr>
              <w:t xml:space="preserve">   </w:t>
            </w:r>
            <w:proofErr w:type="spellStart"/>
            <w:r w:rsidRPr="00A316C4">
              <w:rPr>
                <w:rFonts w:asciiTheme="majorHAnsi" w:hAnsiTheme="majorHAnsi"/>
                <w:sz w:val="14"/>
                <w:szCs w:val="14"/>
              </w:rPr>
              <w:t>Okul</w:t>
            </w:r>
            <w:proofErr w:type="spellEnd"/>
            <w:r w:rsidRPr="00A316C4">
              <w:rPr>
                <w:rFonts w:asciiTheme="majorHAnsi" w:hAnsiTheme="majorHAnsi"/>
                <w:sz w:val="14"/>
                <w:szCs w:val="14"/>
              </w:rPr>
              <w:t xml:space="preserve"> </w:t>
            </w:r>
            <w:proofErr w:type="spellStart"/>
            <w:r w:rsidRPr="00A316C4">
              <w:rPr>
                <w:rFonts w:asciiTheme="majorHAnsi" w:hAnsiTheme="majorHAnsi"/>
                <w:sz w:val="14"/>
                <w:szCs w:val="14"/>
              </w:rPr>
              <w:t>Müdürü</w:t>
            </w:r>
            <w:proofErr w:type="spellEnd"/>
          </w:p>
        </w:tc>
      </w:tr>
    </w:tbl>
    <w:p w:rsidR="004F40CF" w:rsidRPr="0078123B" w:rsidRDefault="004F40CF"/>
    <w:sectPr w:rsidR="004F40CF" w:rsidRPr="0078123B" w:rsidSect="00034616">
      <w:pgSz w:w="16834" w:h="11909" w:orient="landscape"/>
      <w:pgMar w:top="360" w:right="360" w:bottom="360" w:left="36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hyphenationZone w:val="425"/>
  <w:characterSpacingControl w:val="doNotCompress"/>
  <w:compat>
    <w:useFELayout/>
  </w:compat>
  <w:rsids>
    <w:rsidRoot w:val="00B47730"/>
    <w:rsid w:val="00023214"/>
    <w:rsid w:val="00032AB6"/>
    <w:rsid w:val="00034616"/>
    <w:rsid w:val="0006063C"/>
    <w:rsid w:val="00065AF5"/>
    <w:rsid w:val="00097EED"/>
    <w:rsid w:val="00116439"/>
    <w:rsid w:val="0015074B"/>
    <w:rsid w:val="001E3C14"/>
    <w:rsid w:val="002147A0"/>
    <w:rsid w:val="0029639D"/>
    <w:rsid w:val="00326F90"/>
    <w:rsid w:val="003332B0"/>
    <w:rsid w:val="00343086"/>
    <w:rsid w:val="00395A4C"/>
    <w:rsid w:val="003A5188"/>
    <w:rsid w:val="00482888"/>
    <w:rsid w:val="00491F56"/>
    <w:rsid w:val="004B538E"/>
    <w:rsid w:val="004E78B0"/>
    <w:rsid w:val="004F40CF"/>
    <w:rsid w:val="00533F4C"/>
    <w:rsid w:val="00571D04"/>
    <w:rsid w:val="005F39F6"/>
    <w:rsid w:val="006133FB"/>
    <w:rsid w:val="0063089C"/>
    <w:rsid w:val="00632ABD"/>
    <w:rsid w:val="00675E53"/>
    <w:rsid w:val="006E16A7"/>
    <w:rsid w:val="006E73E9"/>
    <w:rsid w:val="0078123B"/>
    <w:rsid w:val="00796D23"/>
    <w:rsid w:val="007C705B"/>
    <w:rsid w:val="007E69E6"/>
    <w:rsid w:val="007F5686"/>
    <w:rsid w:val="008106EC"/>
    <w:rsid w:val="0082387A"/>
    <w:rsid w:val="00830ED3"/>
    <w:rsid w:val="00840F5E"/>
    <w:rsid w:val="008949E4"/>
    <w:rsid w:val="008B7F18"/>
    <w:rsid w:val="008E6D36"/>
    <w:rsid w:val="008F4D09"/>
    <w:rsid w:val="0094102B"/>
    <w:rsid w:val="009646A5"/>
    <w:rsid w:val="0096489F"/>
    <w:rsid w:val="00A1621E"/>
    <w:rsid w:val="00A316C4"/>
    <w:rsid w:val="00AA1D8D"/>
    <w:rsid w:val="00B07638"/>
    <w:rsid w:val="00B47730"/>
    <w:rsid w:val="00BB3EAB"/>
    <w:rsid w:val="00BD6C67"/>
    <w:rsid w:val="00BE44BA"/>
    <w:rsid w:val="00C52E0C"/>
    <w:rsid w:val="00CB0664"/>
    <w:rsid w:val="00D018BF"/>
    <w:rsid w:val="00D85F2E"/>
    <w:rsid w:val="00D97FCF"/>
    <w:rsid w:val="00DC1AD2"/>
    <w:rsid w:val="00DC393C"/>
    <w:rsid w:val="00E06E0B"/>
    <w:rsid w:val="00E233E6"/>
    <w:rsid w:val="00E33EC4"/>
    <w:rsid w:val="00E62B80"/>
    <w:rsid w:val="00E8230A"/>
    <w:rsid w:val="00EC1FA8"/>
    <w:rsid w:val="00EE39D7"/>
    <w:rsid w:val="00F43081"/>
    <w:rsid w:val="00F94DC0"/>
    <w:rsid w:val="00FC693F"/>
    <w:rsid w:val="00FD1019"/>
    <w:rsid w:val="00FE345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KonuBal">
    <w:name w:val="Subtitle"/>
    <w:basedOn w:val="Normal"/>
    <w:next w:val="Normal"/>
    <w:link w:val="AltKonuBa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KonuBalChar">
    <w:name w:val="Alt Konu Başlığı Char"/>
    <w:basedOn w:val="VarsaylanParagrafYazTipi"/>
    <w:link w:val="AltKonuBal"/>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Trnak">
    <w:name w:val="Quote"/>
    <w:basedOn w:val="Normal"/>
    <w:next w:val="Normal"/>
    <w:link w:val="TrnakChar"/>
    <w:uiPriority w:val="29"/>
    <w:qFormat/>
    <w:rsid w:val="00FC693F"/>
    <w:rPr>
      <w:i/>
      <w:iCs/>
      <w:color w:val="000000" w:themeColor="text1"/>
    </w:rPr>
  </w:style>
  <w:style w:type="character" w:customStyle="1" w:styleId="TrnakChar">
    <w:name w:val="Tırnak Char"/>
    <w:basedOn w:val="VarsaylanParagrafYazTipi"/>
    <w:link w:val="Trnak"/>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KeskinTrnak">
    <w:name w:val="Intense Quote"/>
    <w:basedOn w:val="Normal"/>
    <w:next w:val="Normal"/>
    <w:link w:val="KeskinTrnak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KeskinTrnakChar">
    <w:name w:val="Keskin Tırnak Char"/>
    <w:basedOn w:val="VarsaylanParagrafYazTipi"/>
    <w:link w:val="KeskinTrnak"/>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kGlgeleme1">
    <w:name w:val="Açık Gölgeleme1"/>
    <w:basedOn w:val="NormalTablo"/>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1">
    <w:name w:val="Açık Gölgeleme - Vurgu 11"/>
    <w:basedOn w:val="NormalTablo"/>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AkListe1">
    <w:name w:val="Açık Liste1"/>
    <w:basedOn w:val="NormalTablo"/>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1">
    <w:name w:val="Açık Liste - Vurgu 11"/>
    <w:basedOn w:val="NormalTablo"/>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AkKlavuz1">
    <w:name w:val="Açık Kılavuz1"/>
    <w:basedOn w:val="NormalTablo"/>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1">
    <w:name w:val="Açık Kılavuz - Vurgu 11"/>
    <w:basedOn w:val="NormalTablo"/>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OrtaGlgeleme11">
    <w:name w:val="Orta Gölgeleme 11"/>
    <w:basedOn w:val="NormalTablo"/>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OrtaGlgeleme1-Vurgu11">
    <w:name w:val="Orta Gölgeleme 1 - Vurgu 11"/>
    <w:basedOn w:val="NormalTablo"/>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OrtaGlgeleme21">
    <w:name w:val="Orta Gölgeleme 21"/>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1">
    <w:name w:val="Orta Gölgeleme 2 - Vurgu 11"/>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Liste11">
    <w:name w:val="Orta Liste 11"/>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1">
    <w:name w:val="Orta Liste 1 - Vurgu 11"/>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OrtaListe21">
    <w:name w:val="Orta Liste 2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OrtaKlavuz11">
    <w:name w:val="Orta Kılavuz 11"/>
    <w:basedOn w:val="NormalTablo"/>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OrtaKlavuz21">
    <w:name w:val="Orta Kılavuz 2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OrtaKlavuz31">
    <w:name w:val="Orta Kılavuz 31"/>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KoyuListe1">
    <w:name w:val="Koyu Liste1"/>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RenkliGlgeleme1">
    <w:name w:val="Renkli Gölgeleme1"/>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RenkliListe1">
    <w:name w:val="Renkli Liste1"/>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RenkliKlavuz1">
    <w:name w:val="Renkli Kılavuz1"/>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divs>
    <w:div w:id="8601203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9AE7AE-EA32-4CB8-896E-ADFB61C02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Pages>
  <Words>4919</Words>
  <Characters>28044</Characters>
  <Application>Microsoft Office Word</Application>
  <DocSecurity>0</DocSecurity>
  <Lines>233</Lines>
  <Paragraphs>65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By NeC ® 2010 | Katilimsiz.Com</Company>
  <LinksUpToDate>false</LinksUpToDate>
  <CharactersWithSpaces>32898</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ZEKİ DOĞAN</dc:creator>
  <dc:description>SOSYALCİNİZ.NET</dc:description>
  <cp:lastModifiedBy>Zeki</cp:lastModifiedBy>
  <cp:revision>8</cp:revision>
  <dcterms:created xsi:type="dcterms:W3CDTF">2026-09-01T19:15:00Z</dcterms:created>
  <dcterms:modified xsi:type="dcterms:W3CDTF">2026-09-02T08:45:00Z</dcterms:modified>
</cp:coreProperties>
</file>